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before="0" w:after="60"/>
      </w:pPr>
      <w:r>
        <w:rPr>
          <w:b/>
          <w:i w:val="0"/>
          <w:color w:val="1F5C99"/>
          <w:sz w:val="40"/>
        </w:rPr>
        <w:t>Better Smartphone Photos</w:t>
      </w:r>
    </w:p>
    <w:p>
      <w:pPr>
        <w:keepNext w:val="0"/>
        <w:spacing w:before="0" w:after="120"/>
      </w:pPr>
      <w:r>
        <w:rPr>
          <w:b w:val="0"/>
          <w:i w:val="0"/>
          <w:color w:val="555555"/>
          <w:sz w:val="21"/>
        </w:rPr>
        <w:t>Small Habits, Big Difference   |   Level B2   |   EnglishBridges.com</w:t>
      </w:r>
    </w:p>
    <w:p>
      <w:pPr>
        <w:pStyle w:val="Heading1"/>
        <w:keepNext/>
        <w:pBdr>
          <w:top w:val="single" w:sz="12" w:space="6" w:color="1F5C99"/>
        </w:pBdr>
        <w:spacing w:before="220" w:after="60"/>
      </w:pPr>
      <w:r>
        <w:rPr>
          <w:b w:val="0"/>
          <w:i w:val="0"/>
        </w:rPr>
        <w:t>Before You Read</w:t>
      </w:r>
    </w:p>
    <w:p>
      <w:pPr>
        <w:keepNext/>
        <w:spacing w:before="0" w:after="60"/>
      </w:pPr>
      <w:r>
        <w:rPr>
          <w:b w:val="0"/>
          <w:i/>
          <w:color w:val="444444"/>
        </w:rPr>
        <w:t>Discuss these questions with a partner.</w:t>
      </w:r>
    </w:p>
    <w:p>
      <w:pPr>
        <w:keepNext w:val="0"/>
        <w:spacing w:before="0" w:after="40"/>
        <w:ind w:left="400" w:hanging="400"/>
      </w:pPr>
      <w:r>
        <w:rPr>
          <w:b/>
        </w:rPr>
        <w:t xml:space="preserve">1.  </w:t>
      </w:r>
      <w:r>
        <w:rPr>
          <w:b w:val="0"/>
          <w:i w:val="0"/>
        </w:rPr>
        <w:t>What do you photograph most often with your phone, and what do you do with the photos afterward?</w:t>
      </w:r>
    </w:p>
    <w:p>
      <w:pPr>
        <w:keepNext w:val="0"/>
        <w:spacing w:before="0" w:after="40"/>
        <w:ind w:left="400" w:hanging="400"/>
      </w:pPr>
      <w:r>
        <w:rPr>
          <w:b/>
        </w:rPr>
        <w:t xml:space="preserve">2.  </w:t>
      </w:r>
      <w:r>
        <w:rPr>
          <w:b w:val="0"/>
          <w:i w:val="0"/>
        </w:rPr>
        <w:t>Think of a phone photo that disappointed you. What went wrong?</w:t>
      </w:r>
    </w:p>
    <w:p>
      <w:pPr>
        <w:keepNext w:val="0"/>
        <w:spacing w:before="0" w:after="40"/>
        <w:ind w:left="400" w:hanging="400"/>
      </w:pPr>
      <w:r>
        <w:rPr>
          <w:b/>
        </w:rPr>
        <w:t xml:space="preserve">3.  </w:t>
      </w:r>
      <w:r>
        <w:rPr>
          <w:b w:val="0"/>
          <w:i w:val="0"/>
        </w:rPr>
        <w:t>How might the photos people take, and the way they share them, differ by country, age, or personality?</w:t>
      </w:r>
    </w:p>
    <w:p>
      <w:pPr>
        <w:pStyle w:val="Heading1"/>
        <w:keepNext/>
        <w:pBdr>
          <w:top w:val="single" w:sz="12" w:space="6" w:color="1F5C99"/>
        </w:pBdr>
        <w:spacing w:before="220" w:after="60"/>
      </w:pPr>
      <w:r>
        <w:rPr>
          <w:b w:val="0"/>
          <w:i w:val="0"/>
        </w:rPr>
        <w:t>Reading: Better Smartphone Photos</w:t>
      </w:r>
    </w:p>
    <w:p>
      <w:pPr>
        <w:spacing w:before="0" w:after="80" w:line="360" w:lineRule="auto"/>
      </w:pPr>
      <w:r>
        <w:rPr>
          <w:b w:val="0"/>
          <w:i w:val="0"/>
          <w:sz w:val="24"/>
        </w:rPr>
        <w:t xml:space="preserve">Many people take a photo of a sunset or a dinner with friends and then feel disappointed. The colors look flat, the faces are dark, and the picture is a little blurry. People now take around two trillion photos a year, and more than nine in ten are taken on phones. When a photo fails to </w:t>
      </w:r>
      <w:r>
        <w:rPr>
          <w:b/>
          <w:i w:val="0"/>
          <w:sz w:val="24"/>
        </w:rPr>
        <w:t>capture</w:t>
      </w:r>
      <w:r>
        <w:rPr>
          <w:b w:val="0"/>
          <w:i w:val="0"/>
          <w:sz w:val="24"/>
        </w:rPr>
        <w:t xml:space="preserve"> a moment, the phone is rarely the </w:t>
      </w:r>
      <w:r>
        <w:rPr>
          <w:b/>
          <w:i w:val="0"/>
          <w:sz w:val="24"/>
        </w:rPr>
        <w:t>culprit</w:t>
      </w:r>
      <w:r>
        <w:rPr>
          <w:b w:val="0"/>
          <w:i w:val="0"/>
          <w:sz w:val="24"/>
        </w:rPr>
        <w:t>. A few small habits usually make the difference.</w:t>
      </w:r>
    </w:p>
    <w:p>
      <w:pPr>
        <w:spacing w:before="0" w:after="80" w:line="360" w:lineRule="auto"/>
      </w:pPr>
      <w:r>
        <w:rPr>
          <w:b w:val="0"/>
          <w:i w:val="0"/>
          <w:sz w:val="24"/>
        </w:rPr>
        <w:t xml:space="preserve">The first habit is simple. Remember to wipe the lens before you shoot. A single fingerprint or </w:t>
      </w:r>
      <w:r>
        <w:rPr>
          <w:b/>
          <w:i w:val="0"/>
          <w:sz w:val="24"/>
        </w:rPr>
        <w:t>smudge</w:t>
      </w:r>
      <w:r>
        <w:rPr>
          <w:b w:val="0"/>
          <w:i w:val="0"/>
          <w:sz w:val="24"/>
        </w:rPr>
        <w:t xml:space="preserve"> can make a whole image look soft and </w:t>
      </w:r>
      <w:r>
        <w:rPr>
          <w:b/>
          <w:i w:val="0"/>
          <w:sz w:val="24"/>
        </w:rPr>
        <w:t>hazy</w:t>
      </w:r>
      <w:r>
        <w:rPr>
          <w:b w:val="0"/>
          <w:i w:val="0"/>
          <w:sz w:val="24"/>
        </w:rPr>
        <w:t xml:space="preserve">. Light matters even more. Avoid using the flash whenever you can. Its light is </w:t>
      </w:r>
      <w:r>
        <w:rPr>
          <w:b/>
          <w:i w:val="0"/>
          <w:sz w:val="24"/>
        </w:rPr>
        <w:t>harsh</w:t>
      </w:r>
      <w:r>
        <w:rPr>
          <w:b w:val="0"/>
          <w:i w:val="0"/>
          <w:sz w:val="24"/>
        </w:rPr>
        <w:t xml:space="preserve">, and it creates hard shadows. Soft light from a window or a cloudy sky is far more </w:t>
      </w:r>
      <w:r>
        <w:rPr>
          <w:b/>
          <w:i w:val="0"/>
          <w:sz w:val="24"/>
        </w:rPr>
        <w:t>flattering</w:t>
      </w:r>
      <w:r>
        <w:rPr>
          <w:b w:val="0"/>
          <w:i w:val="0"/>
          <w:sz w:val="24"/>
        </w:rPr>
        <w:t xml:space="preserve">. Many photographers love the golden hour shortly after sunrise and before sunset. In Singapore, near the equator, it lasts only around 25 minutes. In cities such as Berlin, it can last close to an hour at some times of year. If the sun is behind a person, the camera may turn them into a dark </w:t>
      </w:r>
      <w:r>
        <w:rPr>
          <w:b/>
          <w:i w:val="0"/>
          <w:sz w:val="24"/>
        </w:rPr>
        <w:t>silhouette</w:t>
      </w:r>
      <w:r>
        <w:rPr>
          <w:b w:val="0"/>
          <w:i w:val="0"/>
          <w:sz w:val="24"/>
        </w:rPr>
        <w:t>.</w:t>
      </w:r>
    </w:p>
    <w:p>
      <w:pPr>
        <w:spacing w:before="0" w:after="80" w:line="360" w:lineRule="auto"/>
      </w:pPr>
      <w:r>
        <w:rPr>
          <w:b w:val="0"/>
          <w:i w:val="0"/>
          <w:sz w:val="24"/>
        </w:rPr>
        <w:t xml:space="preserve">Modern phones usually record several quick frames and </w:t>
      </w:r>
      <w:r>
        <w:rPr>
          <w:b/>
          <w:i w:val="0"/>
          <w:sz w:val="24"/>
        </w:rPr>
        <w:t>merge</w:t>
      </w:r>
      <w:r>
        <w:rPr>
          <w:b w:val="0"/>
          <w:i w:val="0"/>
          <w:sz w:val="24"/>
        </w:rPr>
        <w:t xml:space="preserve"> them into one picture. In night mode, the phone collects light for a few seconds, so try to hold it </w:t>
      </w:r>
      <w:r>
        <w:rPr>
          <w:b/>
          <w:i w:val="0"/>
          <w:sz w:val="24"/>
        </w:rPr>
        <w:t>steady</w:t>
      </w:r>
      <w:r>
        <w:rPr>
          <w:b w:val="0"/>
          <w:i w:val="0"/>
          <w:sz w:val="24"/>
        </w:rPr>
        <w:t xml:space="preserve">. Tapping the screen sets the focus and the </w:t>
      </w:r>
      <w:r>
        <w:rPr>
          <w:b/>
          <w:i w:val="0"/>
          <w:sz w:val="24"/>
        </w:rPr>
        <w:t>exposure</w:t>
      </w:r>
      <w:r>
        <w:rPr>
          <w:b w:val="0"/>
          <w:i w:val="0"/>
          <w:sz w:val="24"/>
        </w:rPr>
        <w:t xml:space="preserve">, meaning how bright or dark the image will be. Pinching the screen to zoom is a common mistake. The phone often just </w:t>
      </w:r>
      <w:r>
        <w:rPr>
          <w:b/>
          <w:i w:val="0"/>
          <w:sz w:val="24"/>
        </w:rPr>
        <w:t>crops</w:t>
      </w:r>
      <w:r>
        <w:rPr>
          <w:b w:val="0"/>
          <w:i w:val="0"/>
          <w:sz w:val="24"/>
        </w:rPr>
        <w:t xml:space="preserve"> the image and enlarges it, so fine detail is lost. It is </w:t>
      </w:r>
      <w:r>
        <w:rPr>
          <w:b/>
          <w:i w:val="0"/>
          <w:sz w:val="24"/>
        </w:rPr>
        <w:t>tempting</w:t>
      </w:r>
      <w:r>
        <w:rPr>
          <w:b w:val="0"/>
          <w:i w:val="0"/>
          <w:sz w:val="24"/>
        </w:rPr>
        <w:t xml:space="preserve"> to zoom in, but it is usually better to walk closer. The photographer Robert Capa is often quoted on this point. "If your photographs aren't good enough, you're not close enough." Try moving a few steps closer.</w:t>
      </w:r>
    </w:p>
    <w:p>
      <w:pPr>
        <w:spacing w:before="0" w:after="80" w:line="360" w:lineRule="auto"/>
      </w:pPr>
      <w:r>
        <w:rPr>
          <w:b w:val="0"/>
          <w:i w:val="0"/>
          <w:sz w:val="24"/>
        </w:rPr>
        <w:t xml:space="preserve">The rest of the frame matters too. A grid on the screen helps you place the subject or the horizon away from the center. Check the edges for </w:t>
      </w:r>
      <w:r>
        <w:rPr>
          <w:b/>
          <w:i w:val="0"/>
          <w:sz w:val="24"/>
        </w:rPr>
        <w:t>clutter</w:t>
      </w:r>
      <w:r>
        <w:rPr>
          <w:b w:val="0"/>
          <w:i w:val="0"/>
          <w:sz w:val="24"/>
        </w:rPr>
        <w:t xml:space="preserve">, such as a trash can or a stranger's elbow. Keep the horizon level, because a </w:t>
      </w:r>
      <w:r>
        <w:rPr>
          <w:b/>
          <w:i w:val="0"/>
          <w:sz w:val="24"/>
        </w:rPr>
        <w:t>tilted</w:t>
      </w:r>
      <w:r>
        <w:rPr>
          <w:b w:val="0"/>
          <w:i w:val="0"/>
          <w:sz w:val="24"/>
        </w:rPr>
        <w:t xml:space="preserve"> sea can make a calm scene feel wrong. Finally, take several shots and choose the best one later. When you edit, keep the changes </w:t>
      </w:r>
      <w:r>
        <w:rPr>
          <w:b/>
          <w:i w:val="0"/>
          <w:sz w:val="24"/>
        </w:rPr>
        <w:t>subtle</w:t>
      </w:r>
      <w:r>
        <w:rPr>
          <w:b w:val="0"/>
          <w:i w:val="0"/>
          <w:sz w:val="24"/>
        </w:rPr>
        <w:t xml:space="preserve"> and avoid strong filters.</w:t>
      </w:r>
    </w:p>
    <w:p>
      <w:pPr>
        <w:pStyle w:val="Heading1"/>
        <w:keepNext/>
        <w:pBdr>
          <w:top w:val="single" w:sz="12" w:space="6" w:color="1F5C99"/>
        </w:pBdr>
        <w:spacing w:before="220" w:after="60"/>
      </w:pPr>
      <w:r>
        <w:rPr>
          <w:b w:val="0"/>
          <w:i w:val="0"/>
        </w:rPr>
        <w:t>Vocabulary: Fill in the Blank</w:t>
      </w:r>
    </w:p>
    <w:p>
      <w:pPr>
        <w:keepNext/>
        <w:spacing w:before="0" w:after="60"/>
      </w:pPr>
      <w:r>
        <w:rPr>
          <w:b w:val="0"/>
          <w:i/>
          <w:color w:val="444444"/>
        </w:rPr>
        <w:t>Complete each sentence with a word or phrase from the box. Use each one once.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0"/>
              <w:jc w:val="center"/>
            </w:pPr>
            <w:r>
              <w:rPr>
                <w:b/>
                <w:i w:val="0"/>
              </w:rPr>
              <w:t>tilted     merge     crops     clutter     steady     silhouette     capture     hazy     exposure     culprit     harsh     smudge     flattering     tempting</w:t>
            </w:r>
          </w:p>
        </w:tc>
      </w:tr>
    </w:tbl>
    <w:p>
      <w:pPr>
        <w:spacing w:before="0" w:after="0" w:line="60" w:lineRule="exact"/>
      </w:pPr>
    </w:p>
    <w:p>
      <w:pPr>
        <w:keepNext w:val="0"/>
        <w:spacing w:before="0" w:after="40"/>
        <w:ind w:left="400" w:hanging="400"/>
      </w:pPr>
      <w:r>
        <w:rPr>
          <w:b/>
        </w:rPr>
        <w:t xml:space="preserve">1.  </w:t>
      </w:r>
      <w:r>
        <w:rPr>
          <w:b w:val="0"/>
          <w:i w:val="0"/>
        </w:rPr>
        <w:t>The film tries to ____________ what life was like in the 1950s.</w:t>
      </w:r>
    </w:p>
    <w:p>
      <w:pPr>
        <w:keepNext w:val="0"/>
        <w:spacing w:before="0" w:after="40"/>
        <w:ind w:left="400" w:hanging="400"/>
      </w:pPr>
      <w:r>
        <w:rPr>
          <w:b/>
        </w:rPr>
        <w:t xml:space="preserve">2.  </w:t>
      </w:r>
      <w:r>
        <w:rPr>
          <w:b w:val="0"/>
          <w:i w:val="0"/>
        </w:rPr>
        <w:t>The police are still looking for the ____________ who broke the window.</w:t>
      </w:r>
    </w:p>
    <w:p>
      <w:pPr>
        <w:keepNext w:val="0"/>
        <w:spacing w:before="0" w:after="40"/>
        <w:ind w:left="400" w:hanging="400"/>
      </w:pPr>
      <w:r>
        <w:rPr>
          <w:b/>
        </w:rPr>
        <w:t xml:space="preserve">3.  </w:t>
      </w:r>
      <w:r>
        <w:rPr>
          <w:b w:val="0"/>
          <w:i w:val="0"/>
        </w:rPr>
        <w:t>There was a ____________ of ink on the corner of the letter.</w:t>
      </w:r>
    </w:p>
    <w:p>
      <w:pPr>
        <w:keepNext w:val="0"/>
        <w:spacing w:before="0" w:after="40"/>
        <w:ind w:left="400" w:hanging="400"/>
      </w:pPr>
      <w:r>
        <w:rPr>
          <w:b/>
        </w:rPr>
        <w:t xml:space="preserve">4.  </w:t>
      </w:r>
      <w:r>
        <w:rPr>
          <w:b w:val="0"/>
          <w:i w:val="0"/>
        </w:rPr>
        <w:t>My memory of that holiday is a little ____________ because I was very young.</w:t>
      </w:r>
    </w:p>
    <w:p>
      <w:pPr>
        <w:keepNext w:val="0"/>
        <w:spacing w:before="0" w:after="40"/>
        <w:ind w:left="400" w:hanging="400"/>
      </w:pPr>
      <w:r>
        <w:rPr>
          <w:b/>
        </w:rPr>
        <w:t xml:space="preserve">5.  </w:t>
      </w:r>
      <w:r>
        <w:rPr>
          <w:b w:val="0"/>
          <w:i w:val="0"/>
        </w:rPr>
        <w:t>The ____________ winter made life difficult for the farmers.</w:t>
      </w:r>
    </w:p>
    <w:p>
      <w:pPr>
        <w:keepNext w:val="0"/>
        <w:spacing w:before="0" w:after="40"/>
        <w:ind w:left="400" w:hanging="400"/>
      </w:pPr>
      <w:r>
        <w:rPr>
          <w:b/>
        </w:rPr>
        <w:t xml:space="preserve">6.  </w:t>
      </w:r>
      <w:r>
        <w:rPr>
          <w:b w:val="0"/>
          <w:i w:val="0"/>
        </w:rPr>
        <w:t>That color is very ____________ on you. It brings out your eyes.</w:t>
      </w:r>
    </w:p>
    <w:p>
      <w:pPr>
        <w:keepNext w:val="0"/>
        <w:spacing w:before="0" w:after="40"/>
        <w:ind w:left="400" w:hanging="400"/>
      </w:pPr>
      <w:r>
        <w:rPr>
          <w:b/>
        </w:rPr>
        <w:t xml:space="preserve">7.  </w:t>
      </w:r>
      <w:r>
        <w:rPr>
          <w:b w:val="0"/>
          <w:i w:val="0"/>
        </w:rPr>
        <w:t>At sunset, we could see the ____________ of a ship on the horizon.</w:t>
      </w:r>
    </w:p>
    <w:p>
      <w:pPr>
        <w:keepNext w:val="0"/>
        <w:spacing w:before="0" w:after="40"/>
        <w:ind w:left="400" w:hanging="400"/>
      </w:pPr>
      <w:r>
        <w:rPr>
          <w:b/>
        </w:rPr>
        <w:t xml:space="preserve">8.  </w:t>
      </w:r>
      <w:r>
        <w:rPr>
          <w:b w:val="0"/>
          <w:i w:val="0"/>
        </w:rPr>
        <w:t>The two lanes of traffic ____________ into one just before the bridge.</w:t>
      </w:r>
    </w:p>
    <w:p>
      <w:pPr>
        <w:keepNext w:val="0"/>
        <w:spacing w:before="0" w:after="40"/>
        <w:ind w:left="400" w:hanging="400"/>
      </w:pPr>
      <w:r>
        <w:rPr>
          <w:b/>
        </w:rPr>
        <w:t xml:space="preserve">9.  </w:t>
      </w:r>
      <w:r>
        <w:rPr>
          <w:b w:val="0"/>
          <w:i w:val="0"/>
        </w:rPr>
        <w:t>She has had a ____________ job at the same hospital for ten years.</w:t>
      </w:r>
    </w:p>
    <w:p>
      <w:pPr>
        <w:keepNext w:val="0"/>
        <w:spacing w:before="0" w:after="40"/>
        <w:ind w:left="400" w:hanging="400"/>
      </w:pPr>
      <w:r>
        <w:rPr>
          <w:b/>
        </w:rPr>
        <w:t xml:space="preserve">10.  </w:t>
      </w:r>
      <w:r>
        <w:rPr>
          <w:b w:val="0"/>
          <w:i w:val="0"/>
        </w:rPr>
        <w:t>Long ____________ to loud music can damage your hearing.</w:t>
      </w:r>
    </w:p>
    <w:p>
      <w:pPr>
        <w:keepNext w:val="0"/>
        <w:spacing w:before="0" w:after="40"/>
        <w:ind w:left="400" w:hanging="400"/>
      </w:pPr>
      <w:r>
        <w:rPr>
          <w:b/>
        </w:rPr>
        <w:t xml:space="preserve">11.  </w:t>
      </w:r>
      <w:r>
        <w:rPr>
          <w:b w:val="0"/>
          <w:i w:val="0"/>
        </w:rPr>
        <w:t>My sister always ____________ her photos into squares before she posts them.</w:t>
      </w:r>
    </w:p>
    <w:p>
      <w:pPr>
        <w:keepNext w:val="0"/>
        <w:spacing w:before="0" w:after="40"/>
        <w:ind w:left="400" w:hanging="400"/>
      </w:pPr>
      <w:r>
        <w:rPr>
          <w:b/>
        </w:rPr>
        <w:t xml:space="preserve">12.  </w:t>
      </w:r>
      <w:r>
        <w:rPr>
          <w:b w:val="0"/>
          <w:i w:val="0"/>
        </w:rPr>
        <w:t>It is ____________ to buy the cheapest phone, but it may not last long.</w:t>
      </w:r>
    </w:p>
    <w:p>
      <w:pPr>
        <w:keepNext w:val="0"/>
        <w:spacing w:before="0" w:after="40"/>
        <w:ind w:left="400" w:hanging="400"/>
      </w:pPr>
      <w:r>
        <w:rPr>
          <w:b/>
        </w:rPr>
        <w:t xml:space="preserve">13.  </w:t>
      </w:r>
      <w:r>
        <w:rPr>
          <w:b w:val="0"/>
          <w:i w:val="0"/>
        </w:rPr>
        <w:t>Our garage is full of ____________: old bikes, boxes, and broken chairs.</w:t>
      </w:r>
    </w:p>
    <w:p>
      <w:pPr>
        <w:keepNext w:val="0"/>
        <w:spacing w:before="0" w:after="40"/>
        <w:ind w:left="400" w:hanging="400"/>
      </w:pPr>
      <w:r>
        <w:rPr>
          <w:b/>
        </w:rPr>
        <w:t xml:space="preserve">14.  </w:t>
      </w:r>
      <w:r>
        <w:rPr>
          <w:b w:val="0"/>
          <w:i w:val="0"/>
        </w:rPr>
        <w:t>She ____________ her head to one side and smiled.</w:t>
      </w:r>
    </w:p>
    <w:p>
      <w:pPr>
        <w:pStyle w:val="Heading1"/>
        <w:keepNext/>
        <w:pBdr>
          <w:top w:val="single" w:sz="12" w:space="6" w:color="1F5C99"/>
        </w:pBdr>
        <w:spacing w:before="220" w:after="60"/>
      </w:pPr>
      <w:r>
        <w:rPr>
          <w:b w:val="0"/>
          <w:i w:val="0"/>
        </w:rPr>
        <w:t>Word Partners: Collocations and Word Families</w:t>
      </w:r>
    </w:p>
    <w:p>
      <w:pPr>
        <w:pStyle w:val="Heading2"/>
        <w:keepNext/>
        <w:spacing w:before="100" w:after="40"/>
      </w:pPr>
      <w:r>
        <w:rPr>
          <w:b w:val="0"/>
          <w:i w:val="0"/>
        </w:rPr>
        <w:t>Part A. Collocations</w:t>
      </w:r>
    </w:p>
    <w:p>
      <w:pPr>
        <w:keepNext/>
        <w:spacing w:before="0" w:after="60"/>
      </w:pPr>
      <w:r>
        <w:rPr>
          <w:b w:val="0"/>
          <w:i/>
          <w:color w:val="444444"/>
        </w:rPr>
        <w:t>Match the two halves to make common phrases. Write the letter on the line.</w:t>
      </w:r>
    </w:p>
    <w:tbl>
      <w:tblPr>
        <w:tblW w:type="auto" w:w="0"/>
        <w:jc w:val="left"/>
        <w:tblLayout w:type="fixed"/>
        <w:tblLook w:firstColumn="1" w:firstRow="1" w:lastColumn="0" w:lastRow="0" w:noHBand="0" w:noVBand="1" w:val="04A0"/>
        <w:tblCellMar>
          <w:top w:w="20" w:type="dxa"/>
          <w:bottom w:w="20" w:type="dxa"/>
          <w:left w:w="100" w:type="dxa"/>
          <w:right w:w="100" w:type="dxa"/>
        </w:tblCellMar>
      </w:tblPr>
      <w:tblGrid>
        <w:gridCol w:w="3005"/>
        <w:gridCol w:w="1191"/>
        <w:gridCol w:w="5443"/>
      </w:tblGrid>
      <w:tr>
        <w:trPr>
          <w:cantSplit/>
        </w:trPr>
        <w:tc>
          <w:tcPr>
            <w:tcW w:type="dxa" w:w="3005"/>
            <w:tcBorders>
              <w:top w:val="nil"/>
              <w:left w:val="nil"/>
              <w:bottom w:val="nil"/>
              <w:right w:val="nil"/>
            </w:tcBorders>
          </w:tcPr>
          <w:p>
            <w:pPr>
              <w:keepNext/>
              <w:spacing w:before="0" w:after="20"/>
            </w:pPr>
            <w:r>
              <w:rPr>
                <w:b/>
                <w:i w:val="0"/>
              </w:rPr>
              <w:t>1.</w:t>
            </w:r>
            <w:r>
              <w:rPr>
                <w:b w:val="0"/>
                <w:i w:val="0"/>
              </w:rPr>
              <w:t xml:space="preserve"> capture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a.</w:t>
            </w:r>
            <w:r>
              <w:rPr>
                <w:b w:val="0"/>
                <w:i w:val="0"/>
              </w:rPr>
              <w:t xml:space="preserve"> the clutter</w:t>
            </w:r>
          </w:p>
        </w:tc>
      </w:tr>
      <w:tr>
        <w:trPr>
          <w:cantSplit/>
        </w:trPr>
        <w:tc>
          <w:tcPr>
            <w:tcW w:type="dxa" w:w="3005"/>
            <w:tcBorders>
              <w:top w:val="nil"/>
              <w:left w:val="nil"/>
              <w:bottom w:val="nil"/>
              <w:right w:val="nil"/>
            </w:tcBorders>
          </w:tcPr>
          <w:p>
            <w:pPr>
              <w:keepNext/>
              <w:spacing w:before="0" w:after="20"/>
            </w:pPr>
            <w:r>
              <w:rPr>
                <w:b/>
                <w:i w:val="0"/>
              </w:rPr>
              <w:t>2.</w:t>
            </w:r>
            <w:r>
              <w:rPr>
                <w:b w:val="0"/>
                <w:i w:val="0"/>
              </w:rPr>
              <w:t xml:space="preserve"> harsh</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b.</w:t>
            </w:r>
            <w:r>
              <w:rPr>
                <w:b w:val="0"/>
                <w:i w:val="0"/>
              </w:rPr>
              <w:t xml:space="preserve"> income</w:t>
            </w:r>
          </w:p>
        </w:tc>
      </w:tr>
      <w:tr>
        <w:trPr>
          <w:cantSplit/>
        </w:trPr>
        <w:tc>
          <w:tcPr>
            <w:tcW w:type="dxa" w:w="3005"/>
            <w:tcBorders>
              <w:top w:val="nil"/>
              <w:left w:val="nil"/>
              <w:bottom w:val="nil"/>
              <w:right w:val="nil"/>
            </w:tcBorders>
          </w:tcPr>
          <w:p>
            <w:pPr>
              <w:keepNext/>
              <w:spacing w:before="0" w:after="20"/>
            </w:pPr>
            <w:r>
              <w:rPr>
                <w:b/>
                <w:i w:val="0"/>
              </w:rPr>
              <w:t>3.</w:t>
            </w:r>
            <w:r>
              <w:rPr>
                <w:b w:val="0"/>
                <w:i w:val="0"/>
              </w:rPr>
              <w:t xml:space="preserve"> a hazy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c.</w:t>
            </w:r>
            <w:r>
              <w:rPr>
                <w:b w:val="0"/>
                <w:i w:val="0"/>
              </w:rPr>
              <w:t xml:space="preserve"> offer</w:t>
            </w:r>
          </w:p>
        </w:tc>
      </w:tr>
      <w:tr>
        <w:trPr>
          <w:cantSplit/>
        </w:trPr>
        <w:tc>
          <w:tcPr>
            <w:tcW w:type="dxa" w:w="3005"/>
            <w:tcBorders>
              <w:top w:val="nil"/>
              <w:left w:val="nil"/>
              <w:bottom w:val="nil"/>
              <w:right w:val="nil"/>
            </w:tcBorders>
          </w:tcPr>
          <w:p>
            <w:pPr>
              <w:keepNext/>
              <w:spacing w:before="0" w:after="20"/>
            </w:pPr>
            <w:r>
              <w:rPr>
                <w:b/>
                <w:i w:val="0"/>
              </w:rPr>
              <w:t>4.</w:t>
            </w:r>
            <w:r>
              <w:rPr>
                <w:b w:val="0"/>
                <w:i w:val="0"/>
              </w:rPr>
              <w:t xml:space="preserve"> a steady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d.</w:t>
            </w:r>
            <w:r>
              <w:rPr>
                <w:b w:val="0"/>
                <w:i w:val="0"/>
              </w:rPr>
              <w:t xml:space="preserve"> difference</w:t>
            </w:r>
          </w:p>
        </w:tc>
      </w:tr>
      <w:tr>
        <w:trPr>
          <w:cantSplit/>
        </w:trPr>
        <w:tc>
          <w:tcPr>
            <w:tcW w:type="dxa" w:w="3005"/>
            <w:tcBorders>
              <w:top w:val="nil"/>
              <w:left w:val="nil"/>
              <w:bottom w:val="nil"/>
              <w:right w:val="nil"/>
            </w:tcBorders>
          </w:tcPr>
          <w:p>
            <w:pPr>
              <w:keepNext/>
              <w:spacing w:before="0" w:after="20"/>
            </w:pPr>
            <w:r>
              <w:rPr>
                <w:b/>
                <w:i w:val="0"/>
              </w:rPr>
              <w:t>5.</w:t>
            </w:r>
            <w:r>
              <w:rPr>
                <w:b w:val="0"/>
                <w:i w:val="0"/>
              </w:rPr>
              <w:t xml:space="preserve"> exposure</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e.</w:t>
            </w:r>
            <w:r>
              <w:rPr>
                <w:b w:val="0"/>
                <w:i w:val="0"/>
              </w:rPr>
              <w:t xml:space="preserve"> the moment</w:t>
            </w:r>
          </w:p>
        </w:tc>
      </w:tr>
      <w:tr>
        <w:trPr>
          <w:cantSplit/>
        </w:trPr>
        <w:tc>
          <w:tcPr>
            <w:tcW w:type="dxa" w:w="3005"/>
            <w:tcBorders>
              <w:top w:val="nil"/>
              <w:left w:val="nil"/>
              <w:bottom w:val="nil"/>
              <w:right w:val="nil"/>
            </w:tcBorders>
          </w:tcPr>
          <w:p>
            <w:pPr>
              <w:keepNext/>
              <w:spacing w:before="0" w:after="20"/>
            </w:pPr>
            <w:r>
              <w:rPr>
                <w:b/>
                <w:i w:val="0"/>
              </w:rPr>
              <w:t>6.</w:t>
            </w:r>
            <w:r>
              <w:rPr>
                <w:b w:val="0"/>
                <w:i w:val="0"/>
              </w:rPr>
              <w:t xml:space="preserve"> a tempting</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f.</w:t>
            </w:r>
            <w:r>
              <w:rPr>
                <w:b w:val="0"/>
                <w:i w:val="0"/>
              </w:rPr>
              <w:t xml:space="preserve"> memory</w:t>
            </w:r>
          </w:p>
        </w:tc>
      </w:tr>
      <w:tr>
        <w:trPr>
          <w:cantSplit/>
        </w:trPr>
        <w:tc>
          <w:tcPr>
            <w:tcW w:type="dxa" w:w="3005"/>
            <w:tcBorders>
              <w:top w:val="nil"/>
              <w:left w:val="nil"/>
              <w:bottom w:val="nil"/>
              <w:right w:val="nil"/>
            </w:tcBorders>
          </w:tcPr>
          <w:p>
            <w:pPr>
              <w:keepNext/>
              <w:spacing w:before="0" w:after="20"/>
            </w:pPr>
            <w:r>
              <w:rPr>
                <w:b/>
                <w:i w:val="0"/>
              </w:rPr>
              <w:t>7.</w:t>
            </w:r>
            <w:r>
              <w:rPr>
                <w:b w:val="0"/>
                <w:i w:val="0"/>
              </w:rPr>
              <w:t xml:space="preserve"> clear away</w:t>
            </w:r>
          </w:p>
        </w:tc>
        <w:tc>
          <w:tcPr>
            <w:tcW w:type="dxa" w:w="1191"/>
            <w:tcBorders>
              <w:top w:val="nil"/>
              <w:left w:val="nil"/>
              <w:bottom w:val="nil"/>
              <w:right w:val="nil"/>
            </w:tcBorders>
          </w:tcPr>
          <w:p>
            <w:pPr>
              <w:keepNext/>
              <w:spacing w:before="0" w:after="20"/>
            </w:pPr>
            <w:r>
              <w:rPr>
                <w:b w:val="0"/>
                <w:i w:val="0"/>
              </w:rPr>
              <w:t>______</w:t>
            </w:r>
          </w:p>
        </w:tc>
        <w:tc>
          <w:tcPr>
            <w:tcW w:type="dxa" w:w="5443"/>
            <w:tcBorders>
              <w:top w:val="nil"/>
              <w:left w:val="nil"/>
              <w:bottom w:val="nil"/>
              <w:right w:val="nil"/>
            </w:tcBorders>
          </w:tcPr>
          <w:p>
            <w:pPr>
              <w:keepNext/>
              <w:spacing w:before="0" w:after="20"/>
            </w:pPr>
            <w:r>
              <w:rPr>
                <w:b/>
                <w:i w:val="0"/>
              </w:rPr>
              <w:t>g.</w:t>
            </w:r>
            <w:r>
              <w:rPr>
                <w:b w:val="0"/>
                <w:i w:val="0"/>
              </w:rPr>
              <w:t xml:space="preserve"> criticism</w:t>
            </w:r>
          </w:p>
        </w:tc>
      </w:tr>
      <w:tr>
        <w:trPr>
          <w:cantSplit/>
        </w:trPr>
        <w:tc>
          <w:tcPr>
            <w:tcW w:type="dxa" w:w="3005"/>
            <w:tcBorders>
              <w:top w:val="nil"/>
              <w:left w:val="nil"/>
              <w:bottom w:val="nil"/>
              <w:right w:val="nil"/>
            </w:tcBorders>
          </w:tcPr>
          <w:p>
            <w:pPr>
              <w:keepNext w:val="0"/>
              <w:spacing w:before="0" w:after="20"/>
            </w:pPr>
            <w:r>
              <w:rPr>
                <w:b/>
                <w:i w:val="0"/>
              </w:rPr>
              <w:t>8.</w:t>
            </w:r>
            <w:r>
              <w:rPr>
                <w:b w:val="0"/>
                <w:i w:val="0"/>
              </w:rPr>
              <w:t xml:space="preserve"> a subtle</w:t>
            </w:r>
          </w:p>
        </w:tc>
        <w:tc>
          <w:tcPr>
            <w:tcW w:type="dxa" w:w="1191"/>
            <w:tcBorders>
              <w:top w:val="nil"/>
              <w:left w:val="nil"/>
              <w:bottom w:val="nil"/>
              <w:right w:val="nil"/>
            </w:tcBorders>
          </w:tcPr>
          <w:p>
            <w:pPr>
              <w:keepNext w:val="0"/>
              <w:spacing w:before="0" w:after="20"/>
            </w:pPr>
            <w:r>
              <w:rPr>
                <w:b w:val="0"/>
                <w:i w:val="0"/>
              </w:rPr>
              <w:t>______</w:t>
            </w:r>
          </w:p>
        </w:tc>
        <w:tc>
          <w:tcPr>
            <w:tcW w:type="dxa" w:w="5443"/>
            <w:tcBorders>
              <w:top w:val="nil"/>
              <w:left w:val="nil"/>
              <w:bottom w:val="nil"/>
              <w:right w:val="nil"/>
            </w:tcBorders>
          </w:tcPr>
          <w:p>
            <w:pPr>
              <w:keepNext w:val="0"/>
              <w:spacing w:before="0" w:after="20"/>
            </w:pPr>
            <w:r>
              <w:rPr>
                <w:b/>
                <w:i w:val="0"/>
              </w:rPr>
              <w:t>h.</w:t>
            </w:r>
            <w:r>
              <w:rPr>
                <w:b w:val="0"/>
                <w:i w:val="0"/>
              </w:rPr>
              <w:t xml:space="preserve"> to sunlight</w:t>
            </w:r>
          </w:p>
        </w:tc>
      </w:tr>
    </w:tbl>
    <w:p>
      <w:pPr>
        <w:keepNext w:val="0"/>
        <w:spacing w:before="0" w:after="80"/>
      </w:pPr>
      <w:r>
        <w:rPr>
          <w:b w:val="0"/>
          <w:i/>
          <w:color w:val="444444"/>
        </w:rPr>
        <w:t>Now choose three of the phrases and write your own sentences.</w:t>
      </w:r>
    </w:p>
    <w:p>
      <w:pPr>
        <w:pStyle w:val="Heading2"/>
        <w:keepNext/>
        <w:spacing w:before="100" w:after="40"/>
      </w:pPr>
      <w:r>
        <w:rPr>
          <w:b w:val="0"/>
          <w:i w:val="0"/>
        </w:rPr>
        <w:t>Part B. Word families</w:t>
      </w:r>
    </w:p>
    <w:p>
      <w:pPr>
        <w:keepNext/>
        <w:spacing w:before="0" w:after="60"/>
      </w:pPr>
      <w:r>
        <w:rPr>
          <w:b w:val="0"/>
          <w:i/>
          <w:color w:val="444444"/>
        </w:rPr>
        <w:t>Complete each sentence with the correct form of the word in brackets.</w:t>
      </w:r>
    </w:p>
    <w:p>
      <w:pPr>
        <w:keepNext w:val="0"/>
        <w:spacing w:before="0" w:after="40"/>
        <w:ind w:left="400" w:hanging="400"/>
      </w:pPr>
      <w:r>
        <w:rPr>
          <w:b/>
        </w:rPr>
        <w:t xml:space="preserve">1.  </w:t>
      </w:r>
      <w:r>
        <w:rPr>
          <w:b w:val="0"/>
          <w:i w:val="0"/>
        </w:rPr>
        <w:t>The teacher spoke ____________ to the students who arrived late. (</w:t>
      </w:r>
      <w:r>
        <w:rPr>
          <w:b w:val="0"/>
          <w:i/>
        </w:rPr>
        <w:t>harsh</w:t>
      </w:r>
      <w:r>
        <w:rPr>
          <w:b w:val="0"/>
          <w:i w:val="0"/>
        </w:rPr>
        <w:t>)</w:t>
      </w:r>
    </w:p>
    <w:p>
      <w:pPr>
        <w:keepNext w:val="0"/>
        <w:spacing w:before="0" w:after="40"/>
        <w:ind w:left="400" w:hanging="400"/>
      </w:pPr>
      <w:r>
        <w:rPr>
          <w:b/>
        </w:rPr>
        <w:t xml:space="preserve">2.  </w:t>
      </w:r>
      <w:r>
        <w:rPr>
          <w:b w:val="0"/>
          <w:i w:val="0"/>
        </w:rPr>
        <w:t>The colors of the sky changed ____________ as the sun went down. (</w:t>
      </w:r>
      <w:r>
        <w:rPr>
          <w:b w:val="0"/>
          <w:i/>
        </w:rPr>
        <w:t>subtle</w:t>
      </w:r>
      <w:r>
        <w:rPr>
          <w:b w:val="0"/>
          <w:i w:val="0"/>
        </w:rPr>
        <w:t>)</w:t>
      </w:r>
    </w:p>
    <w:p>
      <w:pPr>
        <w:keepNext w:val="0"/>
        <w:spacing w:before="0" w:after="40"/>
        <w:ind w:left="400" w:hanging="400"/>
      </w:pPr>
      <w:r>
        <w:rPr>
          <w:b/>
        </w:rPr>
        <w:t xml:space="preserve">3.  </w:t>
      </w:r>
      <w:r>
        <w:rPr>
          <w:b w:val="0"/>
          <w:i w:val="0"/>
        </w:rPr>
        <w:t>After the ____________ of the two banks, many branches closed. (</w:t>
      </w:r>
      <w:r>
        <w:rPr>
          <w:b w:val="0"/>
          <w:i/>
        </w:rPr>
        <w:t>merge</w:t>
      </w:r>
      <w:r>
        <w:rPr>
          <w:b w:val="0"/>
          <w:i w:val="0"/>
        </w:rPr>
        <w:t>)</w:t>
      </w:r>
    </w:p>
    <w:p>
      <w:pPr>
        <w:keepNext w:val="0"/>
        <w:spacing w:before="0" w:after="40"/>
        <w:ind w:left="400" w:hanging="400"/>
      </w:pPr>
      <w:r>
        <w:rPr>
          <w:b/>
        </w:rPr>
        <w:t xml:space="preserve">4.  </w:t>
      </w:r>
      <w:r>
        <w:rPr>
          <w:b w:val="0"/>
          <w:i w:val="0"/>
        </w:rPr>
        <w:t>Do not ____________ your phone to strong sunlight for hours. (</w:t>
      </w:r>
      <w:r>
        <w:rPr>
          <w:b w:val="0"/>
          <w:i/>
        </w:rPr>
        <w:t>exposure</w:t>
      </w:r>
      <w:r>
        <w:rPr>
          <w:b w:val="0"/>
          <w:i w:val="0"/>
        </w:rPr>
        <w:t>)</w:t>
      </w:r>
    </w:p>
    <w:p>
      <w:pPr>
        <w:keepNext w:val="0"/>
        <w:spacing w:before="0" w:after="40"/>
        <w:ind w:left="400" w:hanging="400"/>
      </w:pPr>
      <w:r>
        <w:rPr>
          <w:b/>
        </w:rPr>
        <w:t xml:space="preserve">5.  </w:t>
      </w:r>
      <w:r>
        <w:rPr>
          <w:b w:val="0"/>
          <w:i w:val="0"/>
        </w:rPr>
        <w:t>I tried to resist the ____________ to check my phone during the movie. (</w:t>
      </w:r>
      <w:r>
        <w:rPr>
          <w:b w:val="0"/>
          <w:i/>
        </w:rPr>
        <w:t>tempting</w:t>
      </w:r>
      <w:r>
        <w:rPr>
          <w:b w:val="0"/>
          <w:i w:val="0"/>
        </w:rPr>
        <w:t>)</w:t>
      </w:r>
    </w:p>
    <w:p>
      <w:pPr>
        <w:keepNext w:val="0"/>
        <w:spacing w:before="0" w:after="40"/>
        <w:ind w:left="400" w:hanging="400"/>
      </w:pPr>
      <w:r>
        <w:rPr>
          <w:b/>
        </w:rPr>
        <w:t xml:space="preserve">6.  </w:t>
      </w:r>
      <w:r>
        <w:rPr>
          <w:b w:val="0"/>
          <w:i w:val="0"/>
        </w:rPr>
        <w:t>House prices have risen ____________ for the last five years. (</w:t>
      </w:r>
      <w:r>
        <w:rPr>
          <w:b w:val="0"/>
          <w:i/>
        </w:rPr>
        <w:t>steady</w:t>
      </w:r>
      <w:r>
        <w:rPr>
          <w:b w:val="0"/>
          <w:i w:val="0"/>
        </w:rPr>
        <w:t>)</w:t>
      </w:r>
    </w:p>
    <w:p>
      <w:pPr>
        <w:pStyle w:val="Heading1"/>
        <w:keepNext/>
        <w:pBdr>
          <w:top w:val="single" w:sz="12" w:space="6" w:color="1F5C99"/>
        </w:pBdr>
        <w:spacing w:before="220" w:after="60"/>
      </w:pPr>
      <w:r>
        <w:rPr>
          <w:b w:val="0"/>
          <w:i w:val="0"/>
        </w:rPr>
        <w:t>Comprehension Questions</w:t>
      </w:r>
    </w:p>
    <w:p>
      <w:pPr>
        <w:keepNext/>
        <w:spacing w:before="0" w:after="60"/>
      </w:pPr>
      <w:r>
        <w:rPr>
          <w:b w:val="0"/>
          <w:i/>
          <w:color w:val="444444"/>
        </w:rPr>
        <w:t>Answer in full sentences.</w:t>
      </w:r>
    </w:p>
    <w:p>
      <w:pPr>
        <w:keepNext w:val="0"/>
        <w:spacing w:before="0" w:after="40"/>
        <w:ind w:left="400" w:hanging="400"/>
      </w:pPr>
      <w:r>
        <w:rPr>
          <w:b/>
        </w:rPr>
        <w:t xml:space="preserve">1.  </w:t>
      </w:r>
      <w:r>
        <w:rPr>
          <w:b w:val="0"/>
          <w:i w:val="0"/>
        </w:rPr>
        <w:t>According to the writer, why do many phone photos disappoint, and is the phone usually to blame?</w:t>
      </w:r>
    </w:p>
    <w:p>
      <w:pPr>
        <w:keepNext w:val="0"/>
        <w:spacing w:before="0" w:after="40"/>
        <w:ind w:left="400" w:hanging="400"/>
      </w:pPr>
      <w:r>
        <w:rPr>
          <w:b/>
        </w:rPr>
        <w:t xml:space="preserve">2.  </w:t>
      </w:r>
      <w:r>
        <w:rPr>
          <w:b w:val="0"/>
          <w:i w:val="0"/>
        </w:rPr>
        <w:t>About how many photos are taken each year, and what share are taken on phones?</w:t>
      </w:r>
    </w:p>
    <w:p>
      <w:pPr>
        <w:keepNext w:val="0"/>
        <w:spacing w:before="0" w:after="40"/>
        <w:ind w:left="400" w:hanging="400"/>
      </w:pPr>
      <w:r>
        <w:rPr>
          <w:b/>
        </w:rPr>
        <w:t xml:space="preserve">3.  </w:t>
      </w:r>
      <w:r>
        <w:rPr>
          <w:b w:val="0"/>
          <w:i w:val="0"/>
        </w:rPr>
        <w:t>Why should you wipe the lens before taking a photo?</w:t>
      </w:r>
    </w:p>
    <w:p>
      <w:pPr>
        <w:keepNext w:val="0"/>
        <w:spacing w:before="0" w:after="40"/>
        <w:ind w:left="400" w:hanging="400"/>
      </w:pPr>
      <w:r>
        <w:rPr>
          <w:b/>
        </w:rPr>
        <w:t xml:space="preserve">4.  </w:t>
      </w:r>
      <w:r>
        <w:rPr>
          <w:b w:val="0"/>
          <w:i w:val="0"/>
        </w:rPr>
        <w:t>Why does the writer suggest avoiding the flash, and what kinds of light are better?</w:t>
      </w:r>
    </w:p>
    <w:p>
      <w:pPr>
        <w:keepNext w:val="0"/>
        <w:spacing w:before="0" w:after="40"/>
        <w:ind w:left="400" w:hanging="400"/>
      </w:pPr>
      <w:r>
        <w:rPr>
          <w:b/>
        </w:rPr>
        <w:t xml:space="preserve">5.  </w:t>
      </w:r>
      <w:r>
        <w:rPr>
          <w:b w:val="0"/>
          <w:i w:val="0"/>
        </w:rPr>
        <w:t>How does the length of the golden hour differ between Singapore and Berlin?</w:t>
      </w:r>
    </w:p>
    <w:p>
      <w:pPr>
        <w:keepNext w:val="0"/>
        <w:spacing w:before="0" w:after="40"/>
        <w:ind w:left="400" w:hanging="400"/>
      </w:pPr>
      <w:r>
        <w:rPr>
          <w:b/>
        </w:rPr>
        <w:t xml:space="preserve">6.  </w:t>
      </w:r>
      <w:r>
        <w:rPr>
          <w:b w:val="0"/>
          <w:i w:val="0"/>
        </w:rPr>
        <w:t>What do modern phones usually do when you press the button, and why should you hold the phone steady in night mode?</w:t>
      </w:r>
    </w:p>
    <w:p>
      <w:pPr>
        <w:keepNext w:val="0"/>
        <w:spacing w:before="0" w:after="40"/>
        <w:ind w:left="400" w:hanging="400"/>
      </w:pPr>
      <w:r>
        <w:rPr>
          <w:b/>
        </w:rPr>
        <w:t xml:space="preserve">7.  </w:t>
      </w:r>
      <w:r>
        <w:rPr>
          <w:b w:val="0"/>
          <w:i w:val="0"/>
        </w:rPr>
        <w:t>What happens to the image when you pinch the screen to zoom, and what does the writer suggest instead?</w:t>
      </w:r>
    </w:p>
    <w:p>
      <w:pPr>
        <w:keepNext w:val="0"/>
        <w:spacing w:before="0" w:after="40"/>
        <w:ind w:left="400" w:hanging="400"/>
      </w:pPr>
      <w:r>
        <w:rPr>
          <w:b/>
        </w:rPr>
        <w:t xml:space="preserve">8.  </w:t>
      </w:r>
      <w:r>
        <w:rPr>
          <w:b w:val="0"/>
          <w:i w:val="0"/>
        </w:rPr>
        <w:t>What should you check at the edges of the frame, and why?</w:t>
      </w:r>
    </w:p>
    <w:p>
      <w:pPr>
        <w:keepNext w:val="0"/>
        <w:spacing w:before="0" w:after="40"/>
        <w:ind w:left="400" w:hanging="400"/>
      </w:pPr>
      <w:r>
        <w:rPr>
          <w:b/>
        </w:rPr>
        <w:t xml:space="preserve">9.  </w:t>
      </w:r>
      <w:r>
        <w:rPr>
          <w:b w:val="0"/>
          <w:i w:val="0"/>
        </w:rPr>
        <w:t>Which tip in the reading do you think would improve your own photos most? Explain why.</w:t>
      </w:r>
    </w:p>
    <w:p>
      <w:pPr>
        <w:keepNext w:val="0"/>
        <w:spacing w:before="0" w:after="40"/>
        <w:ind w:left="400" w:hanging="400"/>
      </w:pPr>
      <w:r>
        <w:rPr>
          <w:b/>
        </w:rPr>
        <w:t xml:space="preserve">10.  </w:t>
      </w:r>
      <w:r>
        <w:rPr>
          <w:b/>
          <w:i w:val="0"/>
        </w:rPr>
        <w:t>True, False, or Not Given:</w:t>
      </w:r>
      <w:r>
        <w:rPr>
          <w:b w:val="0"/>
          <w:i w:val="0"/>
        </w:rPr>
        <w:t xml:space="preserve"> </w:t>
      </w:r>
      <w:r>
        <w:rPr>
          <w:b w:val="0"/>
          <w:i/>
        </w:rPr>
        <w:t>“The golden hour lasts longer in Singapore than in Berlin.”</w:t>
      </w:r>
      <w:r>
        <w:rPr>
          <w:b w:val="0"/>
          <w:i w:val="0"/>
        </w:rPr>
        <w:t xml:space="preserve"> Explain your answer using the reading.</w:t>
      </w:r>
    </w:p>
    <w:p>
      <w:pPr>
        <w:keepNext w:val="0"/>
        <w:spacing w:before="0" w:after="40"/>
        <w:ind w:left="400" w:hanging="400"/>
      </w:pPr>
      <w:r>
        <w:rPr>
          <w:b/>
        </w:rPr>
        <w:t xml:space="preserve">11.  </w:t>
      </w:r>
      <w:r>
        <w:rPr>
          <w:b/>
          <w:i w:val="0"/>
        </w:rPr>
        <w:t>Yes, No, or Not Given:</w:t>
      </w:r>
      <w:r>
        <w:rPr>
          <w:b w:val="0"/>
          <w:i w:val="0"/>
        </w:rPr>
        <w:t xml:space="preserve"> </w:t>
      </w:r>
      <w:r>
        <w:rPr>
          <w:b w:val="0"/>
          <w:i/>
        </w:rPr>
        <w:t>“The writer believes that strong filters usually improve phone photos.”</w:t>
      </w:r>
      <w:r>
        <w:rPr>
          <w:b w:val="0"/>
          <w:i w:val="0"/>
        </w:rPr>
        <w:t xml:space="preserve"> Explain your answer using the reading.</w:t>
      </w:r>
    </w:p>
    <w:p>
      <w:pPr>
        <w:keepNext w:val="0"/>
        <w:spacing w:before="0" w:after="40"/>
        <w:ind w:left="400" w:hanging="400"/>
      </w:pPr>
      <w:r>
        <w:rPr>
          <w:b/>
        </w:rPr>
        <w:t xml:space="preserve">12.  </w:t>
      </w:r>
      <w:r>
        <w:rPr>
          <w:b/>
          <w:i w:val="0"/>
        </w:rPr>
        <w:t>Author’s purpose:</w:t>
      </w:r>
      <w:r>
        <w:rPr>
          <w:b w:val="0"/>
          <w:i w:val="0"/>
        </w:rPr>
        <w:t xml:space="preserve"> Why does the writer quote Robert Capa? Is it (a) to support the advice to walk closer instead of zooming, (b) to explain the history of war photography, or (c) to show that old cameras were better than phones?</w:t>
      </w:r>
    </w:p>
    <w:p>
      <w:pPr>
        <w:pStyle w:val="Heading1"/>
        <w:keepNext/>
        <w:pBdr>
          <w:top w:val="single" w:sz="12" w:space="6" w:color="1F5C99"/>
        </w:pBdr>
        <w:spacing w:before="220" w:after="60"/>
      </w:pPr>
      <w:r>
        <w:rPr>
          <w:b w:val="0"/>
          <w:i w:val="0"/>
        </w:rPr>
        <w:t>True or False</w:t>
      </w:r>
    </w:p>
    <w:p>
      <w:pPr>
        <w:keepNext/>
        <w:spacing w:before="0" w:after="60"/>
      </w:pPr>
      <w:r>
        <w:rPr>
          <w:b w:val="0"/>
          <w:i/>
          <w:color w:val="444444"/>
        </w:rPr>
        <w:t>Circle T (true) or F (false). Be ready to correct the false sentences.</w:t>
      </w:r>
    </w:p>
    <w:p>
      <w:pPr>
        <w:keepNext w:val="0"/>
        <w:tabs>
          <w:tab w:pos="9638" w:val="right"/>
        </w:tabs>
        <w:spacing w:before="0" w:after="30"/>
        <w:ind w:left="400" w:hanging="400"/>
      </w:pPr>
      <w:r>
        <w:rPr>
          <w:b/>
        </w:rPr>
        <w:t xml:space="preserve">1.  </w:t>
      </w:r>
      <w:r>
        <w:rPr>
          <w:b w:val="0"/>
          <w:i w:val="0"/>
        </w:rPr>
        <w:t>More than nine in ten photos are taken on phones.</w:t>
      </w:r>
      <w:r>
        <w:rPr>
          <w:b/>
        </w:rPr>
        <w:tab/>
        <w:t>T   /   F</w:t>
      </w:r>
    </w:p>
    <w:p>
      <w:pPr>
        <w:keepNext w:val="0"/>
        <w:tabs>
          <w:tab w:pos="9638" w:val="right"/>
        </w:tabs>
        <w:spacing w:before="0" w:after="30"/>
        <w:ind w:left="400" w:hanging="400"/>
      </w:pPr>
      <w:r>
        <w:rPr>
          <w:b/>
        </w:rPr>
        <w:t xml:space="preserve">2.  </w:t>
      </w:r>
      <w:r>
        <w:rPr>
          <w:b w:val="0"/>
          <w:i w:val="0"/>
        </w:rPr>
        <w:t>The writer says the phone itself is usually the reason for a bad photo.</w:t>
      </w:r>
      <w:r>
        <w:rPr>
          <w:b/>
        </w:rPr>
        <w:tab/>
        <w:t>T   /   F</w:t>
      </w:r>
    </w:p>
    <w:p>
      <w:pPr>
        <w:keepNext w:val="0"/>
        <w:tabs>
          <w:tab w:pos="9638" w:val="right"/>
        </w:tabs>
        <w:spacing w:before="0" w:after="30"/>
        <w:ind w:left="400" w:hanging="400"/>
      </w:pPr>
      <w:r>
        <w:rPr>
          <w:b/>
        </w:rPr>
        <w:t xml:space="preserve">3.  </w:t>
      </w:r>
      <w:r>
        <w:rPr>
          <w:b w:val="0"/>
          <w:i w:val="0"/>
        </w:rPr>
        <w:t>A single fingerprint can make an image look hazy.</w:t>
      </w:r>
      <w:r>
        <w:rPr>
          <w:b/>
        </w:rPr>
        <w:tab/>
        <w:t>T   /   F</w:t>
      </w:r>
    </w:p>
    <w:p>
      <w:pPr>
        <w:keepNext w:val="0"/>
        <w:tabs>
          <w:tab w:pos="9638" w:val="right"/>
        </w:tabs>
        <w:spacing w:before="0" w:after="30"/>
        <w:ind w:left="400" w:hanging="400"/>
      </w:pPr>
      <w:r>
        <w:rPr>
          <w:b/>
        </w:rPr>
        <w:t xml:space="preserve">4.  </w:t>
      </w:r>
      <w:r>
        <w:rPr>
          <w:b w:val="0"/>
          <w:i w:val="0"/>
        </w:rPr>
        <w:t>The flash gives soft, flattering light.</w:t>
      </w:r>
      <w:r>
        <w:rPr>
          <w:b/>
        </w:rPr>
        <w:tab/>
        <w:t>T   /   F</w:t>
      </w:r>
    </w:p>
    <w:p>
      <w:pPr>
        <w:keepNext w:val="0"/>
        <w:tabs>
          <w:tab w:pos="9638" w:val="right"/>
        </w:tabs>
        <w:spacing w:before="0" w:after="30"/>
        <w:ind w:left="400" w:hanging="400"/>
      </w:pPr>
      <w:r>
        <w:rPr>
          <w:b/>
        </w:rPr>
        <w:t xml:space="preserve">5.  </w:t>
      </w:r>
      <w:r>
        <w:rPr>
          <w:b w:val="0"/>
          <w:i w:val="0"/>
        </w:rPr>
        <w:t>The golden hour is shortly after sunrise and before sunset.</w:t>
      </w:r>
      <w:r>
        <w:rPr>
          <w:b/>
        </w:rPr>
        <w:tab/>
        <w:t>T   /   F</w:t>
      </w:r>
    </w:p>
    <w:p>
      <w:pPr>
        <w:keepNext w:val="0"/>
        <w:tabs>
          <w:tab w:pos="9638" w:val="right"/>
        </w:tabs>
        <w:spacing w:before="0" w:after="30"/>
        <w:ind w:left="400" w:hanging="400"/>
      </w:pPr>
      <w:r>
        <w:rPr>
          <w:b/>
        </w:rPr>
        <w:t xml:space="preserve">6.  </w:t>
      </w:r>
      <w:r>
        <w:rPr>
          <w:b w:val="0"/>
          <w:i w:val="0"/>
        </w:rPr>
        <w:t>The golden hour lasts about the same length of time everywhere.</w:t>
      </w:r>
      <w:r>
        <w:rPr>
          <w:b/>
        </w:rPr>
        <w:tab/>
        <w:t>T   /   F</w:t>
      </w:r>
    </w:p>
    <w:p>
      <w:pPr>
        <w:keepNext w:val="0"/>
        <w:tabs>
          <w:tab w:pos="9638" w:val="right"/>
        </w:tabs>
        <w:spacing w:before="0" w:after="30"/>
        <w:ind w:left="400" w:hanging="400"/>
      </w:pPr>
      <w:r>
        <w:rPr>
          <w:b/>
        </w:rPr>
        <w:t xml:space="preserve">7.  </w:t>
      </w:r>
      <w:r>
        <w:rPr>
          <w:b w:val="0"/>
          <w:i w:val="0"/>
        </w:rPr>
        <w:t>If the sun is behind a person, they may appear as a dark silhouette.</w:t>
      </w:r>
      <w:r>
        <w:rPr>
          <w:b/>
        </w:rPr>
        <w:tab/>
        <w:t>T   /   F</w:t>
      </w:r>
    </w:p>
    <w:p>
      <w:pPr>
        <w:keepNext w:val="0"/>
        <w:tabs>
          <w:tab w:pos="9638" w:val="right"/>
        </w:tabs>
        <w:spacing w:before="0" w:after="30"/>
        <w:ind w:left="400" w:hanging="400"/>
      </w:pPr>
      <w:r>
        <w:rPr>
          <w:b/>
        </w:rPr>
        <w:t xml:space="preserve">8.  </w:t>
      </w:r>
      <w:r>
        <w:rPr>
          <w:b w:val="0"/>
          <w:i w:val="0"/>
        </w:rPr>
        <w:t>Pinching the screen to zoom always gives you a sharper picture.</w:t>
      </w:r>
      <w:r>
        <w:rPr>
          <w:b/>
        </w:rPr>
        <w:tab/>
        <w:t>T   /   F</w:t>
      </w:r>
    </w:p>
    <w:p>
      <w:pPr>
        <w:keepNext w:val="0"/>
        <w:tabs>
          <w:tab w:pos="9638" w:val="right"/>
        </w:tabs>
        <w:spacing w:before="0" w:after="30"/>
        <w:ind w:left="400" w:hanging="400"/>
      </w:pPr>
      <w:r>
        <w:rPr>
          <w:b/>
        </w:rPr>
        <w:t xml:space="preserve">9.  </w:t>
      </w:r>
      <w:r>
        <w:rPr>
          <w:b w:val="0"/>
          <w:i w:val="0"/>
        </w:rPr>
        <w:t>Tapping the screen sets the focus and the exposure.</w:t>
      </w:r>
      <w:r>
        <w:rPr>
          <w:b/>
        </w:rPr>
        <w:tab/>
        <w:t>T   /   F</w:t>
      </w:r>
    </w:p>
    <w:p>
      <w:pPr>
        <w:keepNext w:val="0"/>
        <w:tabs>
          <w:tab w:pos="9638" w:val="right"/>
        </w:tabs>
        <w:spacing w:before="0" w:after="30"/>
        <w:ind w:left="400" w:hanging="400"/>
      </w:pPr>
      <w:r>
        <w:rPr>
          <w:b/>
        </w:rPr>
        <w:t xml:space="preserve">10.  </w:t>
      </w:r>
      <w:r>
        <w:rPr>
          <w:b w:val="0"/>
          <w:i w:val="0"/>
        </w:rPr>
        <w:t>The writer recommends strong filters when you edit.</w:t>
      </w:r>
      <w:r>
        <w:rPr>
          <w:b/>
        </w:rPr>
        <w:tab/>
        <w:t>T   /   F</w:t>
      </w:r>
    </w:p>
    <w:p>
      <w:pPr>
        <w:pStyle w:val="Heading1"/>
        <w:keepNext/>
        <w:pBdr>
          <w:top w:val="single" w:sz="12" w:space="6" w:color="1F5C99"/>
        </w:pBdr>
        <w:spacing w:before="220" w:after="60"/>
      </w:pPr>
      <w:r>
        <w:rPr>
          <w:b w:val="0"/>
          <w:i w:val="0"/>
        </w:rPr>
        <w:t>Language Focus: Verbs Followed by -ing or to-Infinitive</w:t>
      </w:r>
    </w:p>
    <w:tbl>
      <w:tblPr>
        <w:tblW w:type="auto" w:w="0"/>
        <w:tblLayout w:type="fixed"/>
        <w:tblLook w:firstColumn="1" w:firstRow="1" w:lastColumn="0" w:lastRow="0" w:noHBand="0" w:noVBand="1" w:val="04A0"/>
        <w:tblCellMar>
          <w:top w:w="80" w:type="dxa"/>
          <w:bottom w:w="80" w:type="dxa"/>
          <w:left w:w="160" w:type="dxa"/>
          <w:right w:w="160" w:type="dxa"/>
        </w:tblCellMar>
      </w:tblPr>
      <w:tblGrid>
        <w:gridCol w:w="9638"/>
      </w:tblGrid>
      <w:tr>
        <w:trPr>
          <w:cantSplit/>
        </w:trPr>
        <w:tc>
          <w:tcPr>
            <w:tcW w:type="dxa" w:w="9638"/>
            <w:tcBorders>
              <w:top w:val="single" w:sz="4" w:color="BBBBBB"/>
              <w:left w:val="single" w:sz="4" w:color="BBBBBB"/>
              <w:bottom w:val="single" w:sz="4" w:color="BBBBBB"/>
              <w:right w:val="single" w:sz="4" w:color="BBBBBB"/>
            </w:tcBorders>
            <w:shd w:val="clear" w:color="auto" w:fill="EEF4FA"/>
          </w:tcPr>
          <w:p>
            <w:pPr>
              <w:spacing w:before="0" w:after="40"/>
            </w:pPr>
            <w:r>
              <w:rPr>
                <w:b w:val="0"/>
                <w:i w:val="0"/>
              </w:rPr>
              <w:t xml:space="preserve">Some verbs are followed by </w:t>
            </w:r>
            <w:r>
              <w:rPr>
                <w:b/>
                <w:i w:val="0"/>
              </w:rPr>
              <w:t>-ing</w:t>
            </w:r>
            <w:r>
              <w:rPr>
                <w:b w:val="0"/>
                <w:i w:val="0"/>
              </w:rPr>
              <w:t xml:space="preserve">: </w:t>
            </w:r>
            <w:r>
              <w:rPr>
                <w:b w:val="0"/>
                <w:i/>
              </w:rPr>
              <w:t>avoid, enjoy, keep, finish, mind</w:t>
            </w:r>
            <w:r>
              <w:rPr>
                <w:b w:val="0"/>
                <w:i w:val="0"/>
              </w:rPr>
              <w:t xml:space="preserve">. Others are followed by </w:t>
            </w:r>
            <w:r>
              <w:rPr>
                <w:b/>
                <w:i w:val="0"/>
              </w:rPr>
              <w:t>to + base verb</w:t>
            </w:r>
            <w:r>
              <w:rPr>
                <w:b w:val="0"/>
                <w:i w:val="0"/>
              </w:rPr>
              <w:t xml:space="preserve">: </w:t>
            </w:r>
            <w:r>
              <w:rPr>
                <w:b w:val="0"/>
                <w:i/>
              </w:rPr>
              <w:t>fail, hope, decide, want, plan</w:t>
            </w:r>
            <w:r>
              <w:rPr>
                <w:b w:val="0"/>
                <w:i w:val="0"/>
              </w:rPr>
              <w:t>.</w:t>
            </w:r>
          </w:p>
          <w:p>
            <w:pPr>
              <w:spacing w:before="0" w:after="40"/>
            </w:pPr>
            <w:r>
              <w:rPr>
                <w:b/>
                <w:i w:val="0"/>
              </w:rPr>
              <w:t>Try</w:t>
            </w:r>
            <w:r>
              <w:rPr>
                <w:b w:val="0"/>
                <w:i w:val="0"/>
              </w:rPr>
              <w:t xml:space="preserve"> and </w:t>
            </w:r>
            <w:r>
              <w:rPr>
                <w:b/>
                <w:i w:val="0"/>
              </w:rPr>
              <w:t>remember</w:t>
            </w:r>
            <w:r>
              <w:rPr>
                <w:b w:val="0"/>
                <w:i w:val="0"/>
              </w:rPr>
              <w:t xml:space="preserve"> can take both, with different meanings. </w:t>
            </w:r>
            <w:r>
              <w:rPr>
                <w:b w:val="0"/>
                <w:i/>
              </w:rPr>
              <w:t>Try to do</w:t>
            </w:r>
            <w:r>
              <w:rPr>
                <w:b w:val="0"/>
                <w:i w:val="0"/>
              </w:rPr>
              <w:t xml:space="preserve"> = make an effort. </w:t>
            </w:r>
            <w:r>
              <w:rPr>
                <w:b w:val="0"/>
                <w:i/>
              </w:rPr>
              <w:t>Try doing</w:t>
            </w:r>
            <w:r>
              <w:rPr>
                <w:b w:val="0"/>
                <w:i w:val="0"/>
              </w:rPr>
              <w:t xml:space="preserve"> = do it as an experiment. </w:t>
            </w:r>
            <w:r>
              <w:rPr>
                <w:b w:val="0"/>
                <w:i/>
              </w:rPr>
              <w:t>Remember to do</w:t>
            </w:r>
            <w:r>
              <w:rPr>
                <w:b w:val="0"/>
                <w:i w:val="0"/>
              </w:rPr>
              <w:t xml:space="preserve"> = a task. </w:t>
            </w:r>
            <w:r>
              <w:rPr>
                <w:b w:val="0"/>
                <w:i/>
              </w:rPr>
              <w:t>Remember doing</w:t>
            </w:r>
            <w:r>
              <w:rPr>
                <w:b w:val="0"/>
                <w:i w:val="0"/>
              </w:rPr>
              <w:t xml:space="preserve"> = a memory.</w:t>
            </w:r>
          </w:p>
          <w:p>
            <w:pPr>
              <w:spacing w:before="0" w:after="40"/>
            </w:pPr>
            <w:r>
              <w:rPr>
                <w:b/>
                <w:i w:val="0"/>
              </w:rPr>
              <w:t>From the reading:</w:t>
            </w:r>
          </w:p>
          <w:p>
            <w:pPr>
              <w:spacing w:before="0" w:after="40"/>
            </w:pPr>
            <w:r>
              <w:rPr>
                <w:b w:val="0"/>
                <w:i w:val="0"/>
              </w:rPr>
              <w:t>"</w:t>
            </w:r>
            <w:r>
              <w:rPr>
                <w:b/>
                <w:i w:val="0"/>
              </w:rPr>
              <w:t>Remember to wipe</w:t>
            </w:r>
            <w:r>
              <w:rPr>
                <w:b w:val="0"/>
                <w:i w:val="0"/>
              </w:rPr>
              <w:t xml:space="preserve"> the lens before you shoot."</w:t>
            </w:r>
          </w:p>
          <w:p>
            <w:pPr>
              <w:spacing w:before="0" w:after="40"/>
            </w:pPr>
            <w:r>
              <w:rPr>
                <w:b w:val="0"/>
                <w:i w:val="0"/>
              </w:rPr>
              <w:t>"</w:t>
            </w:r>
            <w:r>
              <w:rPr>
                <w:b/>
                <w:i w:val="0"/>
              </w:rPr>
              <w:t>Try moving</w:t>
            </w:r>
            <w:r>
              <w:rPr>
                <w:b w:val="0"/>
                <w:i w:val="0"/>
              </w:rPr>
              <w:t xml:space="preserve"> a few steps closer."</w:t>
            </w:r>
          </w:p>
          <w:p>
            <w:pPr>
              <w:spacing w:before="0" w:after="0"/>
            </w:pPr>
            <w:r>
              <w:rPr>
                <w:b/>
                <w:i w:val="0"/>
              </w:rPr>
              <w:t>Tip:</w:t>
            </w:r>
            <w:r>
              <w:rPr>
                <w:b w:val="0"/>
                <w:i w:val="0"/>
              </w:rPr>
              <w:t xml:space="preserve"> After a preposition, always use -ing: </w:t>
            </w:r>
            <w:r>
              <w:rPr>
                <w:b w:val="0"/>
                <w:i/>
              </w:rPr>
              <w:t>before shooting, instead of zooming</w:t>
            </w:r>
            <w:r>
              <w:rPr>
                <w:b w:val="0"/>
                <w:i w:val="0"/>
              </w:rPr>
              <w:t>.</w:t>
            </w:r>
          </w:p>
        </w:tc>
      </w:tr>
    </w:tbl>
    <w:p>
      <w:pPr>
        <w:pStyle w:val="Heading2"/>
        <w:keepNext/>
        <w:spacing w:before="100" w:after="40"/>
      </w:pPr>
      <w:r>
        <w:rPr>
          <w:b w:val="0"/>
          <w:i w:val="0"/>
        </w:rPr>
        <w:t>Part A. Sentence starters</w:t>
      </w:r>
    </w:p>
    <w:p>
      <w:pPr>
        <w:keepNext/>
        <w:spacing w:before="0" w:after="60"/>
      </w:pPr>
      <w:r>
        <w:rPr>
          <w:b w:val="0"/>
          <w:i/>
          <w:color w:val="444444"/>
        </w:rPr>
        <w:t>Finish each sentence so that it is true for you.</w:t>
      </w:r>
    </w:p>
    <w:p>
      <w:pPr>
        <w:keepNext/>
        <w:spacing w:before="0" w:after="20"/>
      </w:pPr>
      <w:r>
        <w:rPr>
          <w:b/>
          <w:i w:val="0"/>
        </w:rPr>
        <w:t>Verb + -ing</w:t>
      </w:r>
    </w:p>
    <w:p>
      <w:pPr>
        <w:keepNext w:val="0"/>
        <w:spacing w:before="0" w:after="40"/>
        <w:ind w:left="400" w:hanging="400"/>
      </w:pPr>
      <w:r>
        <w:rPr>
          <w:b/>
        </w:rPr>
        <w:t xml:space="preserve">1.  </w:t>
      </w:r>
      <w:r>
        <w:rPr>
          <w:b w:val="0"/>
          <w:i w:val="0"/>
        </w:rPr>
        <w:t>On weekends I really enjoy</w:t>
      </w:r>
      <w:r>
        <w:t xml:space="preserve"> ____________________________________________</w:t>
      </w:r>
    </w:p>
    <w:p>
      <w:pPr>
        <w:keepNext w:val="0"/>
        <w:spacing w:before="0" w:after="40"/>
        <w:ind w:left="400" w:hanging="400"/>
      </w:pPr>
      <w:r>
        <w:rPr>
          <w:b/>
        </w:rPr>
        <w:t xml:space="preserve">2.  </w:t>
      </w:r>
      <w:r>
        <w:rPr>
          <w:b w:val="0"/>
          <w:i w:val="0"/>
        </w:rPr>
        <w:t>When I study, I try to avoid</w:t>
      </w:r>
      <w:r>
        <w:t xml:space="preserve"> ____________________________________________</w:t>
      </w:r>
    </w:p>
    <w:p>
      <w:pPr>
        <w:keepNext w:val="0"/>
        <w:spacing w:before="0" w:after="40"/>
        <w:ind w:left="400" w:hanging="400"/>
      </w:pPr>
      <w:r>
        <w:rPr>
          <w:b/>
        </w:rPr>
        <w:t xml:space="preserve">3.  </w:t>
      </w:r>
      <w:r>
        <w:rPr>
          <w:b w:val="0"/>
          <w:i w:val="0"/>
        </w:rPr>
        <w:t>I should really stop</w:t>
      </w:r>
      <w:r>
        <w:t xml:space="preserve"> ____________________________________________</w:t>
      </w:r>
    </w:p>
    <w:p>
      <w:pPr>
        <w:keepNext/>
        <w:spacing w:before="0" w:after="20"/>
      </w:pPr>
      <w:r>
        <w:rPr>
          <w:b/>
          <w:i w:val="0"/>
        </w:rPr>
        <w:t>Verb + to-infinitive</w:t>
      </w:r>
    </w:p>
    <w:p>
      <w:pPr>
        <w:keepNext w:val="0"/>
        <w:spacing w:before="0" w:after="40"/>
        <w:ind w:left="400" w:hanging="400"/>
      </w:pPr>
      <w:r>
        <w:rPr>
          <w:b/>
        </w:rPr>
        <w:t xml:space="preserve">4.  </w:t>
      </w:r>
      <w:r>
        <w:rPr>
          <w:b w:val="0"/>
          <w:i w:val="0"/>
        </w:rPr>
        <w:t>Next year I hope</w:t>
      </w:r>
      <w:r>
        <w:t xml:space="preserve"> ____________________________________________</w:t>
      </w:r>
    </w:p>
    <w:p>
      <w:pPr>
        <w:keepNext w:val="0"/>
        <w:spacing w:before="0" w:after="40"/>
        <w:ind w:left="400" w:hanging="400"/>
      </w:pPr>
      <w:r>
        <w:rPr>
          <w:b/>
        </w:rPr>
        <w:t xml:space="preserve">5.  </w:t>
      </w:r>
      <w:r>
        <w:rPr>
          <w:b w:val="0"/>
          <w:i w:val="0"/>
        </w:rPr>
        <w:t>Before I leave home, I always remember</w:t>
      </w:r>
      <w:r>
        <w:t xml:space="preserve"> ____________________________________________</w:t>
      </w:r>
    </w:p>
    <w:p>
      <w:pPr>
        <w:pStyle w:val="Heading2"/>
        <w:keepNext/>
        <w:spacing w:before="100" w:after="40"/>
      </w:pPr>
      <w:r>
        <w:rPr>
          <w:b w:val="0"/>
          <w:i w:val="0"/>
        </w:rPr>
        <w:t>Part B. Questions</w:t>
      </w:r>
    </w:p>
    <w:p>
      <w:pPr>
        <w:keepNext/>
        <w:spacing w:before="0" w:after="60"/>
      </w:pPr>
      <w:r>
        <w:rPr>
          <w:b w:val="0"/>
          <w:i/>
          <w:color w:val="444444"/>
        </w:rPr>
        <w:t>Answer each question in a full sentence. Try to answer using a verb + -ing or a verb + to-infinitive. Then ask a partner.</w:t>
      </w:r>
    </w:p>
    <w:p>
      <w:pPr>
        <w:keepNext w:val="0"/>
        <w:spacing w:before="0" w:after="40"/>
        <w:ind w:left="400" w:hanging="400"/>
      </w:pPr>
      <w:r>
        <w:rPr>
          <w:b/>
        </w:rPr>
        <w:t xml:space="preserve">6.  </w:t>
      </w:r>
      <w:r>
        <w:rPr>
          <w:b w:val="0"/>
          <w:i w:val="0"/>
        </w:rPr>
        <w:t>What do you enjoy doing on your days off?</w:t>
      </w:r>
    </w:p>
    <w:p>
      <w:pPr>
        <w:keepNext w:val="0"/>
        <w:spacing w:before="0" w:after="40"/>
        <w:ind w:left="400" w:hanging="400"/>
      </w:pPr>
      <w:r>
        <w:rPr>
          <w:b/>
        </w:rPr>
        <w:t xml:space="preserve">7.  </w:t>
      </w:r>
      <w:r>
        <w:rPr>
          <w:b w:val="0"/>
          <w:i w:val="0"/>
        </w:rPr>
        <w:t>What is something you have decided to learn this year?</w:t>
      </w:r>
    </w:p>
    <w:p>
      <w:pPr>
        <w:keepNext w:val="0"/>
        <w:spacing w:before="0" w:after="40"/>
        <w:ind w:left="400" w:hanging="400"/>
      </w:pPr>
      <w:r>
        <w:rPr>
          <w:b/>
        </w:rPr>
        <w:t xml:space="preserve">8.  </w:t>
      </w:r>
      <w:r>
        <w:rPr>
          <w:b w:val="0"/>
          <w:i w:val="0"/>
        </w:rPr>
        <w:t>What do you try to avoid doing the night before an exam or interview?</w:t>
      </w:r>
    </w:p>
    <w:p>
      <w:pPr>
        <w:keepNext w:val="0"/>
        <w:spacing w:before="0" w:after="40"/>
        <w:ind w:left="400" w:hanging="400"/>
      </w:pPr>
      <w:r>
        <w:rPr>
          <w:b/>
        </w:rPr>
        <w:t xml:space="preserve">9.  </w:t>
      </w:r>
      <w:r>
        <w:rPr>
          <w:b w:val="0"/>
          <w:i w:val="0"/>
        </w:rPr>
        <w:t>What do you sometimes forget to take with you when you leave home?</w:t>
      </w:r>
    </w:p>
    <w:p>
      <w:pPr>
        <w:keepNext w:val="0"/>
        <w:spacing w:before="0" w:after="40"/>
        <w:ind w:left="400" w:hanging="400"/>
      </w:pPr>
      <w:r>
        <w:rPr>
          <w:b/>
        </w:rPr>
        <w:t xml:space="preserve">10.  </w:t>
      </w:r>
      <w:r>
        <w:rPr>
          <w:b w:val="0"/>
          <w:i w:val="0"/>
        </w:rPr>
        <w:t>Your phone photos look too dark. What could you try doing?</w:t>
      </w:r>
    </w:p>
    <w:p>
      <w:pPr>
        <w:pStyle w:val="Heading1"/>
        <w:keepNext/>
        <w:pBdr>
          <w:top w:val="single" w:sz="12" w:space="6" w:color="1F5C99"/>
        </w:pBdr>
        <w:spacing w:before="220" w:after="60"/>
      </w:pPr>
      <w:r>
        <w:rPr>
          <w:b w:val="0"/>
          <w:i w:val="0"/>
        </w:rPr>
        <w:t>Discussion Questions</w:t>
      </w:r>
    </w:p>
    <w:p>
      <w:pPr>
        <w:keepNext/>
        <w:spacing w:before="0" w:after="60"/>
      </w:pPr>
      <w:r>
        <w:rPr>
          <w:b w:val="0"/>
          <w:i/>
          <w:color w:val="444444"/>
        </w:rPr>
        <w:t>Discuss with a partner or in a small group. Give reasons and examples.</w:t>
      </w:r>
    </w:p>
    <w:p>
      <w:pPr>
        <w:keepNext w:val="0"/>
        <w:spacing w:before="0" w:after="40"/>
        <w:ind w:left="400" w:hanging="400"/>
      </w:pPr>
      <w:r>
        <w:rPr>
          <w:b/>
        </w:rPr>
        <w:t xml:space="preserve">1.  </w:t>
      </w:r>
      <w:r>
        <w:rPr>
          <w:b w:val="0"/>
          <w:i w:val="0"/>
        </w:rPr>
        <w:t>Who takes the best photos in your family or group of friends? What do they do differently?</w:t>
      </w:r>
    </w:p>
    <w:p>
      <w:pPr>
        <w:keepNext w:val="0"/>
        <w:spacing w:before="0" w:after="40"/>
        <w:ind w:left="400" w:hanging="400"/>
      </w:pPr>
      <w:r>
        <w:rPr>
          <w:b/>
        </w:rPr>
        <w:t xml:space="preserve">2.  </w:t>
      </w:r>
      <w:r>
        <w:rPr>
          <w:b w:val="0"/>
          <w:i w:val="0"/>
        </w:rPr>
        <w:t>Do you prefer taking photos of people, places, food, or something else? Why?</w:t>
      </w:r>
    </w:p>
    <w:p>
      <w:pPr>
        <w:keepNext w:val="0"/>
        <w:spacing w:before="0" w:after="40"/>
        <w:ind w:left="400" w:hanging="400"/>
      </w:pPr>
      <w:r>
        <w:rPr>
          <w:b/>
        </w:rPr>
        <w:t xml:space="preserve">3.  </w:t>
      </w:r>
      <w:r>
        <w:rPr>
          <w:b w:val="0"/>
          <w:i w:val="0"/>
        </w:rPr>
        <w:t>How many photos do you think are on your phone right now? Do you ever delete them?</w:t>
      </w:r>
    </w:p>
    <w:p>
      <w:pPr>
        <w:keepNext w:val="0"/>
        <w:spacing w:before="0" w:after="40"/>
        <w:ind w:left="400" w:hanging="400"/>
      </w:pPr>
      <w:r>
        <w:rPr>
          <w:b/>
        </w:rPr>
        <w:t xml:space="preserve">4.  </w:t>
      </w:r>
      <w:r>
        <w:rPr>
          <w:b w:val="0"/>
          <w:i w:val="0"/>
        </w:rPr>
        <w:t>Do you usually edit your photos or add filters before you share them? Why or why not?</w:t>
      </w:r>
    </w:p>
    <w:p>
      <w:pPr>
        <w:keepNext w:val="0"/>
        <w:spacing w:before="0" w:after="40"/>
        <w:ind w:left="400" w:hanging="400"/>
      </w:pPr>
      <w:r>
        <w:rPr>
          <w:b/>
        </w:rPr>
        <w:t xml:space="preserve">5.  </w:t>
      </w:r>
      <w:r>
        <w:rPr>
          <w:b w:val="0"/>
          <w:i w:val="0"/>
        </w:rPr>
        <w:t>What is the best photo you have ever taken? What makes it special to you?</w:t>
      </w:r>
    </w:p>
    <w:p>
      <w:pPr>
        <w:keepNext w:val="0"/>
        <w:spacing w:before="0" w:after="40"/>
        <w:ind w:left="400" w:hanging="400"/>
      </w:pPr>
      <w:r>
        <w:rPr>
          <w:b/>
        </w:rPr>
        <w:t xml:space="preserve">6.  </w:t>
      </w:r>
      <w:r>
        <w:rPr>
          <w:b w:val="0"/>
          <w:i w:val="0"/>
        </w:rPr>
        <w:t>When is it rude to take photos, for example at concerts, in museums, or during meals?</w:t>
      </w:r>
    </w:p>
    <w:p>
      <w:pPr>
        <w:keepNext w:val="0"/>
        <w:spacing w:before="0" w:after="40"/>
        <w:ind w:left="400" w:hanging="400"/>
      </w:pPr>
      <w:r>
        <w:rPr>
          <w:b/>
        </w:rPr>
        <w:t xml:space="preserve">7.  </w:t>
      </w:r>
      <w:r>
        <w:rPr>
          <w:b w:val="0"/>
          <w:i w:val="0"/>
        </w:rPr>
        <w:t>Should people ask permission before they photograph strangers or post photos of friends online?</w:t>
      </w:r>
    </w:p>
    <w:p>
      <w:pPr>
        <w:keepNext w:val="0"/>
        <w:spacing w:before="0" w:after="40"/>
        <w:ind w:left="400" w:hanging="400"/>
      </w:pPr>
      <w:r>
        <w:rPr>
          <w:b/>
        </w:rPr>
        <w:t xml:space="preserve">8.  </w:t>
      </w:r>
      <w:r>
        <w:rPr>
          <w:b w:val="0"/>
          <w:i w:val="0"/>
        </w:rPr>
        <w:t>Have you ever been so busy taking photos that you did not really enjoy a moment?</w:t>
      </w:r>
    </w:p>
    <w:p>
      <w:pPr>
        <w:keepNext w:val="0"/>
        <w:spacing w:before="0" w:after="40"/>
        <w:ind w:left="400" w:hanging="400"/>
      </w:pPr>
      <w:r>
        <w:rPr>
          <w:b/>
        </w:rPr>
        <w:t xml:space="preserve">9.  </w:t>
      </w:r>
      <w:r>
        <w:rPr>
          <w:b w:val="0"/>
          <w:i w:val="0"/>
        </w:rPr>
        <w:t>Could a phone ever fully replace a dedicated camera for professional photographers? Why or why not?</w:t>
      </w:r>
    </w:p>
    <w:p>
      <w:pPr>
        <w:keepNext w:val="0"/>
        <w:spacing w:before="0" w:after="40"/>
        <w:ind w:left="400" w:hanging="400"/>
      </w:pPr>
      <w:r>
        <w:rPr>
          <w:b/>
        </w:rPr>
        <w:t xml:space="preserve">10.  </w:t>
      </w:r>
      <w:r>
        <w:rPr>
          <w:b w:val="0"/>
          <w:i w:val="0"/>
        </w:rPr>
        <w:t>Photos on social media are often carefully chosen and edited. How does this affect the way people see their own lives?</w:t>
      </w:r>
    </w:p>
    <w:p>
      <w:pPr>
        <w:keepNext w:val="0"/>
        <w:spacing w:before="0" w:after="40"/>
        <w:ind w:left="400" w:hanging="400"/>
      </w:pPr>
      <w:r>
        <w:rPr>
          <w:b/>
        </w:rPr>
        <w:t xml:space="preserve">11.  </w:t>
      </w:r>
      <w:r>
        <w:rPr>
          <w:b w:val="0"/>
          <w:i w:val="0"/>
        </w:rPr>
        <w:t>Phones now merge several frames and use software to improve every picture. At what point does an edited photo stop being a true record?</w:t>
      </w:r>
    </w:p>
    <w:p>
      <w:pPr>
        <w:keepNext w:val="0"/>
        <w:spacing w:before="0" w:after="40"/>
        <w:ind w:left="400" w:hanging="400"/>
      </w:pPr>
      <w:r>
        <w:rPr>
          <w:b/>
        </w:rPr>
        <w:t xml:space="preserve">12.  </w:t>
      </w:r>
      <w:r>
        <w:rPr>
          <w:b w:val="0"/>
          <w:i w:val="0"/>
        </w:rPr>
        <w:t>With trillions of photos taken every year, is each single photo less valuable than it was in the past?</w:t>
      </w:r>
    </w:p>
    <w:p>
      <w:pPr>
        <w:keepNext w:val="0"/>
        <w:spacing w:before="0" w:after="40"/>
        <w:ind w:left="400" w:hanging="400"/>
      </w:pPr>
      <w:r>
        <w:rPr>
          <w:b/>
        </w:rPr>
        <w:t xml:space="preserve">13.  </w:t>
      </w:r>
      <w:r>
        <w:rPr>
          <w:b w:val="0"/>
          <w:i w:val="0"/>
        </w:rPr>
        <w:t>Families once kept a few printed albums. How might people remember their lives differently in fifty years?</w:t>
      </w:r>
    </w:p>
    <w:p>
      <w:pPr>
        <w:keepNext w:val="0"/>
        <w:spacing w:before="0" w:after="40"/>
        <w:ind w:left="400" w:hanging="400"/>
      </w:pPr>
      <w:r>
        <w:rPr>
          <w:b/>
        </w:rPr>
        <w:t xml:space="preserve">14.  </w:t>
      </w:r>
      <w:r>
        <w:rPr>
          <w:b w:val="0"/>
          <w:i w:val="0"/>
        </w:rPr>
        <w:t>Should news organizations and photo competitions have special rules for heavily edited or AI-generated images?</w:t>
      </w:r>
    </w:p>
    <w:p>
      <w:pPr>
        <w:pStyle w:val="Heading1"/>
        <w:keepNext/>
        <w:pBdr>
          <w:top w:val="single" w:sz="12" w:space="6" w:color="1F5C99"/>
        </w:pBdr>
        <w:spacing w:before="220" w:after="60"/>
      </w:pPr>
      <w:r>
        <w:rPr>
          <w:b w:val="0"/>
          <w:i w:val="0"/>
        </w:rPr>
        <w:t>Online Practice</w:t>
      </w:r>
    </w:p>
    <w:tbl>
      <w:tblPr>
        <w:tblW w:type="auto" w:w="0"/>
        <w:tblLayout w:type="fixed"/>
        <w:tblLook w:firstColumn="1" w:firstRow="1" w:lastColumn="0" w:lastRow="0" w:noHBand="0" w:noVBand="1" w:val="04A0"/>
        <w:tblCellMar>
          <w:top w:w="20" w:type="dxa"/>
          <w:bottom w:w="20" w:type="dxa"/>
          <w:left w:w="100" w:type="dxa"/>
          <w:right w:w="100" w:type="dxa"/>
        </w:tblCellMar>
      </w:tblPr>
      <w:tblGrid>
        <w:gridCol w:w="1871"/>
        <w:gridCol w:w="7767"/>
      </w:tblGrid>
      <w:tr>
        <w:tc>
          <w:tcPr>
            <w:tcW w:type="dxa" w:w="1871"/>
            <w:tcBorders>
              <w:top w:val="nil"/>
              <w:left w:val="nil"/>
              <w:bottom w:val="nil"/>
              <w:right w:val="nil"/>
            </w:tcBorders>
          </w:tcPr>
          <w:p>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smartphone-photography_qr.png"/>
                          <pic:cNvPicPr/>
                        </pic:nvPicPr>
                        <pic:blipFill>
                          <a:blip r:embed="rId10"/>
                          <a:stretch>
                            <a:fillRect/>
                          </a:stretch>
                        </pic:blipFill>
                        <pic:spPr>
                          <a:xfrm>
                            <a:off x="0" y="0"/>
                            <a:ext cx="936000" cy="936000"/>
                          </a:xfrm>
                          <a:prstGeom prst="rect"/>
                        </pic:spPr>
                      </pic:pic>
                    </a:graphicData>
                  </a:graphic>
                </wp:inline>
              </w:drawing>
            </w:r>
          </w:p>
        </w:tc>
        <w:tc>
          <w:tcPr>
            <w:tcW w:type="dxa" w:w="7767"/>
            <w:tcBorders>
              <w:top w:val="nil"/>
              <w:left w:val="nil"/>
              <w:bottom w:val="nil"/>
              <w:right w:val="nil"/>
            </w:tcBorders>
          </w:tcPr>
          <w:p>
            <w:r>
              <w:rPr>
                <w:b w:val="0"/>
                <w:i w:val="0"/>
              </w:rPr>
              <w:t xml:space="preserve">Scan the code or visit </w:t>
            </w:r>
            <w:r>
              <w:rPr>
                <w:b/>
                <w:i w:val="0"/>
              </w:rPr>
              <w:t>englishbridges.com/lessons/smartphone-photography</w:t>
            </w:r>
            <w:r>
              <w:rPr>
                <w:b w:val="0"/>
                <w:i w:val="0"/>
              </w:rPr>
              <w:t xml:space="preserve"> for the full reading, vocabulary activities, the Speed Challenge, typing practice, and AI conversation prompts.</w:t>
            </w:r>
          </w:p>
        </w:tc>
      </w:tr>
    </w:tbl>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88888"/>
        <w:sz w:val="16"/>
      </w:rPr>
      <w:t xml:space="preserve">Better Smartphone Photos   |   EnglishBridges.com   |   </w:t>
    </w:r>
    <w:r>
      <w:rPr>
        <w:color w:val="888888"/>
        <w:sz w:val="16"/>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line="240" w:lineRule="auto"/>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i w:val="0"/>
      <w:color w:val="1F5C99"/>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i w:val="0"/>
      <w:color w:val="333333"/>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