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60"/>
      </w:pPr>
      <w:r>
        <w:rPr>
          <w:b/>
          <w:i w:val="0"/>
          <w:color w:val="1F5C99"/>
          <w:sz w:val="40"/>
        </w:rPr>
        <w:t>Pickleball and the Rise of New Sports</w:t>
      </w:r>
    </w:p>
    <w:p>
      <w:pPr>
        <w:keepNext w:val="0"/>
        <w:spacing w:before="0" w:after="120"/>
      </w:pPr>
      <w:r>
        <w:rPr>
          <w:b w:val="0"/>
          <w:i w:val="0"/>
          <w:color w:val="555555"/>
          <w:sz w:val="21"/>
        </w:rPr>
        <w:t>Why Some Catch On   |   Level B2   |   EnglishBridges.com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Before You Read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these questions with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What sports or games do people of different ages play together where you live?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Have you ever tried a sport that was completely new to you? What was it like at first?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Why might a new sport become popular in one country but not in another?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Reading: Pickleball and the Rise of New Sports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On many old tennis courts, you can now see four small courts, players of all ages, and a plastic ball with holes. This is pickleball, and in many countries it has become a </w:t>
      </w:r>
      <w:r>
        <w:rPr>
          <w:b/>
          <w:i w:val="0"/>
          <w:sz w:val="24"/>
        </w:rPr>
        <w:t>craze</w:t>
      </w:r>
      <w:r>
        <w:rPr>
          <w:b w:val="0"/>
          <w:i w:val="0"/>
          <w:sz w:val="24"/>
        </w:rPr>
        <w:t xml:space="preserve">. It began in 1965 on Bainbridge Island, near Seattle. Joel Pritchard and Bill Bell came home to bored families and had no proper badminton equipment. So they </w:t>
      </w:r>
      <w:r>
        <w:rPr>
          <w:b/>
          <w:i w:val="0"/>
          <w:sz w:val="24"/>
        </w:rPr>
        <w:t>improvised</w:t>
      </w:r>
      <w:r>
        <w:rPr>
          <w:b w:val="0"/>
          <w:i w:val="0"/>
          <w:sz w:val="24"/>
        </w:rPr>
        <w:t xml:space="preserve"> with table tennis paddles and a plastic ball. For decades, it was a quiet hobby.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The game is easy to start. The court is small, the paddle is light, and the ball is slow, so the sport is very </w:t>
      </w:r>
      <w:r>
        <w:rPr>
          <w:b/>
          <w:i w:val="0"/>
          <w:sz w:val="24"/>
        </w:rPr>
        <w:t>accessible</w:t>
      </w:r>
      <w:r>
        <w:rPr>
          <w:b w:val="0"/>
          <w:i w:val="0"/>
          <w:sz w:val="24"/>
        </w:rPr>
        <w:t xml:space="preserve">. Tennis has a long </w:t>
      </w:r>
      <w:r>
        <w:rPr>
          <w:b/>
          <w:i w:val="0"/>
          <w:sz w:val="24"/>
        </w:rPr>
        <w:t>learning curve</w:t>
      </w:r>
      <w:r>
        <w:rPr>
          <w:b w:val="0"/>
          <w:i w:val="0"/>
          <w:sz w:val="24"/>
        </w:rPr>
        <w:t xml:space="preserve">, but many pickleball beginners can keep a rally going in their first hour. Most games are doubles, so the sport is also </w:t>
      </w:r>
      <w:r>
        <w:rPr>
          <w:b/>
          <w:i w:val="0"/>
          <w:sz w:val="24"/>
        </w:rPr>
        <w:t>sociable</w:t>
      </w:r>
      <w:r>
        <w:rPr>
          <w:b w:val="0"/>
          <w:i w:val="0"/>
          <w:sz w:val="24"/>
        </w:rPr>
        <w:t>, and people chat between points.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Then came a </w:t>
      </w:r>
      <w:r>
        <w:rPr>
          <w:b/>
          <w:i w:val="0"/>
          <w:sz w:val="24"/>
        </w:rPr>
        <w:t>surge</w:t>
      </w:r>
      <w:r>
        <w:rPr>
          <w:b w:val="0"/>
          <w:i w:val="0"/>
          <w:sz w:val="24"/>
        </w:rPr>
        <w:t xml:space="preserve">. A US industry group estimates that 24.3 million Americans played in 2025, up from about 4.2 million in 2020. Many observers think the pandemic gave the game </w:t>
      </w:r>
      <w:r>
        <w:rPr>
          <w:b/>
          <w:i w:val="0"/>
          <w:sz w:val="24"/>
        </w:rPr>
        <w:t>momentum</w:t>
      </w:r>
      <w:r>
        <w:rPr>
          <w:b w:val="0"/>
          <w:i w:val="0"/>
          <w:sz w:val="24"/>
        </w:rPr>
        <w:t xml:space="preserve">. Cities have been painting new lines, and some clubs have </w:t>
      </w:r>
      <w:r>
        <w:rPr>
          <w:b/>
          <w:i w:val="0"/>
          <w:sz w:val="24"/>
        </w:rPr>
        <w:t>converted</w:t>
      </w:r>
      <w:r>
        <w:rPr>
          <w:b w:val="0"/>
          <w:i w:val="0"/>
          <w:sz w:val="24"/>
        </w:rPr>
        <w:t xml:space="preserve"> tennis courts into pickleball courts. The game has been spreading to countries such as Canada, Malaysia, Vietnam, and India.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There has also been a </w:t>
      </w:r>
      <w:r>
        <w:rPr>
          <w:b/>
          <w:i w:val="0"/>
          <w:sz w:val="24"/>
        </w:rPr>
        <w:t>backlash</w:t>
      </w:r>
      <w:r>
        <w:rPr>
          <w:b w:val="0"/>
          <w:i w:val="0"/>
          <w:sz w:val="24"/>
        </w:rPr>
        <w:t xml:space="preserve">. The pop of the ball can be a real </w:t>
      </w:r>
      <w:r>
        <w:rPr>
          <w:b/>
          <w:i w:val="0"/>
          <w:sz w:val="24"/>
        </w:rPr>
        <w:t>nuisance</w:t>
      </w:r>
      <w:r>
        <w:rPr>
          <w:b w:val="0"/>
          <w:i w:val="0"/>
          <w:sz w:val="24"/>
        </w:rPr>
        <w:t xml:space="preserve"> for neighbors, and some towns have limited playing hours. A common </w:t>
      </w:r>
      <w:r>
        <w:rPr>
          <w:b/>
          <w:i w:val="0"/>
          <w:sz w:val="24"/>
        </w:rPr>
        <w:t>compromise</w:t>
      </w:r>
      <w:r>
        <w:rPr>
          <w:b w:val="0"/>
          <w:i w:val="0"/>
          <w:sz w:val="24"/>
        </w:rPr>
        <w:t xml:space="preserve"> is quieter equipment and fixed hours. Injuries matter too. Older players are more </w:t>
      </w:r>
      <w:r>
        <w:rPr>
          <w:b/>
          <w:i w:val="0"/>
          <w:sz w:val="24"/>
        </w:rPr>
        <w:t>prone</w:t>
      </w:r>
      <w:r>
        <w:rPr>
          <w:b w:val="0"/>
          <w:i w:val="0"/>
          <w:sz w:val="24"/>
        </w:rPr>
        <w:t xml:space="preserve"> to falls, and US hospital data show a sharp rise in pickleball fractures. Simple </w:t>
      </w:r>
      <w:r>
        <w:rPr>
          <w:b/>
          <w:i w:val="0"/>
          <w:sz w:val="24"/>
        </w:rPr>
        <w:t>precautions</w:t>
      </w:r>
      <w:r>
        <w:rPr>
          <w:b w:val="0"/>
          <w:i w:val="0"/>
          <w:sz w:val="24"/>
        </w:rPr>
        <w:t>, such as warming up and wearing court shoes, can help.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Padel, invented in Mexico in 1969, has followed a similar path, especially in Spain and Argentina. Both sports began as a </w:t>
      </w:r>
      <w:r>
        <w:rPr>
          <w:b/>
          <w:i w:val="0"/>
          <w:sz w:val="24"/>
        </w:rPr>
        <w:t>niche</w:t>
      </w:r>
      <w:r>
        <w:rPr>
          <w:b w:val="0"/>
          <w:i w:val="0"/>
          <w:sz w:val="24"/>
        </w:rPr>
        <w:t xml:space="preserve"> pastime for a small group of fans. The hard part is to </w:t>
      </w:r>
      <w:r>
        <w:rPr>
          <w:b/>
          <w:i w:val="0"/>
          <w:sz w:val="24"/>
        </w:rPr>
        <w:t>sustain</w:t>
      </w:r>
      <w:r>
        <w:rPr>
          <w:b w:val="0"/>
          <w:i w:val="0"/>
          <w:sz w:val="24"/>
        </w:rPr>
        <w:t xml:space="preserve"> a boom. In Chile, about 80 padel clubs closed in 2024 when demand fell.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Vocabulary: Fill in the Blank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a word or phrase from the box. Use each one once.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</w:rPr>
              <w:t>accessible     backlash     sociable     sustain     learning curve     converted     nuisance     prone     momentum     precautions     craze     improvised     surge     compromise</w:t>
            </w:r>
          </w:p>
        </w:tc>
      </w:tr>
    </w:tbl>
    <w:p>
      <w:pPr>
        <w:spacing w:before="0" w:after="0" w:line="60" w:lineRule="exact"/>
      </w:pP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Fidget spinners were the latest ____________, and every child wanted one.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The speaker lost her notes, so she ____________ and spoke without them.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The new library is ____________ to wheelchair users through a ramp.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Learning a new language has a long ____________, so be patient.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My grandmother is very ____________ and loves having guests for dinner.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The heat wave caused a ____________ in demand for electricity.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The campaign gained ____________ after a famous singer joined it.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My uncle ____________ his old van into a small camper.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The plan to raise bus fares led to a ____________ from students.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The car alarm that goes off every night is a real ____________.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After a long meeting, the two sides reached a ____________.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Children who skip breakfast are more ____________ to feeling tired in class.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Before a storm, people take ____________ such as bringing chairs inside.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It can be hard to ____________ interest in a hobby for many years.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Word Partners: Collocations and Word Families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A. Collocations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Match the two halves to make common phrases. Write the letter on the line.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3005"/>
        <w:gridCol w:w="1191"/>
        <w:gridCol w:w="5443"/>
      </w:tblGrid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1.</w:t>
            </w:r>
            <w:r>
              <w:rPr>
                <w:b w:val="0"/>
                <w:i w:val="0"/>
              </w:rPr>
              <w:t xml:space="preserve"> the latest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a.</w:t>
            </w:r>
            <w:r>
              <w:rPr>
                <w:b w:val="0"/>
                <w:i w:val="0"/>
              </w:rPr>
              <w:t xml:space="preserve"> momentum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2.</w:t>
            </w:r>
            <w:r>
              <w:rPr>
                <w:b w:val="0"/>
                <w:i w:val="0"/>
              </w:rPr>
              <w:t xml:space="preserve"> a steep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b.</w:t>
            </w:r>
            <w:r>
              <w:rPr>
                <w:b w:val="0"/>
                <w:i w:val="0"/>
              </w:rPr>
              <w:t xml:space="preserve"> public backlash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3.</w:t>
            </w:r>
            <w:r>
              <w:rPr>
                <w:b w:val="0"/>
                <w:i w:val="0"/>
              </w:rPr>
              <w:t xml:space="preserve"> a sudden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c.</w:t>
            </w:r>
            <w:r>
              <w:rPr>
                <w:b w:val="0"/>
                <w:i w:val="0"/>
              </w:rPr>
              <w:t xml:space="preserve"> compromise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4.</w:t>
            </w:r>
            <w:r>
              <w:rPr>
                <w:b w:val="0"/>
                <w:i w:val="0"/>
              </w:rPr>
              <w:t xml:space="preserve"> gain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d.</w:t>
            </w:r>
            <w:r>
              <w:rPr>
                <w:b w:val="0"/>
                <w:i w:val="0"/>
              </w:rPr>
              <w:t xml:space="preserve"> surge in demand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5.</w:t>
            </w:r>
            <w:r>
              <w:rPr>
                <w:b w:val="0"/>
                <w:i w:val="0"/>
              </w:rPr>
              <w:t xml:space="preserve"> face a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e.</w:t>
            </w:r>
            <w:r>
              <w:rPr>
                <w:b w:val="0"/>
                <w:i w:val="0"/>
              </w:rPr>
              <w:t xml:space="preserve"> nuisance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6.</w:t>
            </w:r>
            <w:r>
              <w:rPr>
                <w:b w:val="0"/>
                <w:i w:val="0"/>
              </w:rPr>
              <w:t xml:space="preserve"> a public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f.</w:t>
            </w:r>
            <w:r>
              <w:rPr>
                <w:b w:val="0"/>
                <w:i w:val="0"/>
              </w:rPr>
              <w:t xml:space="preserve"> precautions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7.</w:t>
            </w:r>
            <w:r>
              <w:rPr>
                <w:b w:val="0"/>
                <w:i w:val="0"/>
              </w:rPr>
              <w:t xml:space="preserve"> reach a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g.</w:t>
            </w:r>
            <w:r>
              <w:rPr>
                <w:b w:val="0"/>
                <w:i w:val="0"/>
              </w:rPr>
              <w:t xml:space="preserve"> craze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8.</w:t>
            </w:r>
            <w:r>
              <w:rPr>
                <w:b w:val="0"/>
                <w:i w:val="0"/>
              </w:rPr>
              <w:t xml:space="preserve"> take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h.</w:t>
            </w:r>
            <w:r>
              <w:rPr>
                <w:b w:val="0"/>
                <w:i w:val="0"/>
              </w:rPr>
              <w:t xml:space="preserve"> learning curve</w:t>
            </w:r>
          </w:p>
        </w:tc>
      </w:tr>
    </w:tbl>
    <w:p>
      <w:pPr>
        <w:keepNext w:val="0"/>
        <w:spacing w:before="0" w:after="80"/>
      </w:pPr>
      <w:r>
        <w:rPr>
          <w:b w:val="0"/>
          <w:i/>
          <w:color w:val="444444"/>
        </w:rPr>
        <w:t>Now choose three of the phrases and write your own sentences.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Word families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the correct form of the word in brackets.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Pickleball is popular partly because of its ____________: almost anyone can play. (</w:t>
      </w:r>
      <w:r>
        <w:rPr>
          <w:b w:val="0"/>
          <w:i/>
        </w:rPr>
        <w:t>accessible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The club plans the ____________ of two old tennis courts next spring. (</w:t>
      </w:r>
      <w:r>
        <w:rPr>
          <w:b w:val="0"/>
          <w:i/>
        </w:rPr>
        <w:t>converted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The school closed early as a ____________ measure before the storm. (</w:t>
      </w:r>
      <w:r>
        <w:rPr>
          <w:b w:val="0"/>
          <w:i/>
        </w:rPr>
        <w:t>precautions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Playing on a hot day without water is not a ____________ habit. (</w:t>
      </w:r>
      <w:r>
        <w:rPr>
          <w:b w:val="0"/>
          <w:i/>
        </w:rPr>
        <w:t>sustain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He can make an excellent meal through pure ____________ with whatever is in the fridge. (</w:t>
      </w:r>
      <w:r>
        <w:rPr>
          <w:b w:val="0"/>
          <w:i/>
        </w:rPr>
        <w:t>improvised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After the game, the players like to stay and ____________ over coffee. (</w:t>
      </w:r>
      <w:r>
        <w:rPr>
          <w:b w:val="0"/>
          <w:i/>
        </w:rPr>
        <w:t>sociable</w:t>
      </w:r>
      <w:r>
        <w:rPr>
          <w:b w:val="0"/>
          <w:i w:val="0"/>
        </w:rPr>
        <w:t>)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Comprehension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Answer in full sentences.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Where and when was pickleball invented?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Why did the inventors of pickleball need to improvise?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What makes pickleball easier for beginners than tennis?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Why is pickleball described as sociable?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How did the number of pickleball players in the United States change between 2020 and 2025?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Why do some neighbors complain about pickleball courts?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What kinds of compromise can reduce conflict over noise?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What precautions can players take to avoid injury?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What does the story of padel in Chile suggest about new sports?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/>
          <w:i w:val="0"/>
        </w:rPr>
        <w:t>True, False,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“Pickleball was invented by a professional tennis coach.”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/>
          <w:i w:val="0"/>
        </w:rPr>
        <w:t>Yes, No,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“The writer thinks that pickleball is easier for beginners to start than tennis.”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/>
          <w:i w:val="0"/>
        </w:rPr>
        <w:t>Author's purpose:</w:t>
      </w:r>
      <w:r>
        <w:rPr>
          <w:b w:val="0"/>
          <w:i w:val="0"/>
        </w:rPr>
        <w:t xml:space="preserve"> Why does the writer mention padel clubs in Chile? Is it (a) to show that a sports boom can end, (b) to show that padel was invented in Chile, or (c) to compare the prices of tennis and padel?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True or False</w:t>
      </w:r>
    </w:p>
    <w:p>
      <w:pPr>
        <w:keepNext/>
        <w:spacing w:before="0" w:after="60"/>
      </w:pPr>
      <w:r>
        <w:rPr>
          <w:b w:val="0"/>
          <w:i/>
          <w:color w:val="444444"/>
        </w:rPr>
        <w:t>Circle T (true) or F (false). Be ready to correct the false sentences.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Pickleball was invented in 1965.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The inventors bought new equipment for the game.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The pickleball paddle is heavy and the ball is fast.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Most pickleball games are played in doubles.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About 4.2 million Americans played pickleball in 2025.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Some clubs have changed tennis courts into pickleball courts.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All neighbors of pickleball courts enjoy the sound of the game.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Older players are more likely to fall.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Padel was invented in Spain.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Some padel clubs in Chile closed in 2024.</w:t>
      </w:r>
      <w:r>
        <w:rPr>
          <w:b/>
        </w:rPr>
        <w:tab/>
        <w:t>T   /   F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Language Focus: Present Perfect Continuous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40"/>
            </w:pPr>
            <w:r>
              <w:rPr>
                <w:b/>
                <w:i w:val="0"/>
              </w:rPr>
              <w:t>Form: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 w:val="0"/>
                <w:i/>
              </w:rPr>
              <w:t>have / has</w:t>
            </w:r>
            <w:r>
              <w:rPr>
                <w:b w:val="0"/>
                <w:i w:val="0"/>
              </w:rPr>
              <w:t xml:space="preserve"> + </w:t>
            </w:r>
            <w:r>
              <w:rPr>
                <w:b w:val="0"/>
                <w:i/>
              </w:rPr>
              <w:t>been</w:t>
            </w:r>
            <w:r>
              <w:rPr>
                <w:b w:val="0"/>
                <w:i w:val="0"/>
              </w:rPr>
              <w:t xml:space="preserve"> + verb-</w:t>
            </w:r>
            <w:r>
              <w:rPr>
                <w:b w:val="0"/>
                <w:i/>
              </w:rPr>
              <w:t>ing</w:t>
            </w:r>
            <w:r>
              <w:rPr>
                <w:b w:val="0"/>
                <w:i w:val="0"/>
              </w:rPr>
              <w:t>.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Use it for an action or trend that </w:t>
            </w:r>
            <w:r>
              <w:rPr>
                <w:b/>
                <w:i w:val="0"/>
              </w:rPr>
              <w:t>started in the past and is still going on</w:t>
            </w:r>
            <w:r>
              <w:rPr>
                <w:b w:val="0"/>
                <w:i w:val="0"/>
              </w:rPr>
              <w:t xml:space="preserve">, often with </w:t>
            </w:r>
            <w:r>
              <w:rPr>
                <w:b w:val="0"/>
                <w:i/>
              </w:rPr>
              <w:t>for</w:t>
            </w:r>
            <w:r>
              <w:rPr>
                <w:b w:val="0"/>
                <w:i w:val="0"/>
              </w:rPr>
              <w:t xml:space="preserve">, </w:t>
            </w:r>
            <w:r>
              <w:rPr>
                <w:b w:val="0"/>
                <w:i/>
              </w:rPr>
              <w:t>since</w:t>
            </w:r>
            <w:r>
              <w:rPr>
                <w:b w:val="0"/>
                <w:i w:val="0"/>
              </w:rPr>
              <w:t xml:space="preserve">, </w:t>
            </w:r>
            <w:r>
              <w:rPr>
                <w:b w:val="0"/>
                <w:i/>
              </w:rPr>
              <w:t>recently</w:t>
            </w:r>
            <w:r>
              <w:rPr>
                <w:b w:val="0"/>
                <w:i w:val="0"/>
              </w:rPr>
              <w:t xml:space="preserve">, or </w:t>
            </w:r>
            <w:r>
              <w:rPr>
                <w:b w:val="0"/>
                <w:i/>
              </w:rPr>
              <w:t>lately</w:t>
            </w:r>
            <w:r>
              <w:rPr>
                <w:b w:val="0"/>
                <w:i w:val="0"/>
              </w:rPr>
              <w:t xml:space="preserve">.  </w:t>
            </w:r>
            <w:r>
              <w:rPr>
                <w:b w:val="0"/>
                <w:i/>
              </w:rPr>
              <w:t>I have been studying since nine o'clock.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From the reading: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"Cities </w:t>
            </w:r>
            <w:r>
              <w:rPr>
                <w:b/>
                <w:i w:val="0"/>
              </w:rPr>
              <w:t>have been painting</w:t>
            </w:r>
            <w:r>
              <w:rPr>
                <w:b w:val="0"/>
                <w:i w:val="0"/>
              </w:rPr>
              <w:t xml:space="preserve"> new lines."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"The game </w:t>
            </w:r>
            <w:r>
              <w:rPr>
                <w:b/>
                <w:i w:val="0"/>
              </w:rPr>
              <w:t>has been spreading</w:t>
            </w:r>
            <w:r>
              <w:rPr>
                <w:b w:val="0"/>
                <w:i w:val="0"/>
              </w:rPr>
              <w:t xml:space="preserve"> to countries such as Canada, Malaysia, Vietnam, and India."</w:t>
            </w:r>
          </w:p>
          <w:p>
            <w:pPr>
              <w:spacing w:before="0" w:after="0"/>
            </w:pPr>
            <w:r>
              <w:rPr>
                <w:b/>
                <w:i w:val="0"/>
              </w:rPr>
              <w:t>Tip:</w:t>
            </w:r>
            <w:r>
              <w:rPr>
                <w:b w:val="0"/>
                <w:i w:val="0"/>
              </w:rPr>
              <w:t xml:space="preserve"> Verbs for states (</w:t>
            </w:r>
            <w:r>
              <w:rPr>
                <w:b w:val="0"/>
                <w:i/>
              </w:rPr>
              <w:t>know, like, own, be</w:t>
            </w:r>
            <w:r>
              <w:rPr>
                <w:b w:val="0"/>
                <w:i w:val="0"/>
              </w:rPr>
              <w:t xml:space="preserve">) usually take the simple form: </w:t>
            </w:r>
            <w:r>
              <w:rPr>
                <w:b w:val="0"/>
                <w:i/>
              </w:rPr>
              <w:t>I have known her for years</w:t>
            </w:r>
            <w:r>
              <w:rPr>
                <w:b w:val="0"/>
                <w:i w:val="0"/>
              </w:rPr>
              <w:t xml:space="preserve">, not </w:t>
            </w:r>
            <w:r>
              <w:rPr>
                <w:b w:val="0"/>
                <w:i/>
              </w:rPr>
              <w:t>I have been knowing</w:t>
            </w:r>
            <w:r>
              <w:rPr>
                <w:b w:val="0"/>
                <w:i w:val="0"/>
              </w:rPr>
              <w:t>.</w:t>
            </w:r>
          </w:p>
        </w:tc>
      </w:tr>
    </w:tbl>
    <w:p>
      <w:pPr>
        <w:pStyle w:val="Heading2"/>
        <w:keepNext/>
        <w:spacing w:before="100" w:after="40"/>
      </w:pPr>
      <w:r>
        <w:rPr>
          <w:b w:val="0"/>
          <w:i w:val="0"/>
        </w:rPr>
        <w:t>Part A. Sentence starters</w:t>
      </w:r>
    </w:p>
    <w:p>
      <w:pPr>
        <w:keepNext/>
        <w:spacing w:before="0" w:after="60"/>
      </w:pPr>
      <w:r>
        <w:rPr>
          <w:b w:val="0"/>
          <w:i/>
          <w:color w:val="444444"/>
        </w:rPr>
        <w:t xml:space="preserve">Finish each sentence so that it is true for you. Use </w:t>
      </w:r>
      <w:r>
        <w:rPr>
          <w:b w:val="0"/>
          <w:i w:val="0"/>
          <w:color w:val="444444"/>
        </w:rPr>
        <w:t>have / has been</w:t>
      </w:r>
      <w:r>
        <w:rPr>
          <w:b w:val="0"/>
          <w:i/>
          <w:color w:val="444444"/>
        </w:rPr>
        <w:t xml:space="preserve"> + verb-</w:t>
      </w:r>
      <w:r>
        <w:rPr>
          <w:b w:val="0"/>
          <w:i w:val="0"/>
          <w:color w:val="444444"/>
        </w:rPr>
        <w:t>ing</w:t>
      </w:r>
      <w:r>
        <w:rPr>
          <w:b w:val="0"/>
          <w:i/>
          <w:color w:val="444444"/>
        </w:rPr>
        <w:t>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Lately, I have been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I have been studying English since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For the last few weeks, my friends and I have been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Recently, people in my city have been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I have been trying to</w:t>
      </w:r>
      <w:r>
        <w:t xml:space="preserve"> ____________________________________________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Answer each question in a full sentence. Try to answer using the present perfect continuous. Then ask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How long have you been learning English?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What have you been doing in your free time lately?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What new hobby or game have people around you been talking about?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How long have you been living in your current home?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What have you been watching or reading recently?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Discussion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with a partner or in a small group. Give reasons and examples.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What sport or physical activity do you enjoy most? Why?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Have you ever played pickleball, padel, or badminton? Would you like to try?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Do you prefer sports you play alone, with a partner, or in a big team? Why?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What is the best way to meet new people where you live: sports, classes, clubs, or something else?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Which games or hobbies became a craze among your friends? How long did they last?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Is it better for a sport to be easy to start or hard to master? Can it be both?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Should public parks give more space to new sports, or protect space for older ones like tennis?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If a noisy court were built next to your home, how would you feel? What compromise would be fair?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How much responsibility do players have for their own safety, and how much do clubs and cities have?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Why do you think some sports grow in one country but stay unknown in others?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How much do social media and famous players help a sport grow?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Should new sports like pickleball or padel be added to the Olympic Games? Why or why not?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What makes a hobby last for years instead of disappearing after a few months?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Imagine you could invent a new sport. What would make people want to keep playing it?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Online Practice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1871"/>
        <w:gridCol w:w="7767"/>
      </w:tblGrid>
      <w:tr>
        <w:tc>
          <w:tcPr>
            <w:tcW w:type="dxa" w:w="1871"/>
            <w:tcBorders>
              <w:top w:val="nil"/>
              <w:left w:val="nil"/>
              <w:bottom w:val="nil"/>
              <w:right w:val="nil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kleball-new-sports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7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 w:val="0"/>
                <w:i w:val="0"/>
              </w:rPr>
              <w:t xml:space="preserve">Scan the code or visit </w:t>
            </w:r>
            <w:r>
              <w:rPr>
                <w:b/>
                <w:i w:val="0"/>
              </w:rPr>
              <w:t>englishbridges.com/lessons/pickleball-new-sports</w:t>
            </w:r>
            <w:r>
              <w:rPr>
                <w:b w:val="0"/>
                <w:i w:val="0"/>
              </w:rPr>
              <w:t xml:space="preserve"> for the full reading, vocabulary activities, the Speed Challenge, typing practice, and AI conversation prompts.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 xml:space="preserve">Pickleball and the Rise of New Sports   |   EnglishBridges.com   |   </w:t>
    </w:r>
    <w:r>
      <w:rPr>
        <w:color w:val="88888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hAnsi="Calibri" w:eastAsia="Calibri" w:cs="Calibri"/>
      <w:b/>
      <w:bCs/>
      <w:i w:val="0"/>
      <w:color w:val="1F5C9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i w:val="0"/>
      <w:color w:val="3333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