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60"/>
      </w:pPr>
      <w:r>
        <w:rPr>
          <w:b/>
          <w:i w:val="0"/>
          <w:color w:val="1F5C99"/>
          <w:sz w:val="40"/>
        </w:rPr>
        <w:t>News Roundup (B1)</w:t>
      </w:r>
    </w:p>
    <w:p>
      <w:pPr>
        <w:keepNext w:val="0"/>
        <w:spacing w:before="0" w:after="120"/>
      </w:pPr>
      <w:r>
        <w:rPr>
          <w:b w:val="0"/>
          <w:i w:val="0"/>
          <w:color w:val="555555"/>
          <w:sz w:val="21"/>
        </w:rPr>
        <w:t>Five Stories for October 12, 2026   |   Level B1   |   EnglishBridges.com</w:t>
      </w:r>
    </w:p>
    <w:p>
      <w:pPr>
        <w:pStyle w:val="Heading1"/>
        <w:keepNext/>
        <w:pBdr>
          <w:top w:val="single" w:sz="12" w:space="6" w:color="1F5C99"/>
        </w:pBdr>
        <w:spacing w:before="220" w:after="60"/>
      </w:pPr>
      <w:r>
        <w:rPr>
          <w:b w:val="0"/>
          <w:i w:val="0"/>
        </w:rPr>
        <w:t>Before You Read</w:t>
      </w:r>
    </w:p>
    <w:p>
      <w:pPr>
        <w:keepNext/>
        <w:spacing w:before="0" w:after="60"/>
      </w:pPr>
      <w:r>
        <w:rPr>
          <w:b w:val="0"/>
          <w:i/>
          <w:color w:val="444444"/>
        </w:rPr>
        <w:t>Discuss these questions with a partner.</w:t>
      </w:r>
    </w:p>
    <w:p>
      <w:pPr>
        <w:keepNext w:val="0"/>
        <w:spacing w:before="0" w:after="40"/>
        <w:ind w:left="400" w:hanging="400"/>
      </w:pPr>
      <w:r>
        <w:rPr>
          <w:b/>
        </w:rPr>
        <w:t xml:space="preserve">1.  </w:t>
      </w:r>
      <w:r>
        <w:rPr>
          <w:b w:val="0"/>
          <w:i w:val="0"/>
        </w:rPr>
        <w:t>When did you last read or watch the news? What was the story?</w:t>
      </w:r>
    </w:p>
    <w:p>
      <w:pPr>
        <w:keepNext w:val="0"/>
        <w:spacing w:before="0" w:after="40"/>
        <w:ind w:left="400" w:hanging="400"/>
      </w:pPr>
      <w:r>
        <w:rPr>
          <w:b/>
        </w:rPr>
        <w:t xml:space="preserve">2.  </w:t>
      </w:r>
      <w:r>
        <w:rPr>
          <w:b w:val="0"/>
          <w:i w:val="0"/>
        </w:rPr>
        <w:t>Have you ever read a news story and later learned that part of it was wrong? What happened?</w:t>
      </w:r>
    </w:p>
    <w:p>
      <w:pPr>
        <w:keepNext w:val="0"/>
        <w:spacing w:before="0" w:after="40"/>
        <w:ind w:left="400" w:hanging="400"/>
      </w:pPr>
      <w:r>
        <w:rPr>
          <w:b/>
        </w:rPr>
        <w:t xml:space="preserve">3.  </w:t>
      </w:r>
      <w:r>
        <w:rPr>
          <w:b w:val="0"/>
          <w:i w:val="0"/>
        </w:rPr>
        <w:t>How might the way people follow the news differ by country, age, or job?</w:t>
      </w:r>
    </w:p>
    <w:p>
      <w:pPr>
        <w:pStyle w:val="Heading1"/>
        <w:keepNext/>
        <w:pBdr>
          <w:top w:val="single" w:sz="12" w:space="6" w:color="1F5C99"/>
        </w:pBdr>
        <w:spacing w:before="220" w:after="60"/>
      </w:pPr>
      <w:r>
        <w:rPr>
          <w:b w:val="0"/>
          <w:i w:val="0"/>
        </w:rPr>
        <w:t>Reading: News Roundup (B1)</w:t>
      </w:r>
    </w:p>
    <w:p>
      <w:pPr>
        <w:spacing w:before="0" w:after="80" w:line="360" w:lineRule="auto"/>
      </w:pPr>
      <w:r>
        <w:rPr>
          <w:b w:val="0"/>
          <w:i w:val="0"/>
          <w:sz w:val="24"/>
        </w:rPr>
        <w:t xml:space="preserve">This news roundup looks at five stories from the week of October 12, 2026. In fast-moving stories, the facts can change by the hour. On October 9, the Nobel Peace Prize went to Navi Pillay, an 85-year-old South African lawyer and judge. Before she became a judge, Pillay worked as a lawyer in South Africa. The Nobel Committee praised her </w:t>
      </w:r>
      <w:r>
        <w:rPr>
          <w:b/>
          <w:i w:val="0"/>
          <w:sz w:val="24"/>
        </w:rPr>
        <w:t>courage</w:t>
      </w:r>
      <w:r>
        <w:rPr>
          <w:b w:val="0"/>
          <w:i w:val="0"/>
          <w:sz w:val="24"/>
        </w:rPr>
        <w:t xml:space="preserve">. Pillay said she would dedicate the prize to the </w:t>
      </w:r>
      <w:r>
        <w:rPr>
          <w:b/>
          <w:i w:val="0"/>
          <w:sz w:val="24"/>
        </w:rPr>
        <w:t>survivors</w:t>
      </w:r>
      <w:r>
        <w:rPr>
          <w:b w:val="0"/>
          <w:i w:val="0"/>
          <w:sz w:val="24"/>
        </w:rPr>
        <w:t xml:space="preserve"> of international crimes.</w:t>
      </w:r>
    </w:p>
    <w:p>
      <w:pPr>
        <w:spacing w:before="0" w:after="80" w:line="360" w:lineRule="auto"/>
      </w:pPr>
      <w:r>
        <w:rPr>
          <w:b w:val="0"/>
          <w:i w:val="0"/>
          <w:sz w:val="24"/>
        </w:rPr>
        <w:t xml:space="preserve">In France, students have protested for several weeks because their schools are </w:t>
      </w:r>
      <w:r>
        <w:rPr>
          <w:b/>
          <w:i w:val="0"/>
          <w:sz w:val="24"/>
        </w:rPr>
        <w:t>overcrowded</w:t>
      </w:r>
      <w:r>
        <w:rPr>
          <w:b w:val="0"/>
          <w:i w:val="0"/>
          <w:sz w:val="24"/>
        </w:rPr>
        <w:t xml:space="preserve"> and have </w:t>
      </w:r>
      <w:r>
        <w:rPr>
          <w:b/>
          <w:i w:val="0"/>
          <w:sz w:val="24"/>
        </w:rPr>
        <w:t>shortages</w:t>
      </w:r>
      <w:r>
        <w:rPr>
          <w:b w:val="0"/>
          <w:i w:val="0"/>
          <w:sz w:val="24"/>
        </w:rPr>
        <w:t xml:space="preserve"> of teachers. After the government sent 3,000 </w:t>
      </w:r>
      <w:r>
        <w:rPr>
          <w:b/>
          <w:i w:val="0"/>
          <w:sz w:val="24"/>
        </w:rPr>
        <w:t>substitute</w:t>
      </w:r>
      <w:r>
        <w:rPr>
          <w:b w:val="0"/>
          <w:i w:val="0"/>
          <w:sz w:val="24"/>
        </w:rPr>
        <w:t xml:space="preserve"> teachers to the worst schools, the unions still called for new protests. In Saudi Arabia, a </w:t>
      </w:r>
      <w:r>
        <w:rPr>
          <w:b/>
          <w:i w:val="0"/>
          <w:sz w:val="24"/>
        </w:rPr>
        <w:t>missile</w:t>
      </w:r>
      <w:r>
        <w:rPr>
          <w:b w:val="0"/>
          <w:i w:val="0"/>
          <w:sz w:val="24"/>
        </w:rPr>
        <w:t xml:space="preserve"> hit the airport in Riyadh on October 10. Saudi officials said that at least 12 people died and more than 300 were </w:t>
      </w:r>
      <w:r>
        <w:rPr>
          <w:b/>
          <w:i w:val="0"/>
          <w:sz w:val="24"/>
        </w:rPr>
        <w:t>wounded</w:t>
      </w:r>
      <w:r>
        <w:rPr>
          <w:b w:val="0"/>
          <w:i w:val="0"/>
          <w:sz w:val="24"/>
        </w:rPr>
        <w:t xml:space="preserve">. When the missile hit the airport, operations stopped for a time. Some international airlines have </w:t>
      </w:r>
      <w:r>
        <w:rPr>
          <w:b/>
          <w:i w:val="0"/>
          <w:sz w:val="24"/>
        </w:rPr>
        <w:t>suspended</w:t>
      </w:r>
      <w:r>
        <w:rPr>
          <w:b w:val="0"/>
          <w:i w:val="0"/>
          <w:sz w:val="24"/>
        </w:rPr>
        <w:t xml:space="preserve"> flights to Saudi Arabia. The Houthis, an Iran-backed group in Yemen, said they carried out the attack.</w:t>
      </w:r>
    </w:p>
    <w:p>
      <w:pPr>
        <w:spacing w:before="0" w:after="80" w:line="360" w:lineRule="auto"/>
      </w:pPr>
      <w:r>
        <w:rPr>
          <w:b w:val="0"/>
          <w:i w:val="0"/>
          <w:sz w:val="24"/>
        </w:rPr>
        <w:t xml:space="preserve">In Russia, a 28-year-old technician at a laboratory in Siberia died of pneumonia of unknown origin. About 200 people were reportedly put under </w:t>
      </w:r>
      <w:r>
        <w:rPr>
          <w:b/>
          <w:i w:val="0"/>
          <w:sz w:val="24"/>
        </w:rPr>
        <w:t>quarantine</w:t>
      </w:r>
      <w:r>
        <w:rPr>
          <w:b w:val="0"/>
          <w:i w:val="0"/>
          <w:sz w:val="24"/>
        </w:rPr>
        <w:t xml:space="preserve">. Nobody has </w:t>
      </w:r>
      <w:r>
        <w:rPr>
          <w:b/>
          <w:i w:val="0"/>
          <w:sz w:val="24"/>
        </w:rPr>
        <w:t>confirmed</w:t>
      </w:r>
      <w:r>
        <w:rPr>
          <w:b w:val="0"/>
          <w:i w:val="0"/>
          <w:sz w:val="24"/>
        </w:rPr>
        <w:t xml:space="preserve"> an accident at the laboratory, although </w:t>
      </w:r>
      <w:r>
        <w:rPr>
          <w:b/>
          <w:i w:val="0"/>
          <w:sz w:val="24"/>
        </w:rPr>
        <w:t>rumors</w:t>
      </w:r>
      <w:r>
        <w:rPr>
          <w:b w:val="0"/>
          <w:i w:val="0"/>
          <w:sz w:val="24"/>
        </w:rPr>
        <w:t xml:space="preserve"> spread. The World Health Organization said the risk to the public is low, but it asked for more information.</w:t>
      </w:r>
    </w:p>
    <w:p>
      <w:pPr>
        <w:spacing w:before="0" w:after="80" w:line="360" w:lineRule="auto"/>
      </w:pPr>
      <w:r>
        <w:rPr>
          <w:b w:val="0"/>
          <w:i w:val="0"/>
          <w:sz w:val="24"/>
        </w:rPr>
        <w:t xml:space="preserve">In the Netherlands, a new </w:t>
      </w:r>
      <w:r>
        <w:rPr>
          <w:b/>
          <w:i w:val="0"/>
          <w:sz w:val="24"/>
        </w:rPr>
        <w:t>ban</w:t>
      </w:r>
      <w:r>
        <w:rPr>
          <w:b w:val="0"/>
          <w:i w:val="0"/>
          <w:sz w:val="24"/>
        </w:rPr>
        <w:t xml:space="preserve"> on fireworks for ordinary people will apply for the first time at New Year. Supporters say that fireworks injure people and frighten animals. The government invited people to </w:t>
      </w:r>
      <w:r>
        <w:rPr>
          <w:b/>
          <w:i w:val="0"/>
          <w:sz w:val="24"/>
        </w:rPr>
        <w:t>hand in</w:t>
      </w:r>
      <w:r>
        <w:rPr>
          <w:b w:val="0"/>
          <w:i w:val="0"/>
          <w:sz w:val="24"/>
        </w:rPr>
        <w:t xml:space="preserve"> fireworks with no fine, and more than 4,000 kilograms had come in by late September.</w:t>
      </w:r>
    </w:p>
    <w:p>
      <w:pPr>
        <w:spacing w:before="0" w:after="80" w:line="360" w:lineRule="auto"/>
      </w:pPr>
      <w:r>
        <w:rPr>
          <w:b w:val="0"/>
          <w:i w:val="0"/>
          <w:sz w:val="24"/>
        </w:rPr>
        <w:t xml:space="preserve">The lesson is simple: be careful with early facts. In Riyadh, the first count was 12 dead, and later reports said 13 after an injured person died. Readers should </w:t>
      </w:r>
      <w:r>
        <w:rPr>
          <w:b/>
          <w:i w:val="0"/>
          <w:sz w:val="24"/>
        </w:rPr>
        <w:t>double-check</w:t>
      </w:r>
      <w:r>
        <w:rPr>
          <w:b w:val="0"/>
          <w:i w:val="0"/>
          <w:sz w:val="24"/>
        </w:rPr>
        <w:t xml:space="preserve"> important facts in a </w:t>
      </w:r>
      <w:r>
        <w:rPr>
          <w:b/>
          <w:i w:val="0"/>
          <w:sz w:val="24"/>
        </w:rPr>
        <w:t>reliable</w:t>
      </w:r>
      <w:r>
        <w:rPr>
          <w:b w:val="0"/>
          <w:i w:val="0"/>
          <w:sz w:val="24"/>
        </w:rPr>
        <w:t xml:space="preserve"> second source before they share a story.</w:t>
      </w:r>
    </w:p>
    <w:p>
      <w:pPr>
        <w:pStyle w:val="Heading1"/>
        <w:keepNext/>
        <w:pBdr>
          <w:top w:val="single" w:sz="12" w:space="6" w:color="1F5C99"/>
        </w:pBdr>
        <w:spacing w:before="220" w:after="60"/>
      </w:pPr>
      <w:r>
        <w:rPr>
          <w:b w:val="0"/>
          <w:i w:val="0"/>
        </w:rPr>
        <w:t>Vocabulary: Fill in the Blank</w:t>
      </w:r>
    </w:p>
    <w:p>
      <w:pPr>
        <w:keepNext/>
        <w:spacing w:before="0" w:after="60"/>
      </w:pPr>
      <w:r>
        <w:rPr>
          <w:b w:val="0"/>
          <w:i/>
          <w:color w:val="444444"/>
        </w:rPr>
        <w:t>Complete each sentence with a word or phrase from the box. Use each one once.</w:t>
      </w:r>
    </w:p>
    <w:tbl>
      <w:tblPr>
        <w:tblW w:type="auto" w:w="0"/>
        <w:tblLayout w:type="fixed"/>
        <w:tblLook w:firstColumn="1" w:firstRow="1" w:lastColumn="0" w:lastRow="0" w:noHBand="0" w:noVBand="1" w:val="04A0"/>
        <w:tblCellMar>
          <w:top w:w="80" w:type="dxa"/>
          <w:bottom w:w="80" w:type="dxa"/>
          <w:left w:w="160" w:type="dxa"/>
          <w:right w:w="160" w:type="dxa"/>
        </w:tblCellMar>
      </w:tblPr>
      <w:tblGrid>
        <w:gridCol w:w="9638"/>
      </w:tblGrid>
      <w:tr>
        <w:trPr>
          <w:cantSplit/>
        </w:trPr>
        <w:tc>
          <w:tcPr>
            <w:tcW w:type="dxa" w:w="9638"/>
            <w:tcBorders>
              <w:top w:val="single" w:sz="4" w:color="BBBBBB"/>
              <w:left w:val="single" w:sz="4" w:color="BBBBBB"/>
              <w:bottom w:val="single" w:sz="4" w:color="BBBBBB"/>
              <w:right w:val="single" w:sz="4" w:color="BBBBBB"/>
            </w:tcBorders>
            <w:shd w:val="clear" w:color="auto" w:fill="EEF4FA"/>
          </w:tcPr>
          <w:p>
            <w:pPr>
              <w:spacing w:before="0" w:after="0"/>
              <w:jc w:val="center"/>
            </w:pPr>
            <w:r>
              <w:rPr>
                <w:b/>
                <w:i w:val="0"/>
              </w:rPr>
              <w:t>rumors     reliable     substitute     survivors     ban     suspended     wounded     overcrowded     confirmed     double-check     missile     shortages     quarantine     courage</w:t>
            </w:r>
          </w:p>
        </w:tc>
      </w:tr>
    </w:tbl>
    <w:p>
      <w:pPr>
        <w:spacing w:before="0" w:after="0" w:line="60" w:lineRule="exact"/>
      </w:pPr>
    </w:p>
    <w:p>
      <w:pPr>
        <w:keepNext w:val="0"/>
        <w:spacing w:before="0" w:after="40"/>
        <w:ind w:left="400" w:hanging="400"/>
      </w:pPr>
      <w:r>
        <w:rPr>
          <w:b/>
        </w:rPr>
        <w:t xml:space="preserve">1.  </w:t>
      </w:r>
      <w:r>
        <w:rPr>
          <w:b w:val="0"/>
          <w:i w:val="0"/>
        </w:rPr>
        <w:t>It took great ____________ to speak up when everyone else stayed silent.</w:t>
      </w:r>
    </w:p>
    <w:p>
      <w:pPr>
        <w:keepNext w:val="0"/>
        <w:spacing w:before="0" w:after="40"/>
        <w:ind w:left="400" w:hanging="400"/>
      </w:pPr>
      <w:r>
        <w:rPr>
          <w:b/>
        </w:rPr>
        <w:t xml:space="preserve">2.  </w:t>
      </w:r>
      <w:r>
        <w:rPr>
          <w:b w:val="0"/>
          <w:i w:val="0"/>
        </w:rPr>
        <w:t>Rescue workers found three ____________ in the broken building.</w:t>
      </w:r>
    </w:p>
    <w:p>
      <w:pPr>
        <w:keepNext w:val="0"/>
        <w:spacing w:before="0" w:after="40"/>
        <w:ind w:left="400" w:hanging="400"/>
      </w:pPr>
      <w:r>
        <w:rPr>
          <w:b/>
        </w:rPr>
        <w:t xml:space="preserve">3.  </w:t>
      </w:r>
      <w:r>
        <w:rPr>
          <w:b w:val="0"/>
          <w:i w:val="0"/>
        </w:rPr>
        <w:t>The bus was so ____________ that nobody could find a seat.</w:t>
      </w:r>
    </w:p>
    <w:p>
      <w:pPr>
        <w:keepNext w:val="0"/>
        <w:spacing w:before="0" w:after="40"/>
        <w:ind w:left="400" w:hanging="400"/>
      </w:pPr>
      <w:r>
        <w:rPr>
          <w:b/>
        </w:rPr>
        <w:t xml:space="preserve">4.  </w:t>
      </w:r>
      <w:r>
        <w:rPr>
          <w:b w:val="0"/>
          <w:i w:val="0"/>
        </w:rPr>
        <w:t>There were food ____________ in the town after the storm.</w:t>
      </w:r>
    </w:p>
    <w:p>
      <w:pPr>
        <w:keepNext w:val="0"/>
        <w:spacing w:before="0" w:after="40"/>
        <w:ind w:left="400" w:hanging="400"/>
      </w:pPr>
      <w:r>
        <w:rPr>
          <w:b/>
        </w:rPr>
        <w:t xml:space="preserve">5.  </w:t>
      </w:r>
      <w:r>
        <w:rPr>
          <w:b w:val="0"/>
          <w:i w:val="0"/>
        </w:rPr>
        <w:t>Our teacher was ill, so a ____________ teacher took the class today.</w:t>
      </w:r>
    </w:p>
    <w:p>
      <w:pPr>
        <w:keepNext w:val="0"/>
        <w:spacing w:before="0" w:after="40"/>
        <w:ind w:left="400" w:hanging="400"/>
      </w:pPr>
      <w:r>
        <w:rPr>
          <w:b/>
        </w:rPr>
        <w:t xml:space="preserve">6.  </w:t>
      </w:r>
      <w:r>
        <w:rPr>
          <w:b w:val="0"/>
          <w:i w:val="0"/>
        </w:rPr>
        <w:t>The army tested a new ____________ in the desert last year.</w:t>
      </w:r>
    </w:p>
    <w:p>
      <w:pPr>
        <w:keepNext w:val="0"/>
        <w:spacing w:before="0" w:after="40"/>
        <w:ind w:left="400" w:hanging="400"/>
      </w:pPr>
      <w:r>
        <w:rPr>
          <w:b/>
        </w:rPr>
        <w:t xml:space="preserve">7.  </w:t>
      </w:r>
      <w:r>
        <w:rPr>
          <w:b w:val="0"/>
          <w:i w:val="0"/>
        </w:rPr>
        <w:t>The doctors worked all night to help the ____________ soldiers.</w:t>
      </w:r>
    </w:p>
    <w:p>
      <w:pPr>
        <w:keepNext w:val="0"/>
        <w:spacing w:before="0" w:after="40"/>
        <w:ind w:left="400" w:hanging="400"/>
      </w:pPr>
      <w:r>
        <w:rPr>
          <w:b/>
        </w:rPr>
        <w:t xml:space="preserve">8.  </w:t>
      </w:r>
      <w:r>
        <w:rPr>
          <w:b w:val="0"/>
          <w:i w:val="0"/>
        </w:rPr>
        <w:t>The airline ____________ all flights because of the storm.</w:t>
      </w:r>
    </w:p>
    <w:p>
      <w:pPr>
        <w:keepNext w:val="0"/>
        <w:spacing w:before="0" w:after="40"/>
        <w:ind w:left="400" w:hanging="400"/>
      </w:pPr>
      <w:r>
        <w:rPr>
          <w:b/>
        </w:rPr>
        <w:t xml:space="preserve">9.  </w:t>
      </w:r>
      <w:r>
        <w:rPr>
          <w:b w:val="0"/>
          <w:i w:val="0"/>
        </w:rPr>
        <w:t>The visitors stayed in ____________ for two weeks to protect other people.</w:t>
      </w:r>
    </w:p>
    <w:p>
      <w:pPr>
        <w:keepNext w:val="0"/>
        <w:spacing w:before="0" w:after="40"/>
        <w:ind w:left="400" w:hanging="400"/>
      </w:pPr>
      <w:r>
        <w:rPr>
          <w:b/>
        </w:rPr>
        <w:t xml:space="preserve">10.  </w:t>
      </w:r>
      <w:r>
        <w:rPr>
          <w:b w:val="0"/>
          <w:i w:val="0"/>
        </w:rPr>
        <w:t>The hotel ____________ our booking by email this morning.</w:t>
      </w:r>
    </w:p>
    <w:p>
      <w:pPr>
        <w:keepNext w:val="0"/>
        <w:spacing w:before="0" w:after="40"/>
        <w:ind w:left="400" w:hanging="400"/>
      </w:pPr>
      <w:r>
        <w:rPr>
          <w:b/>
        </w:rPr>
        <w:t xml:space="preserve">11.  </w:t>
      </w:r>
      <w:r>
        <w:rPr>
          <w:b w:val="0"/>
          <w:i w:val="0"/>
        </w:rPr>
        <w:t>There are ____________ that the old cinema will close next year.</w:t>
      </w:r>
    </w:p>
    <w:p>
      <w:pPr>
        <w:keepNext w:val="0"/>
        <w:spacing w:before="0" w:after="40"/>
        <w:ind w:left="400" w:hanging="400"/>
      </w:pPr>
      <w:r>
        <w:rPr>
          <w:b/>
        </w:rPr>
        <w:t xml:space="preserve">12.  </w:t>
      </w:r>
      <w:r>
        <w:rPr>
          <w:b w:val="0"/>
          <w:i w:val="0"/>
        </w:rPr>
        <w:t>The city introduced a ____________ on cars in the old town.</w:t>
      </w:r>
    </w:p>
    <w:p>
      <w:pPr>
        <w:keepNext w:val="0"/>
        <w:spacing w:before="0" w:after="40"/>
        <w:ind w:left="400" w:hanging="400"/>
      </w:pPr>
      <w:r>
        <w:rPr>
          <w:b/>
        </w:rPr>
        <w:t xml:space="preserve">13.  </w:t>
      </w:r>
      <w:r>
        <w:rPr>
          <w:b w:val="0"/>
          <w:i w:val="0"/>
        </w:rPr>
        <w:t>I do not trust that website. It is not a ____________ source.</w:t>
      </w:r>
    </w:p>
    <w:p>
      <w:pPr>
        <w:keepNext w:val="0"/>
        <w:spacing w:before="0" w:after="40"/>
        <w:ind w:left="400" w:hanging="400"/>
      </w:pPr>
      <w:r>
        <w:rPr>
          <w:b/>
        </w:rPr>
        <w:t xml:space="preserve">14.  </w:t>
      </w:r>
      <w:r>
        <w:rPr>
          <w:b w:val="0"/>
          <w:i w:val="0"/>
        </w:rPr>
        <w:t>Please ____________ the train time before you leave home.</w:t>
      </w:r>
    </w:p>
    <w:p>
      <w:pPr>
        <w:pStyle w:val="Heading1"/>
        <w:keepNext/>
        <w:pBdr>
          <w:top w:val="single" w:sz="12" w:space="6" w:color="1F5C99"/>
        </w:pBdr>
        <w:spacing w:before="220" w:after="60"/>
      </w:pPr>
      <w:r>
        <w:rPr>
          <w:b w:val="0"/>
          <w:i w:val="0"/>
        </w:rPr>
        <w:t>Word Partners: Collocations and Word Families</w:t>
      </w:r>
    </w:p>
    <w:p>
      <w:pPr>
        <w:pStyle w:val="Heading2"/>
        <w:keepNext/>
        <w:spacing w:before="100" w:after="40"/>
      </w:pPr>
      <w:r>
        <w:rPr>
          <w:b w:val="0"/>
          <w:i w:val="0"/>
        </w:rPr>
        <w:t>Part A. Collocations</w:t>
      </w:r>
    </w:p>
    <w:p>
      <w:pPr>
        <w:keepNext/>
        <w:spacing w:before="0" w:after="60"/>
      </w:pPr>
      <w:r>
        <w:rPr>
          <w:b w:val="0"/>
          <w:i/>
          <w:color w:val="444444"/>
        </w:rPr>
        <w:t>Match the two halves to make common phrases. Write the letter on the line.</w:t>
      </w:r>
    </w:p>
    <w:tbl>
      <w:tblPr>
        <w:tblW w:type="auto" w:w="0"/>
        <w:jc w:val="left"/>
        <w:tblLayout w:type="fixed"/>
        <w:tblLook w:firstColumn="1" w:firstRow="1" w:lastColumn="0" w:lastRow="0" w:noHBand="0" w:noVBand="1" w:val="04A0"/>
        <w:tblCellMar>
          <w:top w:w="20" w:type="dxa"/>
          <w:bottom w:w="20" w:type="dxa"/>
          <w:left w:w="100" w:type="dxa"/>
          <w:right w:w="100" w:type="dxa"/>
        </w:tblCellMar>
      </w:tblPr>
      <w:tblGrid>
        <w:gridCol w:w="3005"/>
        <w:gridCol w:w="1191"/>
        <w:gridCol w:w="5443"/>
      </w:tblGrid>
      <w:tr>
        <w:trPr>
          <w:cantSplit/>
        </w:trPr>
        <w:tc>
          <w:tcPr>
            <w:tcW w:type="dxa" w:w="3005"/>
            <w:tcBorders>
              <w:top w:val="nil"/>
              <w:left w:val="nil"/>
              <w:bottom w:val="nil"/>
              <w:right w:val="nil"/>
            </w:tcBorders>
          </w:tcPr>
          <w:p>
            <w:pPr>
              <w:keepNext/>
              <w:spacing w:before="0" w:after="20"/>
            </w:pPr>
            <w:r>
              <w:rPr>
                <w:b/>
                <w:i w:val="0"/>
              </w:rPr>
              <w:t>1.</w:t>
            </w:r>
            <w:r>
              <w:rPr>
                <w:b w:val="0"/>
                <w:i w:val="0"/>
              </w:rPr>
              <w:t xml:space="preserve"> show great</w:t>
            </w:r>
          </w:p>
        </w:tc>
        <w:tc>
          <w:tcPr>
            <w:tcW w:type="dxa" w:w="1191"/>
            <w:tcBorders>
              <w:top w:val="nil"/>
              <w:left w:val="nil"/>
              <w:bottom w:val="nil"/>
              <w:right w:val="nil"/>
            </w:tcBorders>
          </w:tcPr>
          <w:p>
            <w:pPr>
              <w:keepNext/>
              <w:spacing w:before="0" w:after="20"/>
            </w:pPr>
            <w:r>
              <w:rPr>
                <w:b w:val="0"/>
                <w:i w:val="0"/>
              </w:rPr>
              <w:t>______</w:t>
            </w:r>
          </w:p>
        </w:tc>
        <w:tc>
          <w:tcPr>
            <w:tcW w:type="dxa" w:w="5443"/>
            <w:tcBorders>
              <w:top w:val="nil"/>
              <w:left w:val="nil"/>
              <w:bottom w:val="nil"/>
              <w:right w:val="nil"/>
            </w:tcBorders>
          </w:tcPr>
          <w:p>
            <w:pPr>
              <w:keepNext/>
              <w:spacing w:before="0" w:after="20"/>
            </w:pPr>
            <w:r>
              <w:rPr>
                <w:b/>
                <w:i w:val="0"/>
              </w:rPr>
              <w:t>a.</w:t>
            </w:r>
            <w:r>
              <w:rPr>
                <w:b w:val="0"/>
                <w:i w:val="0"/>
              </w:rPr>
              <w:t xml:space="preserve"> quarantine</w:t>
            </w:r>
          </w:p>
        </w:tc>
      </w:tr>
      <w:tr>
        <w:trPr>
          <w:cantSplit/>
        </w:trPr>
        <w:tc>
          <w:tcPr>
            <w:tcW w:type="dxa" w:w="3005"/>
            <w:tcBorders>
              <w:top w:val="nil"/>
              <w:left w:val="nil"/>
              <w:bottom w:val="nil"/>
              <w:right w:val="nil"/>
            </w:tcBorders>
          </w:tcPr>
          <w:p>
            <w:pPr>
              <w:keepNext/>
              <w:spacing w:before="0" w:after="20"/>
            </w:pPr>
            <w:r>
              <w:rPr>
                <w:b/>
                <w:i w:val="0"/>
              </w:rPr>
              <w:t>2.</w:t>
            </w:r>
            <w:r>
              <w:rPr>
                <w:b w:val="0"/>
                <w:i w:val="0"/>
              </w:rPr>
              <w:t xml:space="preserve"> an overcrowded</w:t>
            </w:r>
          </w:p>
        </w:tc>
        <w:tc>
          <w:tcPr>
            <w:tcW w:type="dxa" w:w="1191"/>
            <w:tcBorders>
              <w:top w:val="nil"/>
              <w:left w:val="nil"/>
              <w:bottom w:val="nil"/>
              <w:right w:val="nil"/>
            </w:tcBorders>
          </w:tcPr>
          <w:p>
            <w:pPr>
              <w:keepNext/>
              <w:spacing w:before="0" w:after="20"/>
            </w:pPr>
            <w:r>
              <w:rPr>
                <w:b w:val="0"/>
                <w:i w:val="0"/>
              </w:rPr>
              <w:t>______</w:t>
            </w:r>
          </w:p>
        </w:tc>
        <w:tc>
          <w:tcPr>
            <w:tcW w:type="dxa" w:w="5443"/>
            <w:tcBorders>
              <w:top w:val="nil"/>
              <w:left w:val="nil"/>
              <w:bottom w:val="nil"/>
              <w:right w:val="nil"/>
            </w:tcBorders>
          </w:tcPr>
          <w:p>
            <w:pPr>
              <w:keepNext/>
              <w:spacing w:before="0" w:after="20"/>
            </w:pPr>
            <w:r>
              <w:rPr>
                <w:b/>
                <w:i w:val="0"/>
              </w:rPr>
              <w:t>b.</w:t>
            </w:r>
            <w:r>
              <w:rPr>
                <w:b w:val="0"/>
                <w:i w:val="0"/>
              </w:rPr>
              <w:t xml:space="preserve"> all flights</w:t>
            </w:r>
          </w:p>
        </w:tc>
      </w:tr>
      <w:tr>
        <w:trPr>
          <w:cantSplit/>
        </w:trPr>
        <w:tc>
          <w:tcPr>
            <w:tcW w:type="dxa" w:w="3005"/>
            <w:tcBorders>
              <w:top w:val="nil"/>
              <w:left w:val="nil"/>
              <w:bottom w:val="nil"/>
              <w:right w:val="nil"/>
            </w:tcBorders>
          </w:tcPr>
          <w:p>
            <w:pPr>
              <w:keepNext/>
              <w:spacing w:before="0" w:after="20"/>
            </w:pPr>
            <w:r>
              <w:rPr>
                <w:b/>
                <w:i w:val="0"/>
              </w:rPr>
              <w:t>3.</w:t>
            </w:r>
            <w:r>
              <w:rPr>
                <w:b w:val="0"/>
                <w:i w:val="0"/>
              </w:rPr>
              <w:t xml:space="preserve"> a reliable</w:t>
            </w:r>
          </w:p>
        </w:tc>
        <w:tc>
          <w:tcPr>
            <w:tcW w:type="dxa" w:w="1191"/>
            <w:tcBorders>
              <w:top w:val="nil"/>
              <w:left w:val="nil"/>
              <w:bottom w:val="nil"/>
              <w:right w:val="nil"/>
            </w:tcBorders>
          </w:tcPr>
          <w:p>
            <w:pPr>
              <w:keepNext/>
              <w:spacing w:before="0" w:after="20"/>
            </w:pPr>
            <w:r>
              <w:rPr>
                <w:b w:val="0"/>
                <w:i w:val="0"/>
              </w:rPr>
              <w:t>______</w:t>
            </w:r>
          </w:p>
        </w:tc>
        <w:tc>
          <w:tcPr>
            <w:tcW w:type="dxa" w:w="5443"/>
            <w:tcBorders>
              <w:top w:val="nil"/>
              <w:left w:val="nil"/>
              <w:bottom w:val="nil"/>
              <w:right w:val="nil"/>
            </w:tcBorders>
          </w:tcPr>
          <w:p>
            <w:pPr>
              <w:keepNext/>
              <w:spacing w:before="0" w:after="20"/>
            </w:pPr>
            <w:r>
              <w:rPr>
                <w:b/>
                <w:i w:val="0"/>
              </w:rPr>
              <w:t>c.</w:t>
            </w:r>
            <w:r>
              <w:rPr>
                <w:b w:val="0"/>
                <w:i w:val="0"/>
              </w:rPr>
              <w:t xml:space="preserve"> a rumor</w:t>
            </w:r>
          </w:p>
        </w:tc>
      </w:tr>
      <w:tr>
        <w:trPr>
          <w:cantSplit/>
        </w:trPr>
        <w:tc>
          <w:tcPr>
            <w:tcW w:type="dxa" w:w="3005"/>
            <w:tcBorders>
              <w:top w:val="nil"/>
              <w:left w:val="nil"/>
              <w:bottom w:val="nil"/>
              <w:right w:val="nil"/>
            </w:tcBorders>
          </w:tcPr>
          <w:p>
            <w:pPr>
              <w:keepNext/>
              <w:spacing w:before="0" w:after="20"/>
            </w:pPr>
            <w:r>
              <w:rPr>
                <w:b/>
                <w:i w:val="0"/>
              </w:rPr>
              <w:t>4.</w:t>
            </w:r>
            <w:r>
              <w:rPr>
                <w:b w:val="0"/>
                <w:i w:val="0"/>
              </w:rPr>
              <w:t xml:space="preserve"> hand in</w:t>
            </w:r>
          </w:p>
        </w:tc>
        <w:tc>
          <w:tcPr>
            <w:tcW w:type="dxa" w:w="1191"/>
            <w:tcBorders>
              <w:top w:val="nil"/>
              <w:left w:val="nil"/>
              <w:bottom w:val="nil"/>
              <w:right w:val="nil"/>
            </w:tcBorders>
          </w:tcPr>
          <w:p>
            <w:pPr>
              <w:keepNext/>
              <w:spacing w:before="0" w:after="20"/>
            </w:pPr>
            <w:r>
              <w:rPr>
                <w:b w:val="0"/>
                <w:i w:val="0"/>
              </w:rPr>
              <w:t>______</w:t>
            </w:r>
          </w:p>
        </w:tc>
        <w:tc>
          <w:tcPr>
            <w:tcW w:type="dxa" w:w="5443"/>
            <w:tcBorders>
              <w:top w:val="nil"/>
              <w:left w:val="nil"/>
              <w:bottom w:val="nil"/>
              <w:right w:val="nil"/>
            </w:tcBorders>
          </w:tcPr>
          <w:p>
            <w:pPr>
              <w:keepNext/>
              <w:spacing w:before="0" w:after="20"/>
            </w:pPr>
            <w:r>
              <w:rPr>
                <w:b/>
                <w:i w:val="0"/>
              </w:rPr>
              <w:t>d.</w:t>
            </w:r>
            <w:r>
              <w:rPr>
                <w:b w:val="0"/>
                <w:i w:val="0"/>
              </w:rPr>
              <w:t xml:space="preserve"> source</w:t>
            </w:r>
          </w:p>
        </w:tc>
      </w:tr>
      <w:tr>
        <w:trPr>
          <w:cantSplit/>
        </w:trPr>
        <w:tc>
          <w:tcPr>
            <w:tcW w:type="dxa" w:w="3005"/>
            <w:tcBorders>
              <w:top w:val="nil"/>
              <w:left w:val="nil"/>
              <w:bottom w:val="nil"/>
              <w:right w:val="nil"/>
            </w:tcBorders>
          </w:tcPr>
          <w:p>
            <w:pPr>
              <w:keepNext/>
              <w:spacing w:before="0" w:after="20"/>
            </w:pPr>
            <w:r>
              <w:rPr>
                <w:b/>
                <w:i w:val="0"/>
              </w:rPr>
              <w:t>5.</w:t>
            </w:r>
            <w:r>
              <w:rPr>
                <w:b w:val="0"/>
                <w:i w:val="0"/>
              </w:rPr>
              <w:t xml:space="preserve"> suspend</w:t>
            </w:r>
          </w:p>
        </w:tc>
        <w:tc>
          <w:tcPr>
            <w:tcW w:type="dxa" w:w="1191"/>
            <w:tcBorders>
              <w:top w:val="nil"/>
              <w:left w:val="nil"/>
              <w:bottom w:val="nil"/>
              <w:right w:val="nil"/>
            </w:tcBorders>
          </w:tcPr>
          <w:p>
            <w:pPr>
              <w:keepNext/>
              <w:spacing w:before="0" w:after="20"/>
            </w:pPr>
            <w:r>
              <w:rPr>
                <w:b w:val="0"/>
                <w:i w:val="0"/>
              </w:rPr>
              <w:t>______</w:t>
            </w:r>
          </w:p>
        </w:tc>
        <w:tc>
          <w:tcPr>
            <w:tcW w:type="dxa" w:w="5443"/>
            <w:tcBorders>
              <w:top w:val="nil"/>
              <w:left w:val="nil"/>
              <w:bottom w:val="nil"/>
              <w:right w:val="nil"/>
            </w:tcBorders>
          </w:tcPr>
          <w:p>
            <w:pPr>
              <w:keepNext/>
              <w:spacing w:before="0" w:after="20"/>
            </w:pPr>
            <w:r>
              <w:rPr>
                <w:b/>
                <w:i w:val="0"/>
              </w:rPr>
              <w:t>e.</w:t>
            </w:r>
            <w:r>
              <w:rPr>
                <w:b w:val="0"/>
                <w:i w:val="0"/>
              </w:rPr>
              <w:t xml:space="preserve"> classroom</w:t>
            </w:r>
          </w:p>
        </w:tc>
      </w:tr>
      <w:tr>
        <w:trPr>
          <w:cantSplit/>
        </w:trPr>
        <w:tc>
          <w:tcPr>
            <w:tcW w:type="dxa" w:w="3005"/>
            <w:tcBorders>
              <w:top w:val="nil"/>
              <w:left w:val="nil"/>
              <w:bottom w:val="nil"/>
              <w:right w:val="nil"/>
            </w:tcBorders>
          </w:tcPr>
          <w:p>
            <w:pPr>
              <w:keepNext/>
              <w:spacing w:before="0" w:after="20"/>
            </w:pPr>
            <w:r>
              <w:rPr>
                <w:b/>
                <w:i w:val="0"/>
              </w:rPr>
              <w:t>6.</w:t>
            </w:r>
            <w:r>
              <w:rPr>
                <w:b w:val="0"/>
                <w:i w:val="0"/>
              </w:rPr>
              <w:t xml:space="preserve"> a travel</w:t>
            </w:r>
          </w:p>
        </w:tc>
        <w:tc>
          <w:tcPr>
            <w:tcW w:type="dxa" w:w="1191"/>
            <w:tcBorders>
              <w:top w:val="nil"/>
              <w:left w:val="nil"/>
              <w:bottom w:val="nil"/>
              <w:right w:val="nil"/>
            </w:tcBorders>
          </w:tcPr>
          <w:p>
            <w:pPr>
              <w:keepNext/>
              <w:spacing w:before="0" w:after="20"/>
            </w:pPr>
            <w:r>
              <w:rPr>
                <w:b w:val="0"/>
                <w:i w:val="0"/>
              </w:rPr>
              <w:t>______</w:t>
            </w:r>
          </w:p>
        </w:tc>
        <w:tc>
          <w:tcPr>
            <w:tcW w:type="dxa" w:w="5443"/>
            <w:tcBorders>
              <w:top w:val="nil"/>
              <w:left w:val="nil"/>
              <w:bottom w:val="nil"/>
              <w:right w:val="nil"/>
            </w:tcBorders>
          </w:tcPr>
          <w:p>
            <w:pPr>
              <w:keepNext/>
              <w:spacing w:before="0" w:after="20"/>
            </w:pPr>
            <w:r>
              <w:rPr>
                <w:b/>
                <w:i w:val="0"/>
              </w:rPr>
              <w:t>f.</w:t>
            </w:r>
            <w:r>
              <w:rPr>
                <w:b w:val="0"/>
                <w:i w:val="0"/>
              </w:rPr>
              <w:t xml:space="preserve"> courage</w:t>
            </w:r>
          </w:p>
        </w:tc>
      </w:tr>
      <w:tr>
        <w:trPr>
          <w:cantSplit/>
        </w:trPr>
        <w:tc>
          <w:tcPr>
            <w:tcW w:type="dxa" w:w="3005"/>
            <w:tcBorders>
              <w:top w:val="nil"/>
              <w:left w:val="nil"/>
              <w:bottom w:val="nil"/>
              <w:right w:val="nil"/>
            </w:tcBorders>
          </w:tcPr>
          <w:p>
            <w:pPr>
              <w:keepNext/>
              <w:spacing w:before="0" w:after="20"/>
            </w:pPr>
            <w:r>
              <w:rPr>
                <w:b/>
                <w:i w:val="0"/>
              </w:rPr>
              <w:t>7.</w:t>
            </w:r>
            <w:r>
              <w:rPr>
                <w:b w:val="0"/>
                <w:i w:val="0"/>
              </w:rPr>
              <w:t xml:space="preserve"> spread</w:t>
            </w:r>
          </w:p>
        </w:tc>
        <w:tc>
          <w:tcPr>
            <w:tcW w:type="dxa" w:w="1191"/>
            <w:tcBorders>
              <w:top w:val="nil"/>
              <w:left w:val="nil"/>
              <w:bottom w:val="nil"/>
              <w:right w:val="nil"/>
            </w:tcBorders>
          </w:tcPr>
          <w:p>
            <w:pPr>
              <w:keepNext/>
              <w:spacing w:before="0" w:after="20"/>
            </w:pPr>
            <w:r>
              <w:rPr>
                <w:b w:val="0"/>
                <w:i w:val="0"/>
              </w:rPr>
              <w:t>______</w:t>
            </w:r>
          </w:p>
        </w:tc>
        <w:tc>
          <w:tcPr>
            <w:tcW w:type="dxa" w:w="5443"/>
            <w:tcBorders>
              <w:top w:val="nil"/>
              <w:left w:val="nil"/>
              <w:bottom w:val="nil"/>
              <w:right w:val="nil"/>
            </w:tcBorders>
          </w:tcPr>
          <w:p>
            <w:pPr>
              <w:keepNext/>
              <w:spacing w:before="0" w:after="20"/>
            </w:pPr>
            <w:r>
              <w:rPr>
                <w:b/>
                <w:i w:val="0"/>
              </w:rPr>
              <w:t>g.</w:t>
            </w:r>
            <w:r>
              <w:rPr>
                <w:b w:val="0"/>
                <w:i w:val="0"/>
              </w:rPr>
              <w:t xml:space="preserve"> your homework</w:t>
            </w:r>
          </w:p>
        </w:tc>
      </w:tr>
      <w:tr>
        <w:trPr>
          <w:cantSplit/>
        </w:trPr>
        <w:tc>
          <w:tcPr>
            <w:tcW w:type="dxa" w:w="3005"/>
            <w:tcBorders>
              <w:top w:val="nil"/>
              <w:left w:val="nil"/>
              <w:bottom w:val="nil"/>
              <w:right w:val="nil"/>
            </w:tcBorders>
          </w:tcPr>
          <w:p>
            <w:pPr>
              <w:keepNext w:val="0"/>
              <w:spacing w:before="0" w:after="20"/>
            </w:pPr>
            <w:r>
              <w:rPr>
                <w:b/>
                <w:i w:val="0"/>
              </w:rPr>
              <w:t>8.</w:t>
            </w:r>
            <w:r>
              <w:rPr>
                <w:b w:val="0"/>
                <w:i w:val="0"/>
              </w:rPr>
              <w:t xml:space="preserve"> go into</w:t>
            </w:r>
          </w:p>
        </w:tc>
        <w:tc>
          <w:tcPr>
            <w:tcW w:type="dxa" w:w="1191"/>
            <w:tcBorders>
              <w:top w:val="nil"/>
              <w:left w:val="nil"/>
              <w:bottom w:val="nil"/>
              <w:right w:val="nil"/>
            </w:tcBorders>
          </w:tcPr>
          <w:p>
            <w:pPr>
              <w:keepNext w:val="0"/>
              <w:spacing w:before="0" w:after="20"/>
            </w:pPr>
            <w:r>
              <w:rPr>
                <w:b w:val="0"/>
                <w:i w:val="0"/>
              </w:rPr>
              <w:t>______</w:t>
            </w:r>
          </w:p>
        </w:tc>
        <w:tc>
          <w:tcPr>
            <w:tcW w:type="dxa" w:w="5443"/>
            <w:tcBorders>
              <w:top w:val="nil"/>
              <w:left w:val="nil"/>
              <w:bottom w:val="nil"/>
              <w:right w:val="nil"/>
            </w:tcBorders>
          </w:tcPr>
          <w:p>
            <w:pPr>
              <w:keepNext w:val="0"/>
              <w:spacing w:before="0" w:after="20"/>
            </w:pPr>
            <w:r>
              <w:rPr>
                <w:b/>
                <w:i w:val="0"/>
              </w:rPr>
              <w:t>h.</w:t>
            </w:r>
            <w:r>
              <w:rPr>
                <w:b w:val="0"/>
                <w:i w:val="0"/>
              </w:rPr>
              <w:t xml:space="preserve"> ban</w:t>
            </w:r>
          </w:p>
        </w:tc>
      </w:tr>
    </w:tbl>
    <w:p>
      <w:pPr>
        <w:keepNext w:val="0"/>
        <w:spacing w:before="0" w:after="80"/>
      </w:pPr>
      <w:r>
        <w:rPr>
          <w:b w:val="0"/>
          <w:i/>
          <w:color w:val="444444"/>
        </w:rPr>
        <w:t>Now choose three of the phrases and write your own sentences.</w:t>
      </w:r>
    </w:p>
    <w:p>
      <w:pPr>
        <w:pStyle w:val="Heading2"/>
        <w:keepNext/>
        <w:spacing w:before="100" w:after="40"/>
      </w:pPr>
      <w:r>
        <w:rPr>
          <w:b w:val="0"/>
          <w:i w:val="0"/>
        </w:rPr>
        <w:t>Part B. Word families</w:t>
      </w:r>
    </w:p>
    <w:p>
      <w:pPr>
        <w:keepNext/>
        <w:spacing w:before="0" w:after="60"/>
      </w:pPr>
      <w:r>
        <w:rPr>
          <w:b w:val="0"/>
          <w:i/>
          <w:color w:val="444444"/>
        </w:rPr>
        <w:t>Complete each sentence with the correct form of the word in brackets.</w:t>
      </w:r>
    </w:p>
    <w:p>
      <w:pPr>
        <w:keepNext w:val="0"/>
        <w:spacing w:before="0" w:after="40"/>
        <w:ind w:left="400" w:hanging="400"/>
      </w:pPr>
      <w:r>
        <w:rPr>
          <w:b/>
        </w:rPr>
        <w:t xml:space="preserve">1.  </w:t>
      </w:r>
      <w:r>
        <w:rPr>
          <w:b w:val="0"/>
          <w:i w:val="0"/>
        </w:rPr>
        <w:t>She was very ____________ to speak up in front of the whole school. (</w:t>
      </w:r>
      <w:r>
        <w:rPr>
          <w:b w:val="0"/>
          <w:i/>
        </w:rPr>
        <w:t>courage</w:t>
      </w:r>
      <w:r>
        <w:rPr>
          <w:b w:val="0"/>
          <w:i w:val="0"/>
        </w:rPr>
        <w:t>)</w:t>
      </w:r>
    </w:p>
    <w:p>
      <w:pPr>
        <w:keepNext w:val="0"/>
        <w:spacing w:before="0" w:after="40"/>
        <w:ind w:left="400" w:hanging="400"/>
      </w:pPr>
      <w:r>
        <w:rPr>
          <w:b/>
        </w:rPr>
        <w:t xml:space="preserve">2.  </w:t>
      </w:r>
      <w:r>
        <w:rPr>
          <w:b w:val="0"/>
          <w:i w:val="0"/>
        </w:rPr>
        <w:t>We are waiting for ____________ that the flight will leave on time. (</w:t>
      </w:r>
      <w:r>
        <w:rPr>
          <w:b w:val="0"/>
          <w:i/>
        </w:rPr>
        <w:t>confirmed</w:t>
      </w:r>
      <w:r>
        <w:rPr>
          <w:b w:val="0"/>
          <w:i w:val="0"/>
        </w:rPr>
        <w:t>)</w:t>
      </w:r>
    </w:p>
    <w:p>
      <w:pPr>
        <w:keepNext w:val="0"/>
        <w:spacing w:before="0" w:after="40"/>
        <w:ind w:left="400" w:hanging="400"/>
      </w:pPr>
      <w:r>
        <w:rPr>
          <w:b/>
        </w:rPr>
        <w:t xml:space="preserve">3.  </w:t>
      </w:r>
      <w:r>
        <w:rPr>
          <w:b w:val="0"/>
          <w:i w:val="0"/>
        </w:rPr>
        <w:t>I do not trust that website. It is very ____________. (</w:t>
      </w:r>
      <w:r>
        <w:rPr>
          <w:b w:val="0"/>
          <w:i/>
        </w:rPr>
        <w:t>reliable</w:t>
      </w:r>
      <w:r>
        <w:rPr>
          <w:b w:val="0"/>
          <w:i w:val="0"/>
        </w:rPr>
        <w:t>)</w:t>
      </w:r>
    </w:p>
    <w:p>
      <w:pPr>
        <w:keepNext w:val="0"/>
        <w:spacing w:before="0" w:after="40"/>
        <w:ind w:left="400" w:hanging="400"/>
      </w:pPr>
      <w:r>
        <w:rPr>
          <w:b/>
        </w:rPr>
        <w:t xml:space="preserve">4.  </w:t>
      </w:r>
      <w:r>
        <w:rPr>
          <w:b w:val="0"/>
          <w:i w:val="0"/>
        </w:rPr>
        <w:t>Few animals can ____________ in such cold weather. (</w:t>
      </w:r>
      <w:r>
        <w:rPr>
          <w:b w:val="0"/>
          <w:i/>
        </w:rPr>
        <w:t>survivors</w:t>
      </w:r>
      <w:r>
        <w:rPr>
          <w:b w:val="0"/>
          <w:i w:val="0"/>
        </w:rPr>
        <w:t>)</w:t>
      </w:r>
    </w:p>
    <w:p>
      <w:pPr>
        <w:keepNext w:val="0"/>
        <w:spacing w:before="0" w:after="40"/>
        <w:ind w:left="400" w:hanging="400"/>
      </w:pPr>
      <w:r>
        <w:rPr>
          <w:b/>
        </w:rPr>
        <w:t xml:space="preserve">5.  </w:t>
      </w:r>
      <w:r>
        <w:rPr>
          <w:b w:val="0"/>
          <w:i w:val="0"/>
        </w:rPr>
        <w:t>The nurse cleaned the deep ____________ on his arm. (</w:t>
      </w:r>
      <w:r>
        <w:rPr>
          <w:b w:val="0"/>
          <w:i/>
        </w:rPr>
        <w:t>wounded</w:t>
      </w:r>
      <w:r>
        <w:rPr>
          <w:b w:val="0"/>
          <w:i w:val="0"/>
        </w:rPr>
        <w:t>)</w:t>
      </w:r>
    </w:p>
    <w:p>
      <w:pPr>
        <w:keepNext w:val="0"/>
        <w:spacing w:before="0" w:after="40"/>
        <w:ind w:left="400" w:hanging="400"/>
      </w:pPr>
      <w:r>
        <w:rPr>
          <w:b/>
        </w:rPr>
        <w:t xml:space="preserve">6.  </w:t>
      </w:r>
      <w:r>
        <w:rPr>
          <w:b w:val="0"/>
          <w:i w:val="0"/>
        </w:rPr>
        <w:t>The ____________ of flights lasted for two days. (</w:t>
      </w:r>
      <w:r>
        <w:rPr>
          <w:b w:val="0"/>
          <w:i/>
        </w:rPr>
        <w:t>suspended</w:t>
      </w:r>
      <w:r>
        <w:rPr>
          <w:b w:val="0"/>
          <w:i w:val="0"/>
        </w:rPr>
        <w:t>)</w:t>
      </w:r>
    </w:p>
    <w:p>
      <w:pPr>
        <w:pStyle w:val="Heading1"/>
        <w:keepNext/>
        <w:pBdr>
          <w:top w:val="single" w:sz="12" w:space="6" w:color="1F5C99"/>
        </w:pBdr>
        <w:spacing w:before="220" w:after="60"/>
      </w:pPr>
      <w:r>
        <w:rPr>
          <w:b w:val="0"/>
          <w:i w:val="0"/>
        </w:rPr>
        <w:t>Comprehension Questions</w:t>
      </w:r>
    </w:p>
    <w:p>
      <w:pPr>
        <w:keepNext/>
        <w:spacing w:before="0" w:after="60"/>
      </w:pPr>
      <w:r>
        <w:rPr>
          <w:b w:val="0"/>
          <w:i/>
          <w:color w:val="444444"/>
        </w:rPr>
        <w:t>Answer in full sentences.</w:t>
      </w:r>
    </w:p>
    <w:p>
      <w:pPr>
        <w:keepNext w:val="0"/>
        <w:spacing w:before="0" w:after="40"/>
        <w:ind w:left="400" w:hanging="400"/>
      </w:pPr>
      <w:r>
        <w:rPr>
          <w:b/>
        </w:rPr>
        <w:t xml:space="preserve">1.  </w:t>
      </w:r>
      <w:r>
        <w:rPr>
          <w:b w:val="0"/>
          <w:i w:val="0"/>
        </w:rPr>
        <w:t>Who won the Nobel Peace Prize in this roundup, and what is her background?</w:t>
      </w:r>
    </w:p>
    <w:p>
      <w:pPr>
        <w:keepNext w:val="0"/>
        <w:spacing w:before="0" w:after="40"/>
        <w:ind w:left="400" w:hanging="400"/>
      </w:pPr>
      <w:r>
        <w:rPr>
          <w:b/>
        </w:rPr>
        <w:t xml:space="preserve">2.  </w:t>
      </w:r>
      <w:r>
        <w:rPr>
          <w:b w:val="0"/>
          <w:i w:val="0"/>
        </w:rPr>
        <w:t>What did Navi Pillay say she would do with the prize?</w:t>
      </w:r>
    </w:p>
    <w:p>
      <w:pPr>
        <w:keepNext w:val="0"/>
        <w:spacing w:before="0" w:after="40"/>
        <w:ind w:left="400" w:hanging="400"/>
      </w:pPr>
      <w:r>
        <w:rPr>
          <w:b/>
        </w:rPr>
        <w:t xml:space="preserve">3.  </w:t>
      </w:r>
      <w:r>
        <w:rPr>
          <w:b w:val="0"/>
          <w:i w:val="0"/>
        </w:rPr>
        <w:t>Why are students in France protesting, and what did the government do?</w:t>
      </w:r>
    </w:p>
    <w:p>
      <w:pPr>
        <w:keepNext w:val="0"/>
        <w:spacing w:before="0" w:after="40"/>
        <w:ind w:left="400" w:hanging="400"/>
      </w:pPr>
      <w:r>
        <w:rPr>
          <w:b/>
        </w:rPr>
        <w:t xml:space="preserve">4.  </w:t>
      </w:r>
      <w:r>
        <w:rPr>
          <w:b w:val="0"/>
          <w:i w:val="0"/>
        </w:rPr>
        <w:t>What happened at the airport in Riyadh on October 10? Give two facts.</w:t>
      </w:r>
    </w:p>
    <w:p>
      <w:pPr>
        <w:keepNext w:val="0"/>
        <w:spacing w:before="0" w:after="40"/>
        <w:ind w:left="400" w:hanging="400"/>
      </w:pPr>
      <w:r>
        <w:rPr>
          <w:b/>
        </w:rPr>
        <w:t xml:space="preserve">5.  </w:t>
      </w:r>
      <w:r>
        <w:rPr>
          <w:b w:val="0"/>
          <w:i w:val="0"/>
        </w:rPr>
        <w:t>Who said they carried out the attack in Riyadh?</w:t>
      </w:r>
    </w:p>
    <w:p>
      <w:pPr>
        <w:keepNext w:val="0"/>
        <w:spacing w:before="0" w:after="40"/>
        <w:ind w:left="400" w:hanging="400"/>
      </w:pPr>
      <w:r>
        <w:rPr>
          <w:b/>
        </w:rPr>
        <w:t xml:space="preserve">6.  </w:t>
      </w:r>
      <w:r>
        <w:rPr>
          <w:b w:val="0"/>
          <w:i w:val="0"/>
        </w:rPr>
        <w:t>What do we know, and what do we not know, about the death of the technician in Russia?</w:t>
      </w:r>
    </w:p>
    <w:p>
      <w:pPr>
        <w:keepNext w:val="0"/>
        <w:spacing w:before="0" w:after="40"/>
        <w:ind w:left="400" w:hanging="400"/>
      </w:pPr>
      <w:r>
        <w:rPr>
          <w:b/>
        </w:rPr>
        <w:t xml:space="preserve">7.  </w:t>
      </w:r>
      <w:r>
        <w:rPr>
          <w:b w:val="0"/>
          <w:i w:val="0"/>
        </w:rPr>
        <w:t>What did the World Health Organization say about the risk to the public?</w:t>
      </w:r>
    </w:p>
    <w:p>
      <w:pPr>
        <w:keepNext w:val="0"/>
        <w:spacing w:before="0" w:after="40"/>
        <w:ind w:left="400" w:hanging="400"/>
      </w:pPr>
      <w:r>
        <w:rPr>
          <w:b/>
        </w:rPr>
        <w:t xml:space="preserve">8.  </w:t>
      </w:r>
      <w:r>
        <w:rPr>
          <w:b w:val="0"/>
          <w:i w:val="0"/>
        </w:rPr>
        <w:t>What is the new rule about fireworks in the Netherlands, and why do supporters want it?</w:t>
      </w:r>
    </w:p>
    <w:p>
      <w:pPr>
        <w:keepNext w:val="0"/>
        <w:spacing w:before="0" w:after="40"/>
        <w:ind w:left="400" w:hanging="400"/>
      </w:pPr>
      <w:r>
        <w:rPr>
          <w:b/>
        </w:rPr>
        <w:t xml:space="preserve">9.  </w:t>
      </w:r>
      <w:r>
        <w:rPr>
          <w:b w:val="0"/>
          <w:i w:val="0"/>
        </w:rPr>
        <w:t>What advice does the writer give about breaking news? Do you agree? Give one reason.</w:t>
      </w:r>
    </w:p>
    <w:p>
      <w:pPr>
        <w:keepNext w:val="0"/>
        <w:spacing w:before="0" w:after="40"/>
        <w:ind w:left="400" w:hanging="400"/>
      </w:pPr>
      <w:r>
        <w:rPr>
          <w:b/>
        </w:rPr>
        <w:t xml:space="preserve">10.  </w:t>
      </w:r>
      <w:r>
        <w:rPr>
          <w:b/>
          <w:i w:val="0"/>
        </w:rPr>
        <w:t>True, False, or Not Given:</w:t>
      </w:r>
      <w:r>
        <w:rPr>
          <w:b w:val="0"/>
          <w:i w:val="0"/>
        </w:rPr>
        <w:t xml:space="preserve"> </w:t>
      </w:r>
      <w:r>
        <w:rPr>
          <w:b w:val="0"/>
          <w:i/>
        </w:rPr>
        <w:t>“The unions accepted the government’s offer and ended the protests.”</w:t>
      </w:r>
      <w:r>
        <w:rPr>
          <w:b w:val="0"/>
          <w:i w:val="0"/>
        </w:rPr>
        <w:t xml:space="preserve"> Explain your answer using the reading.</w:t>
      </w:r>
    </w:p>
    <w:p>
      <w:pPr>
        <w:keepNext w:val="0"/>
        <w:spacing w:before="0" w:after="40"/>
        <w:ind w:left="400" w:hanging="400"/>
      </w:pPr>
      <w:r>
        <w:rPr>
          <w:b/>
        </w:rPr>
        <w:t xml:space="preserve">11.  </w:t>
      </w:r>
      <w:r>
        <w:rPr>
          <w:b/>
          <w:i w:val="0"/>
        </w:rPr>
        <w:t>Yes, No, or Not Given:</w:t>
      </w:r>
      <w:r>
        <w:rPr>
          <w:b w:val="0"/>
          <w:i w:val="0"/>
        </w:rPr>
        <w:t xml:space="preserve"> </w:t>
      </w:r>
      <w:r>
        <w:rPr>
          <w:b w:val="0"/>
          <w:i/>
        </w:rPr>
        <w:t>“The writer believes that the first numbers in a news story are always correct.”</w:t>
      </w:r>
      <w:r>
        <w:rPr>
          <w:b w:val="0"/>
          <w:i w:val="0"/>
        </w:rPr>
        <w:t xml:space="preserve"> Explain your answer using the reading.</w:t>
      </w:r>
    </w:p>
    <w:p>
      <w:pPr>
        <w:keepNext w:val="0"/>
        <w:spacing w:before="0" w:after="40"/>
        <w:ind w:left="400" w:hanging="400"/>
      </w:pPr>
      <w:r>
        <w:rPr>
          <w:b/>
        </w:rPr>
        <w:t xml:space="preserve">12.  </w:t>
      </w:r>
      <w:r>
        <w:rPr>
          <w:b/>
          <w:i w:val="0"/>
        </w:rPr>
        <w:t>Author's purpose:</w:t>
      </w:r>
      <w:r>
        <w:rPr>
          <w:b w:val="0"/>
          <w:i w:val="0"/>
        </w:rPr>
        <w:t xml:space="preserve"> Why does the writer say that the count in Riyadh changed from 12 to 13? Is it (a) to show that early numbers can change, (b) to prove that the attack was small, or (c) to say that officials always lie?</w:t>
      </w:r>
    </w:p>
    <w:p>
      <w:pPr>
        <w:pStyle w:val="Heading1"/>
        <w:keepNext/>
        <w:pBdr>
          <w:top w:val="single" w:sz="12" w:space="6" w:color="1F5C99"/>
        </w:pBdr>
        <w:spacing w:before="220" w:after="60"/>
      </w:pPr>
      <w:r>
        <w:rPr>
          <w:b w:val="0"/>
          <w:i w:val="0"/>
        </w:rPr>
        <w:t>True or False</w:t>
      </w:r>
    </w:p>
    <w:p>
      <w:pPr>
        <w:keepNext/>
        <w:spacing w:before="0" w:after="60"/>
      </w:pPr>
      <w:r>
        <w:rPr>
          <w:b w:val="0"/>
          <w:i/>
          <w:color w:val="444444"/>
        </w:rPr>
        <w:t>Circle T (true) or F (false). Be ready to correct the false sentences.</w:t>
      </w:r>
    </w:p>
    <w:p>
      <w:pPr>
        <w:keepNext w:val="0"/>
        <w:tabs>
          <w:tab w:pos="9638" w:val="right"/>
        </w:tabs>
        <w:spacing w:before="0" w:after="30"/>
        <w:ind w:left="400" w:hanging="400"/>
      </w:pPr>
      <w:r>
        <w:rPr>
          <w:b/>
        </w:rPr>
        <w:t xml:space="preserve">1.  </w:t>
      </w:r>
      <w:r>
        <w:rPr>
          <w:b w:val="0"/>
          <w:i w:val="0"/>
        </w:rPr>
        <w:t>Navi Pillay won the Nobel Peace Prize.</w:t>
      </w:r>
      <w:r>
        <w:rPr>
          <w:b/>
        </w:rPr>
        <w:tab/>
        <w:t>T   /   F</w:t>
      </w:r>
    </w:p>
    <w:p>
      <w:pPr>
        <w:keepNext w:val="0"/>
        <w:tabs>
          <w:tab w:pos="9638" w:val="right"/>
        </w:tabs>
        <w:spacing w:before="0" w:after="30"/>
        <w:ind w:left="400" w:hanging="400"/>
      </w:pPr>
      <w:r>
        <w:rPr>
          <w:b/>
        </w:rPr>
        <w:t xml:space="preserve">2.  </w:t>
      </w:r>
      <w:r>
        <w:rPr>
          <w:b w:val="0"/>
          <w:i w:val="0"/>
        </w:rPr>
        <w:t>Pillay worked as a lawyer before she became a judge.</w:t>
      </w:r>
      <w:r>
        <w:rPr>
          <w:b/>
        </w:rPr>
        <w:tab/>
        <w:t>T   /   F</w:t>
      </w:r>
    </w:p>
    <w:p>
      <w:pPr>
        <w:keepNext w:val="0"/>
        <w:tabs>
          <w:tab w:pos="9638" w:val="right"/>
        </w:tabs>
        <w:spacing w:before="0" w:after="30"/>
        <w:ind w:left="400" w:hanging="400"/>
      </w:pPr>
      <w:r>
        <w:rPr>
          <w:b/>
        </w:rPr>
        <w:t xml:space="preserve">3.  </w:t>
      </w:r>
      <w:r>
        <w:rPr>
          <w:b w:val="0"/>
          <w:i w:val="0"/>
        </w:rPr>
        <w:t>Navi Pillay is 58 years old.</w:t>
      </w:r>
      <w:r>
        <w:rPr>
          <w:b/>
        </w:rPr>
        <w:tab/>
        <w:t>T   /   F</w:t>
      </w:r>
    </w:p>
    <w:p>
      <w:pPr>
        <w:keepNext w:val="0"/>
        <w:tabs>
          <w:tab w:pos="9638" w:val="right"/>
        </w:tabs>
        <w:spacing w:before="0" w:after="30"/>
        <w:ind w:left="400" w:hanging="400"/>
      </w:pPr>
      <w:r>
        <w:rPr>
          <w:b/>
        </w:rPr>
        <w:t xml:space="preserve">4.  </w:t>
      </w:r>
      <w:r>
        <w:rPr>
          <w:b w:val="0"/>
          <w:i w:val="0"/>
        </w:rPr>
        <w:t>The students in France say their schools are overcrowded.</w:t>
      </w:r>
      <w:r>
        <w:rPr>
          <w:b/>
        </w:rPr>
        <w:tab/>
        <w:t>T   /   F</w:t>
      </w:r>
    </w:p>
    <w:p>
      <w:pPr>
        <w:keepNext w:val="0"/>
        <w:tabs>
          <w:tab w:pos="9638" w:val="right"/>
        </w:tabs>
        <w:spacing w:before="0" w:after="30"/>
        <w:ind w:left="400" w:hanging="400"/>
      </w:pPr>
      <w:r>
        <w:rPr>
          <w:b/>
        </w:rPr>
        <w:t xml:space="preserve">5.  </w:t>
      </w:r>
      <w:r>
        <w:rPr>
          <w:b w:val="0"/>
          <w:i w:val="0"/>
        </w:rPr>
        <w:t>The unions stopped the protests when the substitute teachers arrived.</w:t>
      </w:r>
      <w:r>
        <w:rPr>
          <w:b/>
        </w:rPr>
        <w:tab/>
        <w:t>T   /   F</w:t>
      </w:r>
    </w:p>
    <w:p>
      <w:pPr>
        <w:keepNext w:val="0"/>
        <w:tabs>
          <w:tab w:pos="9638" w:val="right"/>
        </w:tabs>
        <w:spacing w:before="0" w:after="30"/>
        <w:ind w:left="400" w:hanging="400"/>
      </w:pPr>
      <w:r>
        <w:rPr>
          <w:b/>
        </w:rPr>
        <w:t xml:space="preserve">6.  </w:t>
      </w:r>
      <w:r>
        <w:rPr>
          <w:b w:val="0"/>
          <w:i w:val="0"/>
        </w:rPr>
        <w:t>The missile hit the main airport in Riyadh.</w:t>
      </w:r>
      <w:r>
        <w:rPr>
          <w:b/>
        </w:rPr>
        <w:tab/>
        <w:t>T   /   F</w:t>
      </w:r>
    </w:p>
    <w:p>
      <w:pPr>
        <w:keepNext w:val="0"/>
        <w:tabs>
          <w:tab w:pos="9638" w:val="right"/>
        </w:tabs>
        <w:spacing w:before="0" w:after="30"/>
        <w:ind w:left="400" w:hanging="400"/>
      </w:pPr>
      <w:r>
        <w:rPr>
          <w:b/>
        </w:rPr>
        <w:t xml:space="preserve">7.  </w:t>
      </w:r>
      <w:r>
        <w:rPr>
          <w:b w:val="0"/>
          <w:i w:val="0"/>
        </w:rPr>
        <w:t>The missile hit an airport in Yemen.</w:t>
      </w:r>
      <w:r>
        <w:rPr>
          <w:b/>
        </w:rPr>
        <w:tab/>
        <w:t>T   /   F</w:t>
      </w:r>
    </w:p>
    <w:p>
      <w:pPr>
        <w:keepNext w:val="0"/>
        <w:tabs>
          <w:tab w:pos="9638" w:val="right"/>
        </w:tabs>
        <w:spacing w:before="0" w:after="30"/>
        <w:ind w:left="400" w:hanging="400"/>
      </w:pPr>
      <w:r>
        <w:rPr>
          <w:b/>
        </w:rPr>
        <w:t xml:space="preserve">8.  </w:t>
      </w:r>
      <w:r>
        <w:rPr>
          <w:b w:val="0"/>
          <w:i w:val="0"/>
        </w:rPr>
        <w:t>About 200 people were reportedly put under quarantine in Russia.</w:t>
      </w:r>
      <w:r>
        <w:rPr>
          <w:b/>
        </w:rPr>
        <w:tab/>
        <w:t>T   /   F</w:t>
      </w:r>
    </w:p>
    <w:p>
      <w:pPr>
        <w:keepNext w:val="0"/>
        <w:tabs>
          <w:tab w:pos="9638" w:val="right"/>
        </w:tabs>
        <w:spacing w:before="0" w:after="30"/>
        <w:ind w:left="400" w:hanging="400"/>
      </w:pPr>
      <w:r>
        <w:rPr>
          <w:b/>
        </w:rPr>
        <w:t xml:space="preserve">9.  </w:t>
      </w:r>
      <w:r>
        <w:rPr>
          <w:b w:val="0"/>
          <w:i w:val="0"/>
        </w:rPr>
        <w:t>Everyone agrees that there was an accident at the laboratory.</w:t>
      </w:r>
      <w:r>
        <w:rPr>
          <w:b/>
        </w:rPr>
        <w:tab/>
        <w:t>T   /   F</w:t>
      </w:r>
    </w:p>
    <w:p>
      <w:pPr>
        <w:keepNext w:val="0"/>
        <w:tabs>
          <w:tab w:pos="9638" w:val="right"/>
        </w:tabs>
        <w:spacing w:before="0" w:after="30"/>
        <w:ind w:left="400" w:hanging="400"/>
      </w:pPr>
      <w:r>
        <w:rPr>
          <w:b/>
        </w:rPr>
        <w:t xml:space="preserve">10.  </w:t>
      </w:r>
      <w:r>
        <w:rPr>
          <w:b w:val="0"/>
          <w:i w:val="0"/>
        </w:rPr>
        <w:t>In the Netherlands, people had to pay a fine to hand in fireworks.</w:t>
      </w:r>
      <w:r>
        <w:rPr>
          <w:b/>
        </w:rPr>
        <w:tab/>
        <w:t>T   /   F</w:t>
      </w:r>
    </w:p>
    <w:p>
      <w:pPr>
        <w:pStyle w:val="Heading1"/>
        <w:keepNext/>
        <w:pBdr>
          <w:top w:val="single" w:sz="12" w:space="6" w:color="1F5C99"/>
        </w:pBdr>
        <w:spacing w:before="220" w:after="60"/>
      </w:pPr>
      <w:r>
        <w:rPr>
          <w:b w:val="0"/>
          <w:i w:val="0"/>
        </w:rPr>
        <w:t>Language Focus: Time Clauses</w:t>
      </w:r>
    </w:p>
    <w:tbl>
      <w:tblPr>
        <w:tblW w:type="auto" w:w="0"/>
        <w:tblLayout w:type="fixed"/>
        <w:tblLook w:firstColumn="1" w:firstRow="1" w:lastColumn="0" w:lastRow="0" w:noHBand="0" w:noVBand="1" w:val="04A0"/>
        <w:tblCellMar>
          <w:top w:w="80" w:type="dxa"/>
          <w:bottom w:w="80" w:type="dxa"/>
          <w:left w:w="160" w:type="dxa"/>
          <w:right w:w="160" w:type="dxa"/>
        </w:tblCellMar>
      </w:tblPr>
      <w:tblGrid>
        <w:gridCol w:w="9638"/>
      </w:tblGrid>
      <w:tr>
        <w:trPr>
          <w:cantSplit/>
        </w:trPr>
        <w:tc>
          <w:tcPr>
            <w:tcW w:type="dxa" w:w="9638"/>
            <w:tcBorders>
              <w:top w:val="single" w:sz="4" w:color="BBBBBB"/>
              <w:left w:val="single" w:sz="4" w:color="BBBBBB"/>
              <w:bottom w:val="single" w:sz="4" w:color="BBBBBB"/>
              <w:right w:val="single" w:sz="4" w:color="BBBBBB"/>
            </w:tcBorders>
            <w:shd w:val="clear" w:color="auto" w:fill="EEF4FA"/>
          </w:tcPr>
          <w:p>
            <w:pPr>
              <w:spacing w:before="0" w:after="40"/>
            </w:pPr>
            <w:r>
              <w:rPr>
                <w:b w:val="0"/>
                <w:i w:val="0"/>
              </w:rPr>
              <w:t xml:space="preserve">A </w:t>
            </w:r>
            <w:r>
              <w:rPr>
                <w:b/>
                <w:i w:val="0"/>
              </w:rPr>
              <w:t>time clause</w:t>
            </w:r>
            <w:r>
              <w:rPr>
                <w:b w:val="0"/>
                <w:i w:val="0"/>
              </w:rPr>
              <w:t xml:space="preserve"> tells us </w:t>
            </w:r>
            <w:r>
              <w:rPr>
                <w:b w:val="0"/>
                <w:i/>
              </w:rPr>
              <w:t>when</w:t>
            </w:r>
            <w:r>
              <w:rPr>
                <w:b w:val="0"/>
                <w:i w:val="0"/>
              </w:rPr>
              <w:t xml:space="preserve"> something happens. It starts with a word such as </w:t>
            </w:r>
            <w:r>
              <w:rPr>
                <w:b w:val="0"/>
                <w:i/>
              </w:rPr>
              <w:t>before, after, when, while, until,</w:t>
            </w:r>
            <w:r>
              <w:rPr>
                <w:b w:val="0"/>
                <w:i w:val="0"/>
              </w:rPr>
              <w:t xml:space="preserve"> or </w:t>
            </w:r>
            <w:r>
              <w:rPr>
                <w:b w:val="0"/>
                <w:i/>
              </w:rPr>
              <w:t>as soon as</w:t>
            </w:r>
            <w:r>
              <w:rPr>
                <w:b w:val="0"/>
                <w:i w:val="0"/>
              </w:rPr>
              <w:t>.</w:t>
            </w:r>
          </w:p>
          <w:p>
            <w:pPr>
              <w:spacing w:before="0" w:after="40"/>
            </w:pPr>
            <w:r>
              <w:rPr>
                <w:b/>
                <w:i w:val="0"/>
              </w:rPr>
              <w:t>Pattern:</w:t>
            </w:r>
            <w:r>
              <w:rPr>
                <w:b w:val="0"/>
                <w:i w:val="0"/>
              </w:rPr>
              <w:t xml:space="preserve"> time word + subject + verb, then the main clause. </w:t>
            </w:r>
            <w:r>
              <w:rPr>
                <w:b w:val="0"/>
                <w:i/>
              </w:rPr>
              <w:t>After I finish work, I go home.</w:t>
            </w:r>
          </w:p>
          <w:p>
            <w:pPr>
              <w:spacing w:before="0" w:after="40"/>
            </w:pPr>
            <w:r>
              <w:rPr>
                <w:b/>
                <w:i w:val="0"/>
              </w:rPr>
              <w:t>Future meaning:</w:t>
            </w:r>
            <w:r>
              <w:rPr>
                <w:b w:val="0"/>
                <w:i w:val="0"/>
              </w:rPr>
              <w:t xml:space="preserve"> use the </w:t>
            </w:r>
            <w:r>
              <w:rPr>
                <w:b/>
                <w:i w:val="0"/>
              </w:rPr>
              <w:t>present simple</w:t>
            </w:r>
            <w:r>
              <w:rPr>
                <w:b w:val="0"/>
                <w:i w:val="0"/>
              </w:rPr>
              <w:t xml:space="preserve"> in the time clause, not </w:t>
            </w:r>
            <w:r>
              <w:rPr>
                <w:b w:val="0"/>
                <w:i/>
              </w:rPr>
              <w:t>will</w:t>
            </w:r>
            <w:r>
              <w:rPr>
                <w:b w:val="0"/>
                <w:i w:val="0"/>
              </w:rPr>
              <w:t xml:space="preserve">. </w:t>
            </w:r>
            <w:r>
              <w:rPr>
                <w:b w:val="0"/>
                <w:i/>
              </w:rPr>
              <w:t>After I finish, I will call you.</w:t>
            </w:r>
            <w:r>
              <w:rPr>
                <w:b w:val="0"/>
                <w:i w:val="0"/>
              </w:rPr>
              <w:t xml:space="preserve"> (not </w:t>
            </w:r>
            <w:r>
              <w:rPr>
                <w:b w:val="0"/>
                <w:i/>
              </w:rPr>
              <w:t>After I will finish</w:t>
            </w:r>
            <w:r>
              <w:rPr>
                <w:b w:val="0"/>
                <w:i w:val="0"/>
              </w:rPr>
              <w:t>)</w:t>
            </w:r>
          </w:p>
          <w:p>
            <w:pPr>
              <w:spacing w:before="0" w:after="40"/>
            </w:pPr>
            <w:r>
              <w:rPr>
                <w:b/>
                <w:i w:val="0"/>
              </w:rPr>
              <w:t>From the reading:</w:t>
            </w:r>
          </w:p>
          <w:p>
            <w:pPr>
              <w:spacing w:before="0" w:after="40"/>
            </w:pPr>
            <w:r>
              <w:rPr>
                <w:b w:val="0"/>
                <w:i w:val="0"/>
              </w:rPr>
              <w:t>"</w:t>
            </w:r>
            <w:r>
              <w:rPr>
                <w:b/>
                <w:i w:val="0"/>
              </w:rPr>
              <w:t>Before</w:t>
            </w:r>
            <w:r>
              <w:rPr>
                <w:b w:val="0"/>
                <w:i w:val="0"/>
              </w:rPr>
              <w:t xml:space="preserve"> she </w:t>
            </w:r>
            <w:r>
              <w:rPr>
                <w:b/>
                <w:i w:val="0"/>
              </w:rPr>
              <w:t>became</w:t>
            </w:r>
            <w:r>
              <w:rPr>
                <w:b w:val="0"/>
                <w:i w:val="0"/>
              </w:rPr>
              <w:t xml:space="preserve"> a judge, Pillay worked as a lawyer in South Africa."</w:t>
            </w:r>
          </w:p>
          <w:p>
            <w:pPr>
              <w:spacing w:before="0" w:after="40"/>
            </w:pPr>
            <w:r>
              <w:rPr>
                <w:b w:val="0"/>
                <w:i w:val="0"/>
              </w:rPr>
              <w:t>"</w:t>
            </w:r>
            <w:r>
              <w:rPr>
                <w:b/>
                <w:i w:val="0"/>
              </w:rPr>
              <w:t>When</w:t>
            </w:r>
            <w:r>
              <w:rPr>
                <w:b w:val="0"/>
                <w:i w:val="0"/>
              </w:rPr>
              <w:t xml:space="preserve"> the missile </w:t>
            </w:r>
            <w:r>
              <w:rPr>
                <w:b/>
                <w:i w:val="0"/>
              </w:rPr>
              <w:t>hit</w:t>
            </w:r>
            <w:r>
              <w:rPr>
                <w:b w:val="0"/>
                <w:i w:val="0"/>
              </w:rPr>
              <w:t xml:space="preserve"> the airport, operations stopped for a time."</w:t>
            </w:r>
          </w:p>
          <w:p>
            <w:pPr>
              <w:spacing w:before="0" w:after="0"/>
            </w:pPr>
            <w:r>
              <w:rPr>
                <w:b/>
                <w:i w:val="0"/>
              </w:rPr>
              <w:t>Tip:</w:t>
            </w:r>
            <w:r>
              <w:rPr>
                <w:b w:val="0"/>
                <w:i w:val="0"/>
              </w:rPr>
              <w:t xml:space="preserve"> If the time clause comes first, use a comma. If it comes second, you do not need one: </w:t>
            </w:r>
            <w:r>
              <w:rPr>
                <w:b w:val="0"/>
                <w:i/>
              </w:rPr>
              <w:t>I go home after I finish work.</w:t>
            </w:r>
          </w:p>
        </w:tc>
      </w:tr>
    </w:tbl>
    <w:p>
      <w:pPr>
        <w:pStyle w:val="Heading2"/>
        <w:keepNext/>
        <w:spacing w:before="100" w:after="40"/>
      </w:pPr>
      <w:r>
        <w:rPr>
          <w:b w:val="0"/>
          <w:i w:val="0"/>
        </w:rPr>
        <w:t>Part A. Sentence starters</w:t>
      </w:r>
    </w:p>
    <w:p>
      <w:pPr>
        <w:keepNext/>
        <w:spacing w:before="0" w:after="60"/>
      </w:pPr>
      <w:r>
        <w:rPr>
          <w:b w:val="0"/>
          <w:i/>
          <w:color w:val="444444"/>
        </w:rPr>
        <w:t>Finish each sentence so that it is true for you.</w:t>
      </w:r>
    </w:p>
    <w:p>
      <w:pPr>
        <w:keepNext/>
        <w:spacing w:before="0" w:after="20"/>
      </w:pPr>
      <w:r>
        <w:rPr>
          <w:b/>
          <w:i w:val="0"/>
        </w:rPr>
        <w:t>Time clauses about habits and the past</w:t>
      </w:r>
    </w:p>
    <w:p>
      <w:pPr>
        <w:keepNext w:val="0"/>
        <w:spacing w:before="0" w:after="40"/>
        <w:ind w:left="400" w:hanging="400"/>
      </w:pPr>
      <w:r>
        <w:rPr>
          <w:b/>
        </w:rPr>
        <w:t xml:space="preserve">1.  </w:t>
      </w:r>
      <w:r>
        <w:rPr>
          <w:b w:val="0"/>
          <w:i w:val="0"/>
        </w:rPr>
        <w:t>Before I go to sleep, I usually</w:t>
      </w:r>
      <w:r>
        <w:t xml:space="preserve"> ____________________________________________</w:t>
      </w:r>
    </w:p>
    <w:p>
      <w:pPr>
        <w:keepNext w:val="0"/>
        <w:spacing w:before="0" w:after="40"/>
        <w:ind w:left="400" w:hanging="400"/>
      </w:pPr>
      <w:r>
        <w:rPr>
          <w:b/>
        </w:rPr>
        <w:t xml:space="preserve">2.  </w:t>
      </w:r>
      <w:r>
        <w:rPr>
          <w:b w:val="0"/>
          <w:i w:val="0"/>
        </w:rPr>
        <w:t>When I read a surprising headline, I</w:t>
      </w:r>
      <w:r>
        <w:t xml:space="preserve"> ____________________________________________</w:t>
      </w:r>
    </w:p>
    <w:p>
      <w:pPr>
        <w:keepNext w:val="0"/>
        <w:spacing w:before="0" w:after="40"/>
        <w:ind w:left="400" w:hanging="400"/>
      </w:pPr>
      <w:r>
        <w:rPr>
          <w:b/>
        </w:rPr>
        <w:t xml:space="preserve">3.  </w:t>
      </w:r>
      <w:r>
        <w:rPr>
          <w:b w:val="0"/>
          <w:i w:val="0"/>
        </w:rPr>
        <w:t>As soon as I wake up, I</w:t>
      </w:r>
      <w:r>
        <w:t xml:space="preserve"> ____________________________________________</w:t>
      </w:r>
    </w:p>
    <w:p>
      <w:pPr>
        <w:keepNext/>
        <w:spacing w:before="0" w:after="20"/>
      </w:pPr>
      <w:r>
        <w:rPr>
          <w:b/>
          <w:i w:val="0"/>
        </w:rPr>
        <w:t>Time clauses about the future</w:t>
      </w:r>
    </w:p>
    <w:p>
      <w:pPr>
        <w:keepNext w:val="0"/>
        <w:spacing w:before="0" w:after="40"/>
        <w:ind w:left="400" w:hanging="400"/>
      </w:pPr>
      <w:r>
        <w:rPr>
          <w:b/>
        </w:rPr>
        <w:t xml:space="preserve">4.  </w:t>
      </w:r>
      <w:r>
        <w:rPr>
          <w:b w:val="0"/>
          <w:i w:val="0"/>
        </w:rPr>
        <w:t>After I finish this class, I will</w:t>
      </w:r>
      <w:r>
        <w:t xml:space="preserve"> ____________________________________________</w:t>
      </w:r>
    </w:p>
    <w:p>
      <w:pPr>
        <w:keepNext w:val="0"/>
        <w:spacing w:before="0" w:after="40"/>
        <w:ind w:left="400" w:hanging="400"/>
      </w:pPr>
      <w:r>
        <w:rPr>
          <w:b/>
        </w:rPr>
        <w:t xml:space="preserve">5.  </w:t>
      </w:r>
      <w:r>
        <w:rPr>
          <w:b w:val="0"/>
          <w:i w:val="0"/>
        </w:rPr>
        <w:t>I will keep studying English until</w:t>
      </w:r>
      <w:r>
        <w:t xml:space="preserve"> ____________________________________________</w:t>
      </w:r>
    </w:p>
    <w:p>
      <w:pPr>
        <w:pStyle w:val="Heading2"/>
        <w:keepNext/>
        <w:spacing w:before="100" w:after="40"/>
      </w:pPr>
      <w:r>
        <w:rPr>
          <w:b w:val="0"/>
          <w:i w:val="0"/>
        </w:rPr>
        <w:t>Part B. Questions</w:t>
      </w:r>
    </w:p>
    <w:p>
      <w:pPr>
        <w:keepNext/>
        <w:spacing w:before="0" w:after="60"/>
      </w:pPr>
      <w:r>
        <w:rPr>
          <w:b w:val="0"/>
          <w:i/>
          <w:color w:val="444444"/>
        </w:rPr>
        <w:t xml:space="preserve">Answer each question in a full sentence. Try to answer using a time word such as </w:t>
      </w:r>
      <w:r>
        <w:rPr>
          <w:b w:val="0"/>
          <w:i w:val="0"/>
          <w:color w:val="444444"/>
        </w:rPr>
        <w:t>before, after, when, while,</w:t>
      </w:r>
      <w:r>
        <w:rPr>
          <w:b w:val="0"/>
          <w:i/>
          <w:color w:val="444444"/>
        </w:rPr>
        <w:t xml:space="preserve"> or </w:t>
      </w:r>
      <w:r>
        <w:rPr>
          <w:b w:val="0"/>
          <w:i w:val="0"/>
          <w:color w:val="444444"/>
        </w:rPr>
        <w:t>until</w:t>
      </w:r>
      <w:r>
        <w:rPr>
          <w:b w:val="0"/>
          <w:i/>
          <w:color w:val="444444"/>
        </w:rPr>
        <w:t>. Then ask a partner.</w:t>
      </w:r>
    </w:p>
    <w:p>
      <w:pPr>
        <w:keepNext w:val="0"/>
        <w:spacing w:before="0" w:after="40"/>
        <w:ind w:left="400" w:hanging="400"/>
      </w:pPr>
      <w:r>
        <w:rPr>
          <w:b/>
        </w:rPr>
        <w:t xml:space="preserve">6.  </w:t>
      </w:r>
      <w:r>
        <w:rPr>
          <w:b w:val="0"/>
          <w:i w:val="0"/>
        </w:rPr>
        <w:t>What do you usually do after you wake up?</w:t>
      </w:r>
    </w:p>
    <w:p>
      <w:pPr>
        <w:keepNext w:val="0"/>
        <w:spacing w:before="0" w:after="40"/>
        <w:ind w:left="400" w:hanging="400"/>
      </w:pPr>
      <w:r>
        <w:rPr>
          <w:b/>
        </w:rPr>
        <w:t xml:space="preserve">7.  </w:t>
      </w:r>
      <w:r>
        <w:rPr>
          <w:b w:val="0"/>
          <w:i w:val="0"/>
        </w:rPr>
        <w:t>What will you do when this lesson ends?</w:t>
      </w:r>
    </w:p>
    <w:p>
      <w:pPr>
        <w:keepNext w:val="0"/>
        <w:spacing w:before="0" w:after="40"/>
        <w:ind w:left="400" w:hanging="400"/>
      </w:pPr>
      <w:r>
        <w:rPr>
          <w:b/>
        </w:rPr>
        <w:t xml:space="preserve">8.  </w:t>
      </w:r>
      <w:r>
        <w:rPr>
          <w:b w:val="0"/>
          <w:i w:val="0"/>
        </w:rPr>
        <w:t>What do you do while you wait for a bus or a train?</w:t>
      </w:r>
    </w:p>
    <w:p>
      <w:pPr>
        <w:keepNext w:val="0"/>
        <w:spacing w:before="0" w:after="40"/>
        <w:ind w:left="400" w:hanging="400"/>
      </w:pPr>
      <w:r>
        <w:rPr>
          <w:b/>
        </w:rPr>
        <w:t xml:space="preserve">9.  </w:t>
      </w:r>
      <w:r>
        <w:rPr>
          <w:b w:val="0"/>
          <w:i w:val="0"/>
        </w:rPr>
        <w:t>What did you do before you came to class today?</w:t>
      </w:r>
    </w:p>
    <w:p>
      <w:pPr>
        <w:keepNext w:val="0"/>
        <w:spacing w:before="0" w:after="40"/>
        <w:ind w:left="400" w:hanging="400"/>
      </w:pPr>
      <w:r>
        <w:rPr>
          <w:b/>
        </w:rPr>
        <w:t xml:space="preserve">10.  </w:t>
      </w:r>
      <w:r>
        <w:rPr>
          <w:b w:val="0"/>
          <w:i w:val="0"/>
        </w:rPr>
        <w:t>What will you do after you get home tonight?</w:t>
      </w:r>
    </w:p>
    <w:p>
      <w:pPr>
        <w:pStyle w:val="Heading1"/>
        <w:keepNext/>
        <w:pBdr>
          <w:top w:val="single" w:sz="12" w:space="6" w:color="1F5C99"/>
        </w:pBdr>
        <w:spacing w:before="220" w:after="60"/>
      </w:pPr>
      <w:r>
        <w:rPr>
          <w:b w:val="0"/>
          <w:i w:val="0"/>
        </w:rPr>
        <w:t>Discussion Questions</w:t>
      </w:r>
    </w:p>
    <w:p>
      <w:pPr>
        <w:keepNext/>
        <w:spacing w:before="0" w:after="60"/>
      </w:pPr>
      <w:r>
        <w:rPr>
          <w:b w:val="0"/>
          <w:i/>
          <w:color w:val="444444"/>
        </w:rPr>
        <w:t>Discuss with a partner or in a small group. Give reasons and examples.</w:t>
      </w:r>
    </w:p>
    <w:p>
      <w:pPr>
        <w:keepNext w:val="0"/>
        <w:spacing w:before="0" w:after="40"/>
        <w:ind w:left="400" w:hanging="400"/>
      </w:pPr>
      <w:r>
        <w:rPr>
          <w:b/>
        </w:rPr>
        <w:t xml:space="preserve">1.  </w:t>
      </w:r>
      <w:r>
        <w:rPr>
          <w:b w:val="0"/>
          <w:i w:val="0"/>
        </w:rPr>
        <w:t>Which of the five stories interests you most? Why?</w:t>
      </w:r>
    </w:p>
    <w:p>
      <w:pPr>
        <w:keepNext w:val="0"/>
        <w:spacing w:before="0" w:after="40"/>
        <w:ind w:left="400" w:hanging="400"/>
      </w:pPr>
      <w:r>
        <w:rPr>
          <w:b/>
        </w:rPr>
        <w:t xml:space="preserve">2.  </w:t>
      </w:r>
      <w:r>
        <w:rPr>
          <w:b w:val="0"/>
          <w:i w:val="0"/>
        </w:rPr>
        <w:t>Which news sources do you trust most? What makes them reliable?</w:t>
      </w:r>
    </w:p>
    <w:p>
      <w:pPr>
        <w:keepNext w:val="0"/>
        <w:spacing w:before="0" w:after="40"/>
        <w:ind w:left="400" w:hanging="400"/>
      </w:pPr>
      <w:r>
        <w:rPr>
          <w:b/>
        </w:rPr>
        <w:t xml:space="preserve">3.  </w:t>
      </w:r>
      <w:r>
        <w:rPr>
          <w:b w:val="0"/>
          <w:i w:val="0"/>
        </w:rPr>
        <w:t>How do rumors spread in your school, workplace, or family?</w:t>
      </w:r>
    </w:p>
    <w:p>
      <w:pPr>
        <w:keepNext w:val="0"/>
        <w:spacing w:before="0" w:after="40"/>
        <w:ind w:left="400" w:hanging="400"/>
      </w:pPr>
      <w:r>
        <w:rPr>
          <w:b/>
        </w:rPr>
        <w:t xml:space="preserve">4.  </w:t>
      </w:r>
      <w:r>
        <w:rPr>
          <w:b w:val="0"/>
          <w:i w:val="0"/>
        </w:rPr>
        <w:t>What do you do when two news reports give different numbers?</w:t>
      </w:r>
    </w:p>
    <w:p>
      <w:pPr>
        <w:keepNext w:val="0"/>
        <w:spacing w:before="0" w:after="40"/>
        <w:ind w:left="400" w:hanging="400"/>
      </w:pPr>
      <w:r>
        <w:rPr>
          <w:b/>
        </w:rPr>
        <w:t xml:space="preserve">5.  </w:t>
      </w:r>
      <w:r>
        <w:rPr>
          <w:b w:val="0"/>
          <w:i w:val="0"/>
        </w:rPr>
        <w:t>Who is a person you admire for their courage? Why?</w:t>
      </w:r>
    </w:p>
    <w:p>
      <w:pPr>
        <w:keepNext w:val="0"/>
        <w:spacing w:before="0" w:after="40"/>
        <w:ind w:left="400" w:hanging="400"/>
      </w:pPr>
      <w:r>
        <w:rPr>
          <w:b/>
        </w:rPr>
        <w:t xml:space="preserve">6.  </w:t>
      </w:r>
      <w:r>
        <w:rPr>
          <w:b w:val="0"/>
          <w:i w:val="0"/>
        </w:rPr>
        <w:t>What problems do schools in your country have? Which would you fix first?</w:t>
      </w:r>
    </w:p>
    <w:p>
      <w:pPr>
        <w:keepNext w:val="0"/>
        <w:spacing w:before="0" w:after="40"/>
        <w:ind w:left="400" w:hanging="400"/>
      </w:pPr>
      <w:r>
        <w:rPr>
          <w:b/>
        </w:rPr>
        <w:t xml:space="preserve">7.  </w:t>
      </w:r>
      <w:r>
        <w:rPr>
          <w:b w:val="0"/>
          <w:i w:val="0"/>
        </w:rPr>
        <w:t>If you could change one thing about your school or workplace, what would it be?</w:t>
      </w:r>
    </w:p>
    <w:p>
      <w:pPr>
        <w:keepNext w:val="0"/>
        <w:spacing w:before="0" w:after="40"/>
        <w:ind w:left="400" w:hanging="400"/>
      </w:pPr>
      <w:r>
        <w:rPr>
          <w:b/>
        </w:rPr>
        <w:t xml:space="preserve">8.  </w:t>
      </w:r>
      <w:r>
        <w:rPr>
          <w:b w:val="0"/>
          <w:i w:val="0"/>
        </w:rPr>
        <w:t>Why might students protest instead of writing letters to the government?</w:t>
      </w:r>
    </w:p>
    <w:p>
      <w:pPr>
        <w:keepNext w:val="0"/>
        <w:spacing w:before="0" w:after="40"/>
        <w:ind w:left="400" w:hanging="400"/>
      </w:pPr>
      <w:r>
        <w:rPr>
          <w:b/>
        </w:rPr>
        <w:t xml:space="preserve">9.  </w:t>
      </w:r>
      <w:r>
        <w:rPr>
          <w:b w:val="0"/>
          <w:i w:val="0"/>
        </w:rPr>
        <w:t>Should governments always tell the public everything about a health problem? Why or why not?</w:t>
      </w:r>
    </w:p>
    <w:p>
      <w:pPr>
        <w:keepNext w:val="0"/>
        <w:spacing w:before="0" w:after="40"/>
        <w:ind w:left="400" w:hanging="400"/>
      </w:pPr>
      <w:r>
        <w:rPr>
          <w:b/>
        </w:rPr>
        <w:t xml:space="preserve">10.  </w:t>
      </w:r>
      <w:r>
        <w:rPr>
          <w:b w:val="0"/>
          <w:i w:val="0"/>
        </w:rPr>
        <w:t>Have you lived near a place where people set off fireworks? How do people and animals react?</w:t>
      </w:r>
    </w:p>
    <w:p>
      <w:pPr>
        <w:keepNext w:val="0"/>
        <w:spacing w:before="0" w:after="40"/>
        <w:ind w:left="400" w:hanging="400"/>
      </w:pPr>
      <w:r>
        <w:rPr>
          <w:b/>
        </w:rPr>
        <w:t xml:space="preserve">11.  </w:t>
      </w:r>
      <w:r>
        <w:rPr>
          <w:b w:val="0"/>
          <w:i w:val="0"/>
        </w:rPr>
        <w:t>Do you think fireworks should be banned? What are the good and bad points?</w:t>
      </w:r>
    </w:p>
    <w:p>
      <w:pPr>
        <w:keepNext w:val="0"/>
        <w:spacing w:before="0" w:after="40"/>
        <w:ind w:left="400" w:hanging="400"/>
      </w:pPr>
      <w:r>
        <w:rPr>
          <w:b/>
        </w:rPr>
        <w:t xml:space="preserve">12.  </w:t>
      </w:r>
      <w:r>
        <w:rPr>
          <w:b w:val="0"/>
          <w:i w:val="0"/>
        </w:rPr>
        <w:t>Why do some news stories reach people in many countries while others stay local?</w:t>
      </w:r>
    </w:p>
    <w:p>
      <w:pPr>
        <w:keepNext w:val="0"/>
        <w:spacing w:before="0" w:after="40"/>
        <w:ind w:left="400" w:hanging="400"/>
      </w:pPr>
      <w:r>
        <w:rPr>
          <w:b/>
        </w:rPr>
        <w:t xml:space="preserve">13.  </w:t>
      </w:r>
      <w:r>
        <w:rPr>
          <w:b w:val="0"/>
          <w:i w:val="0"/>
        </w:rPr>
        <w:t>Is it more important for news to be fast or to be correct? Explain.</w:t>
      </w:r>
    </w:p>
    <w:p>
      <w:pPr>
        <w:keepNext w:val="0"/>
        <w:spacing w:before="0" w:after="40"/>
        <w:ind w:left="400" w:hanging="400"/>
      </w:pPr>
      <w:r>
        <w:rPr>
          <w:b/>
        </w:rPr>
        <w:t xml:space="preserve">14.  </w:t>
      </w:r>
      <w:r>
        <w:rPr>
          <w:b w:val="0"/>
          <w:i w:val="0"/>
        </w:rPr>
        <w:t>How can ordinary people help to protect human rights and international law?</w:t>
      </w:r>
    </w:p>
    <w:p>
      <w:pPr>
        <w:pStyle w:val="Heading1"/>
        <w:keepNext/>
        <w:pBdr>
          <w:top w:val="single" w:sz="12" w:space="6" w:color="1F5C99"/>
        </w:pBdr>
        <w:spacing w:before="220" w:after="60"/>
      </w:pPr>
      <w:r>
        <w:rPr>
          <w:b w:val="0"/>
          <w:i w:val="0"/>
        </w:rPr>
        <w:t>Online Practice</w:t>
      </w:r>
    </w:p>
    <w:tbl>
      <w:tblPr>
        <w:tblW w:type="auto" w:w="0"/>
        <w:tblLayout w:type="fixed"/>
        <w:tblLook w:firstColumn="1" w:firstRow="1" w:lastColumn="0" w:lastRow="0" w:noHBand="0" w:noVBand="1" w:val="04A0"/>
        <w:tblCellMar>
          <w:top w:w="20" w:type="dxa"/>
          <w:bottom w:w="20" w:type="dxa"/>
          <w:left w:w="100" w:type="dxa"/>
          <w:right w:w="100" w:type="dxa"/>
        </w:tblCellMar>
      </w:tblPr>
      <w:tblGrid>
        <w:gridCol w:w="1871"/>
        <w:gridCol w:w="7767"/>
      </w:tblGrid>
      <w:tr>
        <w:tc>
          <w:tcPr>
            <w:tcW w:type="dxa" w:w="1871"/>
            <w:tcBorders>
              <w:top w:val="nil"/>
              <w:left w:val="nil"/>
              <w:bottom w:val="nil"/>
              <w:right w:val="nil"/>
            </w:tcBorders>
          </w:tcPr>
          <w:p>
            <w:r>
              <w:drawing>
                <wp:inline xmlns:a="http://schemas.openxmlformats.org/drawingml/2006/main" xmlns:pic="http://schemas.openxmlformats.org/drawingml/2006/picture">
                  <wp:extent cx="936000" cy="936000"/>
                  <wp:docPr id="1" name="Picture 1"/>
                  <wp:cNvGraphicFramePr>
                    <a:graphicFrameLocks noChangeAspect="1"/>
                  </wp:cNvGraphicFramePr>
                  <a:graphic>
                    <a:graphicData uri="http://schemas.openxmlformats.org/drawingml/2006/picture">
                      <pic:pic>
                        <pic:nvPicPr>
                          <pic:cNvPr id="0" name="news-roundup-oct12-b1_qr.png"/>
                          <pic:cNvPicPr/>
                        </pic:nvPicPr>
                        <pic:blipFill>
                          <a:blip r:embed="rId10"/>
                          <a:stretch>
                            <a:fillRect/>
                          </a:stretch>
                        </pic:blipFill>
                        <pic:spPr>
                          <a:xfrm>
                            <a:off x="0" y="0"/>
                            <a:ext cx="936000" cy="936000"/>
                          </a:xfrm>
                          <a:prstGeom prst="rect"/>
                        </pic:spPr>
                      </pic:pic>
                    </a:graphicData>
                  </a:graphic>
                </wp:inline>
              </w:drawing>
            </w:r>
          </w:p>
        </w:tc>
        <w:tc>
          <w:tcPr>
            <w:tcW w:type="dxa" w:w="7767"/>
            <w:tcBorders>
              <w:top w:val="nil"/>
              <w:left w:val="nil"/>
              <w:bottom w:val="nil"/>
              <w:right w:val="nil"/>
            </w:tcBorders>
          </w:tcPr>
          <w:p>
            <w:r>
              <w:rPr>
                <w:b w:val="0"/>
                <w:i w:val="0"/>
              </w:rPr>
              <w:t xml:space="preserve">Scan the code or visit </w:t>
            </w:r>
            <w:r>
              <w:rPr>
                <w:b/>
                <w:i w:val="0"/>
              </w:rPr>
              <w:t>englishbridges.com/lessons/news-roundup-oct12-b1</w:t>
            </w:r>
            <w:r>
              <w:rPr>
                <w:b w:val="0"/>
                <w:i w:val="0"/>
              </w:rPr>
              <w:t xml:space="preserve"> for the full reading, vocabulary activities, the Speed Challenge, typing practice, and AI conversation prompts.</w:t>
            </w:r>
          </w:p>
        </w:tc>
      </w:tr>
    </w:tbl>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888888"/>
        <w:sz w:val="16"/>
      </w:rPr>
      <w:t xml:space="preserve">News Roundup (B1)   |   EnglishBridges.com   |   </w:t>
    </w:r>
    <w:r>
      <w:rPr>
        <w:color w:val="888888"/>
        <w:sz w:val="16"/>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line="240"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i w:val="0"/>
      <w:color w:val="1F5C99"/>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i w:val="0"/>
      <w:color w:val="333333"/>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