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/>
      </w:pPr>
      <w:r>
        <w:rPr>
          <w:b/>
          <w:i w:val="0"/>
          <w:color w:val="1F5C99"/>
          <w:sz w:val="40"/>
        </w:rPr>
        <w:t>The Vocabulary of Job Hunting</w:t>
      </w:r>
    </w:p>
    <w:p>
      <w:pPr>
        <w:keepNext w:val="0"/>
        <w:spacing w:before="0" w:after="120"/>
      </w:pPr>
      <w:r>
        <w:rPr>
          <w:b w:val="0"/>
          <w:i w:val="0"/>
          <w:color w:val="555555"/>
          <w:sz w:val="21"/>
        </w:rPr>
        <w:t>Teacher's Key   |   Level C1   |   EnglishBridges.com</w:t>
      </w:r>
    </w:p>
    <w:p>
      <w:pPr>
        <w:keepNext w:val="0"/>
        <w:spacing w:before="0" w:after="80"/>
      </w:pPr>
      <w:r>
        <w:rPr>
          <w:b w:val="0"/>
          <w:i/>
          <w:color w:val="444444"/>
        </w:rPr>
        <w:t>Sections follow the student handout. Delete a section here when you delete it from the handout.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Vocabulary: Fill in the Blank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1. vacancy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8. overqualified / over-qualified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2. referral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9. competency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3. transferable skills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10. culture fit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4. tailor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11. follow up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5. track record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12. ghosted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6. shortlisted / short-listed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13. counteroffer / counter-offer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7. career gap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14. probation</w:t>
            </w:r>
          </w:p>
        </w:tc>
      </w:tr>
    </w:tbl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Word Partners</w:t>
      </w:r>
    </w:p>
    <w:p>
      <w:pPr>
        <w:keepNext w:val="0"/>
        <w:spacing w:before="0" w:after="40"/>
      </w:pPr>
      <w:r>
        <w:rPr>
          <w:b/>
          <w:i w:val="0"/>
        </w:rPr>
        <w:t>Part A.</w:t>
      </w:r>
      <w:r>
        <w:rPr>
          <w:b w:val="0"/>
          <w:i w:val="0"/>
        </w:rPr>
        <w:t xml:space="preserve"> 1 e   2 g   3 b   4 f   5 d   6 h   7 c   8 a</w:t>
      </w:r>
    </w:p>
    <w:p>
      <w:pPr>
        <w:keepNext w:val="0"/>
        <w:spacing w:before="0" w:after="80"/>
      </w:pPr>
      <w:r>
        <w:rPr>
          <w:b w:val="0"/>
          <w:i w:val="0"/>
        </w:rPr>
        <w:t>Phrases: advertise a vacancy; tailor your CV to each job; a proven track record; explain a career gap; be shortlisted for an interview; make a counteroffer; work your notice period; pass your probation.</w:t>
      </w:r>
    </w:p>
    <w:p>
      <w:pPr>
        <w:keepNext w:val="0"/>
        <w:spacing w:before="0" w:after="80"/>
      </w:pPr>
      <w:r>
        <w:rPr>
          <w:b/>
          <w:i w:val="0"/>
        </w:rPr>
        <w:t>Part B.</w:t>
      </w:r>
      <w:r>
        <w:rPr>
          <w:b w:val="0"/>
          <w:i w:val="0"/>
        </w:rPr>
        <w:t xml:space="preserve"> 1 vacant   2 refer   3 tailored   4 competent   5 probationary   6 follow-up / follow up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What Would You Say? Model Answers</w:t>
      </w:r>
    </w:p>
    <w:p>
      <w:pPr>
        <w:keepNext w:val="0"/>
        <w:spacing w:before="0" w:after="60"/>
      </w:pPr>
      <w:r>
        <w:rPr>
          <w:b w:val="0"/>
          <w:i/>
          <w:color w:val="444444"/>
        </w:rPr>
        <w:t>Accept any answer that is clear, polite, and fits the situation.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1.  </w:t>
      </w:r>
      <w:r>
        <w:rPr>
          <w:b w:val="0"/>
          <w:i/>
        </w:rPr>
        <w:t>A friend’s company has a vacancy that interests you. Ask your friend for more information.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"I saw that your team has a vacancy for a marketing assistant. Would you have fifteen minutes this week to tell me what the work is like?" Look for a request for information, not for a job.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2.  </w:t>
      </w:r>
      <w:r>
        <w:rPr>
          <w:b w:val="0"/>
          <w:i/>
        </w:rPr>
        <w:t>You want a former teacher or manager to be a reference. Write the first two sentences of your message.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"I hope you are well. I am applying for a junior accountant role at Nordwell, and I was wondering whether you would be willing to act as a reference." Look for a polite question (I was wondering whether, would you be willing to).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3.  </w:t>
      </w:r>
      <w:r>
        <w:rPr>
          <w:b w:val="0"/>
          <w:i/>
        </w:rPr>
        <w:t>An interviewer says, "Tell me about yourself." Answer in three or four sentences for a job you would like.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Open answer. A strong answer gives present role or studies, one or two relevant achievements or transferable skills, and why this job is the next step. It does not retell a whole life story.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4.  </w:t>
      </w:r>
      <w:r>
        <w:rPr>
          <w:b w:val="0"/>
          <w:i/>
        </w:rPr>
        <w:t>Your job was cut when your company closed a department. An interviewer asks why you left your last job.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"My role was made redundant when the company closed its design department." Look for redundant or laid off, not fired, and a neutral tone with no complaint about the employer.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5.  </w:t>
      </w:r>
      <w:r>
        <w:rPr>
          <w:b w:val="0"/>
          <w:i/>
        </w:rPr>
        <w:t>Your CV shows an eight-month career gap. Explain it in two sentences.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"I took eight months out to care for a family member. During that time I completed an online course in bookkeeping and kept up with changes in the field." Accept any honest, brief reason plus what the person did.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6.  </w:t>
      </w:r>
      <w:r>
        <w:rPr>
          <w:b w:val="0"/>
          <w:i/>
        </w:rPr>
        <w:t>An interviewer asks a question you did not fully understand.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"Sorry, could you rephrase the question, please?" or "Just to check, do you mean...?"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7.  </w:t>
      </w:r>
      <w:r>
        <w:rPr>
          <w:b w:val="0"/>
          <w:i/>
        </w:rPr>
        <w:t>It has been ten days since your final interview, and you have heard nothing. Write a short follow-up email.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"Dear Ms. Lee, Thank you again for meeting me on 14 March. I wanted to follow up on my interview for the analyst role and ask whether there is any update. I remain very interested in the position. Best regards, ..." Look for follow up, a past-tense softener, and continued interest.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8.  </w:t>
      </w:r>
      <w:r>
        <w:rPr>
          <w:b w:val="0"/>
          <w:i/>
        </w:rPr>
        <w:t>You receive an offer, but the salary is lower than you hoped. Respond.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"Thank you for the offer. I’m very interested in the role. Is there any flexibility on the starting salary?" Accept a polite counter-request that shows interest first.</w:t>
      </w:r>
    </w:p>
    <w:p>
      <w:pPr>
        <w:keepNext/>
        <w:spacing w:before="0" w:after="0"/>
        <w:ind w:left="400" w:hanging="400"/>
      </w:pPr>
      <w:r>
        <w:rPr>
          <w:b/>
        </w:rPr>
        <w:t xml:space="preserve">9.  </w:t>
      </w:r>
      <w:r>
        <w:rPr>
          <w:b w:val="0"/>
          <w:i/>
        </w:rPr>
        <w:t>After you resign, your manager makes you a counteroffer, but you plan to leave. Decline politely.</w:t>
      </w:r>
    </w:p>
    <w:p>
      <w:pPr>
        <w:keepNext w:val="0"/>
        <w:spacing w:before="0" w:after="80"/>
        <w:ind w:left="400"/>
      </w:pPr>
      <w:r>
        <w:rPr>
          <w:b w:val="0"/>
          <w:i w:val="0"/>
        </w:rPr>
        <w:t>Model: "Thank you for the counteroffer. I really appreciate it, but I’ve decided that the new role is the right step for me, and I’d like my resignation to stand." Look for thanks, a clear decision, and no criticism of the company.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Nuance Check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/>
          <w:i w:val="0"/>
        </w:rPr>
        <w:t>T.</w:t>
      </w:r>
      <w:r>
        <w:rPr>
          <w:b w:val="0"/>
          <w:i w:val="0"/>
        </w:rPr>
        <w:t xml:space="preserve"> The short document is usually called a résumé there.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/>
          <w:i w:val="0"/>
        </w:rPr>
        <w:t>F.</w:t>
      </w:r>
      <w:r>
        <w:rPr>
          <w:b w:val="0"/>
          <w:i w:val="0"/>
        </w:rPr>
        <w:t xml:space="preserve"> That is a referral. A reference speaks for you later in the process.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/>
          <w:i w:val="0"/>
        </w:rPr>
        <w:t>T.</w:t>
      </w:r>
      <w:r>
        <w:rPr>
          <w:b w:val="0"/>
          <w:i w:val="0"/>
        </w:rPr>
        <w:t xml:space="preserve"> Made redundant (British) and laid off (American) mean the position was cut.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/>
          <w:i w:val="0"/>
        </w:rPr>
        <w:t>F.</w:t>
      </w:r>
      <w:r>
        <w:rPr>
          <w:b w:val="0"/>
          <w:i w:val="0"/>
        </w:rPr>
        <w:t xml:space="preserve"> It is the other way around: apply for a job, apply to a company.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/>
          <w:i w:val="0"/>
        </w:rPr>
        <w:t>T.</w:t>
      </w:r>
      <w:r>
        <w:rPr>
          <w:b w:val="0"/>
          <w:i w:val="0"/>
        </w:rPr>
        <w:t xml:space="preserve"> Headhunters approach people directly, often for senior roles.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/>
          <w:i w:val="0"/>
        </w:rPr>
        <w:t>F.</w:t>
      </w:r>
      <w:r>
        <w:rPr>
          <w:b w:val="0"/>
          <w:i w:val="0"/>
        </w:rPr>
        <w:t xml:space="preserve"> You are still in the process, usually invited to an interview.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/>
          <w:i w:val="0"/>
        </w:rPr>
        <w:t>T.</w:t>
      </w:r>
      <w:r>
        <w:rPr>
          <w:b w:val="0"/>
          <w:i w:val="0"/>
        </w:rPr>
        <w:t xml:space="preserve"> It is informal, though it now appears often in news about hiring.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/>
          <w:i w:val="0"/>
        </w:rPr>
        <w:t>F.</w:t>
      </w:r>
      <w:r>
        <w:rPr>
          <w:b w:val="0"/>
          <w:i w:val="0"/>
        </w:rPr>
        <w:t xml:space="preserve"> It means you have more experience or skill than the job needs.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/>
          <w:i w:val="0"/>
        </w:rPr>
        <w:t>T.</w:t>
      </w:r>
      <w:r>
        <w:rPr>
          <w:b w:val="0"/>
          <w:i w:val="0"/>
        </w:rPr>
        <w:t xml:space="preserve"> Employers sometimes make a counteroffer to keep a worker who resigns.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/>
          <w:i w:val="0"/>
        </w:rPr>
        <w:t>F.</w:t>
      </w:r>
      <w:r>
        <w:rPr>
          <w:b w:val="0"/>
          <w:i w:val="0"/>
        </w:rPr>
        <w:t xml:space="preserve"> That is the notice period. Probation is a trial period at the start of a job.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Language Focus: Softening Requests and Refusals</w:t>
      </w:r>
    </w:p>
    <w:p>
      <w:pPr>
        <w:keepNext w:val="0"/>
        <w:spacing w:before="0" w:after="60"/>
      </w:pPr>
      <w:r>
        <w:rPr>
          <w:b w:val="0"/>
          <w:i/>
          <w:color w:val="444444"/>
        </w:rPr>
        <w:t>Model answers. Part A: accept any polite version that uses the word in brackets. Part B: accept any ending that fits the situation and keeps the softened tone.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Could you send me the job description, please?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Is there any flexibility on the salary?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I was wondering whether there is any update on my application.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I'm afraid I'm not available on Monday. Would Tuesday work instead?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Would it be possible to give you my answer next week?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I was wondering if you would be willing to act as a reference for me.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I'm afraid I can't talk right now. Could I call you back in an hour?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Would it be possible to work from home one or two days a week?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I wanted to thank you for your advice about the logistics industry.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Unfortunately, I have accepted another offer, so I will not be able to attend.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Notes</w:t>
      </w:r>
    </w:p>
    <w:p>
      <w:pPr>
        <w:keepNext w:val="0"/>
        <w:spacing w:before="0" w:after="80"/>
      </w:pPr>
      <w:r>
        <w:rPr>
          <w:b w:val="0"/>
          <w:i w:val="0"/>
          <w:sz w:val="19"/>
        </w:rPr>
        <w:t>Format: this unit has no reading. A short introduction replaces it, and the vocabulary is grouped by the stage of a job hunt. The handout prints a key-terms table and part of the phrase bank instead of a reading. What Would You Say? replaces the comprehension questions, and Nuance Check replaces True or False.</w:t>
      </w:r>
    </w:p>
    <w:p>
      <w:pPr>
        <w:keepNext w:val="0"/>
        <w:spacing w:before="0" w:after="80"/>
      </w:pPr>
      <w:r>
        <w:rPr>
          <w:b w:val="0"/>
          <w:i w:val="0"/>
          <w:sz w:val="19"/>
        </w:rPr>
        <w:t>CV and résumé: Wikipedia (Curriculum vitae, opened 26 October 2026) says résumé is the usual North American term for the short document, that a CV there is usually a full academic record, and that CV is the usual British term. Usage in other countries is mixed (some use both words); the unit says "much of the English-speaking world" rather than listing countries.</w:t>
      </w:r>
    </w:p>
    <w:p>
      <w:pPr>
        <w:keepNext w:val="0"/>
        <w:spacing w:before="0" w:after="80"/>
      </w:pPr>
      <w:r>
        <w:rPr>
          <w:b w:val="0"/>
          <w:i w:val="0"/>
          <w:sz w:val="19"/>
        </w:rPr>
        <w:t>Laid off and made redundant: the American sense of laid off (job cut, not the worker’s fault) follows Monster (opened 26 October 2026). In UK government guidance, a lay-off is a temporary period without work or pay, which is why the nuance note distinguishes the British sense. Fired is described as usually, not always, connected with performance or conduct.</w:t>
      </w:r>
    </w:p>
    <w:p>
      <w:pPr>
        <w:keepNext w:val="0"/>
        <w:spacing w:before="0" w:after="80"/>
      </w:pPr>
      <w:r>
        <w:rPr>
          <w:b w:val="0"/>
          <w:i w:val="0"/>
          <w:sz w:val="19"/>
        </w:rPr>
        <w:t>Opinion and practice, not research: advice in the phrase bank and nuance notes (thank-you emails, asking for a salary range, being careful with counteroffers, culture fit as a possible cover for bias) reflects common career-advice practice and varies by country and industry. Whether it is acceptable to ask about pay in a first interview differs by culture, which is why it is also a discussion question. Notice periods and probation lengths depend on national law and contracts, so the unit gives no figures. The often-quoted claim that most jobs are never advertised (figures of 70 to 80 percent) was not used: its sources are unclear.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The Vocabulary of Job Hunting: Teacher's Key   |   EnglishBridges.com   |   </w:t>
    </w:r>
    <w:r>
      <w:rPr>
        <w:color w:val="88888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i w:val="0"/>
      <w:color w:val="1F5C9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i w:val="0"/>
      <w:color w:val="3333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