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0" w:after="60"/>
      </w:pPr>
      <w:r>
        <w:rPr>
          <w:b/>
          <w:i w:val="0"/>
          <w:color w:val="1F5C99"/>
          <w:sz w:val="40"/>
        </w:rPr>
        <w:t>Football History</w:t>
      </w:r>
    </w:p>
    <w:p>
      <w:pPr>
        <w:keepNext w:val="0"/>
        <w:spacing w:before="0" w:after="120"/>
      </w:pPr>
      <w:r>
        <w:rPr>
          <w:b w:val="0"/>
          <w:i w:val="0"/>
          <w:color w:val="555555"/>
          <w:sz w:val="21"/>
        </w:rPr>
        <w:t>How One Game Spread Around the World   |   Level C1   |   EnglishBridges.com</w:t>
      </w:r>
    </w:p>
    <w:p>
      <w:pPr>
        <w:pStyle w:val="Heading1"/>
        <w:keepNext/>
        <w:pBdr>
          <w:top w:val="single" w:sz="12" w:space="6" w:color="1F5C99"/>
        </w:pBdr>
        <w:spacing w:before="220" w:after="60"/>
      </w:pPr>
      <w:r>
        <w:rPr>
          <w:b w:val="0"/>
          <w:i w:val="0"/>
        </w:rPr>
        <w:t>Before You Read</w:t>
      </w:r>
    </w:p>
    <w:p>
      <w:pPr>
        <w:keepNext/>
        <w:spacing w:before="0" w:after="60"/>
      </w:pPr>
      <w:r>
        <w:rPr>
          <w:b w:val="0"/>
          <w:i/>
          <w:color w:val="444444"/>
        </w:rPr>
        <w:t>Discuss these questions with a partner.</w:t>
      </w:r>
    </w:p>
    <w:p>
      <w:pPr>
        <w:keepNext w:val="0"/>
        <w:spacing w:before="0" w:after="20"/>
        <w:ind w:left="400" w:hanging="400"/>
      </w:pPr>
      <w:r>
        <w:rPr>
          <w:b/>
        </w:rPr>
        <w:t xml:space="preserve">1.  </w:t>
      </w:r>
      <w:r>
        <w:rPr>
          <w:b w:val="0"/>
          <w:i w:val="0"/>
        </w:rPr>
        <w:t>Did you play football (soccer) or another ball game as a child? Where did you play, and what did you use for goals?</w:t>
      </w:r>
    </w:p>
    <w:p>
      <w:pPr>
        <w:keepNext w:val="0"/>
        <w:spacing w:before="0" w:after="20"/>
        <w:ind w:left="400" w:hanging="400"/>
      </w:pPr>
      <w:r>
        <w:rPr>
          <w:b/>
        </w:rPr>
        <w:t xml:space="preserve">2.  </w:t>
      </w:r>
      <w:r>
        <w:rPr>
          <w:b w:val="0"/>
          <w:i w:val="0"/>
        </w:rPr>
        <w:t>Which football teams or players are popular where you live, and what makes them popular?</w:t>
      </w:r>
    </w:p>
    <w:p>
      <w:pPr>
        <w:keepNext w:val="0"/>
        <w:spacing w:before="0" w:after="20"/>
        <w:ind w:left="400" w:hanging="400"/>
      </w:pPr>
      <w:r>
        <w:rPr>
          <w:b/>
        </w:rPr>
        <w:t xml:space="preserve">3.  </w:t>
      </w:r>
      <w:r>
        <w:rPr>
          <w:b w:val="0"/>
          <w:i w:val="0"/>
        </w:rPr>
        <w:t>How might people's interest in football differ by country, age, or gender?</w:t>
      </w:r>
    </w:p>
    <w:p>
      <w:pPr>
        <w:pStyle w:val="Heading1"/>
        <w:keepNext/>
        <w:pBdr>
          <w:top w:val="single" w:sz="12" w:space="6" w:color="1F5C99"/>
        </w:pBdr>
        <w:spacing w:before="220" w:after="60"/>
      </w:pPr>
      <w:r>
        <w:rPr>
          <w:b w:val="0"/>
          <w:i w:val="0"/>
        </w:rPr>
        <w:t>Reading: Football History</w:t>
      </w:r>
    </w:p>
    <w:p>
      <w:pPr>
        <w:spacing w:before="0" w:after="80" w:line="300" w:lineRule="auto"/>
      </w:pPr>
      <w:r>
        <w:rPr>
          <w:b w:val="0"/>
          <w:i w:val="0"/>
          <w:sz w:val="23"/>
        </w:rPr>
        <w:t xml:space="preserve">On streets and dusty fields around the world, people play football with two bags for a goal and a ball that </w:t>
      </w:r>
      <w:r>
        <w:rPr>
          <w:b/>
          <w:i w:val="0"/>
          <w:sz w:val="23"/>
        </w:rPr>
        <w:t>has seen better days</w:t>
      </w:r>
      <w:r>
        <w:rPr>
          <w:b w:val="0"/>
          <w:i w:val="0"/>
          <w:sz w:val="23"/>
        </w:rPr>
        <w:t xml:space="preserve">. The game needs almost no equipment, which helps to explain its </w:t>
      </w:r>
      <w:r>
        <w:rPr>
          <w:b/>
          <w:i w:val="0"/>
          <w:sz w:val="23"/>
        </w:rPr>
        <w:t>ubiquity</w:t>
      </w:r>
      <w:r>
        <w:rPr>
          <w:b w:val="0"/>
          <w:i w:val="0"/>
          <w:sz w:val="23"/>
        </w:rPr>
        <w:t>. Its governing body, FIFA, has more member associations than the United Nations has member states.</w:t>
      </w:r>
    </w:p>
    <w:p>
      <w:pPr>
        <w:spacing w:before="0" w:after="80" w:line="300" w:lineRule="auto"/>
      </w:pPr>
      <w:r>
        <w:rPr>
          <w:b w:val="0"/>
          <w:i w:val="0"/>
          <w:sz w:val="23"/>
        </w:rPr>
        <w:t xml:space="preserve">Kicking games are very old. In China, a game called cuju was played more than 2,000 years ago, partly as training for soldiers. Medieval Europe had a more </w:t>
      </w:r>
      <w:r>
        <w:rPr>
          <w:b/>
          <w:i w:val="0"/>
          <w:sz w:val="23"/>
        </w:rPr>
        <w:t>unruly</w:t>
      </w:r>
      <w:r>
        <w:rPr>
          <w:b w:val="0"/>
          <w:i w:val="0"/>
          <w:sz w:val="23"/>
        </w:rPr>
        <w:t xml:space="preserve"> version, in which whole villages chased a ball through the streets. London banned the game in 1314, and English authorities kept banning it for centuries, </w:t>
      </w:r>
      <w:r>
        <w:rPr>
          <w:b/>
          <w:i w:val="0"/>
          <w:sz w:val="23"/>
        </w:rPr>
        <w:t>to little avail</w:t>
      </w:r>
      <w:r>
        <w:rPr>
          <w:b w:val="0"/>
          <w:i w:val="0"/>
          <w:sz w:val="23"/>
        </w:rPr>
        <w:t>.</w:t>
      </w:r>
    </w:p>
    <w:p>
      <w:pPr>
        <w:spacing w:before="0" w:after="80" w:line="300" w:lineRule="auto"/>
      </w:pPr>
      <w:r>
        <w:rPr>
          <w:b w:val="0"/>
          <w:i w:val="0"/>
          <w:sz w:val="23"/>
        </w:rPr>
        <w:t xml:space="preserve">The modern game began in a London pub in 1863. Schools and clubs played by different rules, so matches could </w:t>
      </w:r>
      <w:r>
        <w:rPr>
          <w:b/>
          <w:i w:val="0"/>
          <w:sz w:val="23"/>
        </w:rPr>
        <w:t>degenerate</w:t>
      </w:r>
      <w:r>
        <w:rPr>
          <w:b w:val="0"/>
          <w:i w:val="0"/>
          <w:sz w:val="23"/>
        </w:rPr>
        <w:t xml:space="preserve"> into arguments. One </w:t>
      </w:r>
      <w:r>
        <w:rPr>
          <w:b/>
          <w:i w:val="0"/>
          <w:sz w:val="23"/>
        </w:rPr>
        <w:t>sticking point</w:t>
      </w:r>
      <w:r>
        <w:rPr>
          <w:b w:val="0"/>
          <w:i w:val="0"/>
          <w:sz w:val="23"/>
        </w:rPr>
        <w:t xml:space="preserve"> was hacking, the practice of kicking an opponent in the shins. The new Football Association banned it, and the club that wanted to keep it left and later helped found rugby. Later, students at Oxford turned "association" into "soccer," a word still used in a few countries.</w:t>
      </w:r>
    </w:p>
    <w:p>
      <w:pPr>
        <w:spacing w:before="0" w:after="80" w:line="300" w:lineRule="auto"/>
      </w:pPr>
      <w:r>
        <w:rPr>
          <w:b w:val="0"/>
          <w:i w:val="0"/>
          <w:sz w:val="23"/>
        </w:rPr>
        <w:t xml:space="preserve">British sailors, railway workers, and teachers carried the game around the world. Many clubs still show </w:t>
      </w:r>
      <w:r>
        <w:rPr>
          <w:b/>
          <w:i w:val="0"/>
          <w:sz w:val="23"/>
        </w:rPr>
        <w:t>traces</w:t>
      </w:r>
      <w:r>
        <w:rPr>
          <w:b w:val="0"/>
          <w:i w:val="0"/>
          <w:sz w:val="23"/>
        </w:rPr>
        <w:t xml:space="preserve"> of this origin. AC Milan, for example, still uses the English spelling of its city's name. In Brazil, the best-known </w:t>
      </w:r>
      <w:r>
        <w:rPr>
          <w:b/>
          <w:i w:val="0"/>
          <w:sz w:val="23"/>
        </w:rPr>
        <w:t>pioneer</w:t>
      </w:r>
      <w:r>
        <w:rPr>
          <w:b w:val="0"/>
          <w:i w:val="0"/>
          <w:sz w:val="23"/>
        </w:rPr>
        <w:t xml:space="preserve"> was Charles Miller, the son of a Scottish railway engineer. He came home from school in England in 1894 with two footballs and a book of rules. Local players soon made the game their own. Uruguay hosted the first World Cup in 1930, timed to </w:t>
      </w:r>
      <w:r>
        <w:rPr>
          <w:b/>
          <w:i w:val="0"/>
          <w:sz w:val="23"/>
        </w:rPr>
        <w:t>coincide</w:t>
      </w:r>
      <w:r>
        <w:rPr>
          <w:b w:val="0"/>
          <w:i w:val="0"/>
          <w:sz w:val="23"/>
        </w:rPr>
        <w:t xml:space="preserve"> with a hundred years of independence. The long sea voyage </w:t>
      </w:r>
      <w:r>
        <w:rPr>
          <w:b/>
          <w:i w:val="0"/>
          <w:sz w:val="23"/>
        </w:rPr>
        <w:t>deterred</w:t>
      </w:r>
      <w:r>
        <w:rPr>
          <w:b w:val="0"/>
          <w:i w:val="0"/>
          <w:sz w:val="23"/>
        </w:rPr>
        <w:t xml:space="preserve"> most European teams, so only 13 teams took part. Football was now growing </w:t>
      </w:r>
      <w:r>
        <w:rPr>
          <w:b/>
          <w:i w:val="0"/>
          <w:sz w:val="23"/>
        </w:rPr>
        <w:t>on its own terms</w:t>
      </w:r>
      <w:r>
        <w:rPr>
          <w:b w:val="0"/>
          <w:i w:val="0"/>
          <w:sz w:val="23"/>
        </w:rPr>
        <w:t>.</w:t>
      </w:r>
    </w:p>
    <w:p>
      <w:pPr>
        <w:spacing w:before="0" w:after="80" w:line="300" w:lineRule="auto"/>
      </w:pPr>
      <w:r>
        <w:rPr>
          <w:b w:val="0"/>
          <w:i w:val="0"/>
          <w:sz w:val="23"/>
        </w:rPr>
        <w:t xml:space="preserve">The game also took on meanings beyond sport. In 1958, Algerian players left their clubs in France to form a team that would </w:t>
      </w:r>
      <w:r>
        <w:rPr>
          <w:b/>
          <w:i w:val="0"/>
          <w:sz w:val="23"/>
        </w:rPr>
        <w:t>bolster</w:t>
      </w:r>
      <w:r>
        <w:rPr>
          <w:b w:val="0"/>
          <w:i w:val="0"/>
          <w:sz w:val="23"/>
        </w:rPr>
        <w:t xml:space="preserve"> support for Algeria's independence. For many new nations, a national team became a </w:t>
      </w:r>
      <w:r>
        <w:rPr>
          <w:b/>
          <w:i w:val="0"/>
          <w:sz w:val="23"/>
        </w:rPr>
        <w:t>rallying point</w:t>
      </w:r>
      <w:r>
        <w:rPr>
          <w:b w:val="0"/>
          <w:i w:val="0"/>
          <w:sz w:val="23"/>
        </w:rPr>
        <w:t xml:space="preserve">. Women, however, were pushed aside. In 1921, England's FA banned women's games from its members' grounds. Brazil went further, </w:t>
      </w:r>
      <w:r>
        <w:rPr>
          <w:b/>
          <w:i w:val="0"/>
          <w:sz w:val="23"/>
        </w:rPr>
        <w:t>outlawing</w:t>
      </w:r>
      <w:r>
        <w:rPr>
          <w:b w:val="0"/>
          <w:i w:val="0"/>
          <w:sz w:val="23"/>
        </w:rPr>
        <w:t xml:space="preserve"> women's football from 1941 to 1979. In 2026, the World Cup had 48 teams for the first time. One of its </w:t>
      </w:r>
      <w:r>
        <w:rPr>
          <w:b/>
          <w:i w:val="0"/>
          <w:sz w:val="23"/>
        </w:rPr>
        <w:t>milestones</w:t>
      </w:r>
      <w:r>
        <w:rPr>
          <w:b w:val="0"/>
          <w:i w:val="0"/>
          <w:sz w:val="23"/>
        </w:rPr>
        <w:t xml:space="preserve"> was the debut of Curaçao, an island of about 160,000 people. It became the smallest country by population ever to qualify.</w:t>
      </w:r>
    </w:p>
    <w:p>
      <w:pPr>
        <w:pStyle w:val="Heading1"/>
        <w:keepNext/>
        <w:pBdr>
          <w:top w:val="single" w:sz="12" w:space="6" w:color="1F5C99"/>
        </w:pBdr>
        <w:spacing w:before="220" w:after="60"/>
      </w:pPr>
      <w:r>
        <w:rPr>
          <w:b w:val="0"/>
          <w:i w:val="0"/>
        </w:rPr>
        <w:t>Vocabulary: Fill in the Blank</w:t>
      </w:r>
    </w:p>
    <w:p>
      <w:pPr>
        <w:keepNext/>
        <w:spacing w:before="0" w:after="60"/>
      </w:pPr>
      <w:r>
        <w:rPr>
          <w:b w:val="0"/>
          <w:i/>
          <w:color w:val="444444"/>
        </w:rPr>
        <w:t>Complete each sentence with a word or phrase from the box. Use each one once.</w:t>
      </w:r>
    </w:p>
    <w:tbl>
      <w:tblPr>
        <w:tblW w:type="auto" w:w="0"/>
        <w:tblLayout w:type="fixed"/>
        <w:tblLook w:firstColumn="1" w:firstRow="1" w:lastColumn="0" w:lastRow="0" w:noHBand="0" w:noVBand="1" w:val="04A0"/>
        <w:tblCellMar>
          <w:top w:w="80" w:type="dxa"/>
          <w:bottom w:w="80" w:type="dxa"/>
          <w:left w:w="160" w:type="dxa"/>
          <w:right w:w="160" w:type="dxa"/>
        </w:tblCellMar>
      </w:tblPr>
      <w:tblGrid>
        <w:gridCol w:w="9638"/>
      </w:tblGrid>
      <w:tr>
        <w:trPr>
          <w:cantSplit/>
        </w:trPr>
        <w:tc>
          <w:tcPr>
            <w:tcW w:type="dxa" w:w="9638"/>
            <w:tcBorders>
              <w:top w:val="single" w:sz="4" w:color="BBBBBB"/>
              <w:left w:val="single" w:sz="4" w:color="BBBBBB"/>
              <w:bottom w:val="single" w:sz="4" w:color="BBBBBB"/>
              <w:right w:val="single" w:sz="4" w:color="BBBBBB"/>
            </w:tcBorders>
            <w:shd w:val="clear" w:color="auto" w:fill="EEF4FA"/>
          </w:tcPr>
          <w:p>
            <w:pPr>
              <w:spacing w:before="0" w:after="0"/>
              <w:jc w:val="center"/>
            </w:pPr>
            <w:r>
              <w:rPr>
                <w:b/>
                <w:i w:val="0"/>
              </w:rPr>
              <w:t>rallying point     has seen better days     unruly     bolster     milestones     pioneer     traces     degenerate     sticking point     to little avail     coincide     ubiquity     outlawing     deterred</w:t>
            </w:r>
          </w:p>
        </w:tc>
      </w:tr>
    </w:tbl>
    <w:p>
      <w:pPr>
        <w:spacing w:before="0" w:after="0" w:line="60" w:lineRule="exact"/>
      </w:pPr>
    </w:p>
    <w:p>
      <w:pPr>
        <w:keepNext w:val="0"/>
        <w:spacing w:before="0" w:after="20"/>
        <w:ind w:left="400" w:hanging="400"/>
      </w:pPr>
      <w:r>
        <w:rPr>
          <w:b/>
        </w:rPr>
        <w:t xml:space="preserve">1.  </w:t>
      </w:r>
      <w:r>
        <w:rPr>
          <w:b w:val="0"/>
          <w:i w:val="0"/>
        </w:rPr>
        <w:t>My old bicycle ____________, but it still gets me to work every day.</w:t>
      </w:r>
    </w:p>
    <w:p>
      <w:pPr>
        <w:keepNext w:val="0"/>
        <w:spacing w:before="0" w:after="20"/>
        <w:ind w:left="400" w:hanging="400"/>
      </w:pPr>
      <w:r>
        <w:rPr>
          <w:b/>
        </w:rPr>
        <w:t xml:space="preserve">2.  </w:t>
      </w:r>
      <w:r>
        <w:rPr>
          <w:b w:val="0"/>
          <w:i w:val="0"/>
        </w:rPr>
        <w:t>The ____________ of smartphones means that almost anyone can film a match.</w:t>
      </w:r>
    </w:p>
    <w:p>
      <w:pPr>
        <w:keepNext w:val="0"/>
        <w:spacing w:before="0" w:after="20"/>
        <w:ind w:left="400" w:hanging="400"/>
      </w:pPr>
      <w:r>
        <w:rPr>
          <w:b/>
        </w:rPr>
        <w:t xml:space="preserve">3.  </w:t>
      </w:r>
      <w:r>
        <w:rPr>
          <w:b w:val="0"/>
          <w:i w:val="0"/>
        </w:rPr>
        <w:t>Security staff struggled to control the ____________ crowd near the exit.</w:t>
      </w:r>
    </w:p>
    <w:p>
      <w:pPr>
        <w:keepNext w:val="0"/>
        <w:spacing w:before="0" w:after="20"/>
        <w:ind w:left="400" w:hanging="400"/>
      </w:pPr>
      <w:r>
        <w:rPr>
          <w:b/>
        </w:rPr>
        <w:t xml:space="preserve">4.  </w:t>
      </w:r>
      <w:r>
        <w:rPr>
          <w:b w:val="0"/>
          <w:i w:val="0"/>
        </w:rPr>
        <w:t>She called the airline five times, but ____________; nobody answered.</w:t>
      </w:r>
    </w:p>
    <w:p>
      <w:pPr>
        <w:keepNext w:val="0"/>
        <w:spacing w:before="0" w:after="20"/>
        <w:ind w:left="400" w:hanging="400"/>
      </w:pPr>
      <w:r>
        <w:rPr>
          <w:b/>
        </w:rPr>
        <w:t xml:space="preserve">5.  </w:t>
      </w:r>
      <w:r>
        <w:rPr>
          <w:b w:val="0"/>
          <w:i w:val="0"/>
        </w:rPr>
        <w:t>The friendly debate began to ____________ into insults when politics came up.</w:t>
      </w:r>
    </w:p>
    <w:p>
      <w:pPr>
        <w:keepNext w:val="0"/>
        <w:spacing w:before="0" w:after="20"/>
        <w:ind w:left="400" w:hanging="400"/>
      </w:pPr>
      <w:r>
        <w:rPr>
          <w:b/>
        </w:rPr>
        <w:t xml:space="preserve">6.  </w:t>
      </w:r>
      <w:r>
        <w:rPr>
          <w:b w:val="0"/>
          <w:i w:val="0"/>
        </w:rPr>
        <w:t>The price was the main ____________ in the negotiations.</w:t>
      </w:r>
    </w:p>
    <w:p>
      <w:pPr>
        <w:keepNext w:val="0"/>
        <w:spacing w:before="0" w:after="20"/>
        <w:ind w:left="400" w:hanging="400"/>
      </w:pPr>
      <w:r>
        <w:rPr>
          <w:b/>
        </w:rPr>
        <w:t xml:space="preserve">7.  </w:t>
      </w:r>
      <w:r>
        <w:rPr>
          <w:b w:val="0"/>
          <w:i w:val="0"/>
        </w:rPr>
        <w:t>Archaeologists found ____________ of an ancient village under the car park.</w:t>
      </w:r>
    </w:p>
    <w:p>
      <w:pPr>
        <w:keepNext w:val="0"/>
        <w:spacing w:before="0" w:after="20"/>
        <w:ind w:left="400" w:hanging="400"/>
      </w:pPr>
      <w:r>
        <w:rPr>
          <w:b/>
        </w:rPr>
        <w:t xml:space="preserve">8.  </w:t>
      </w:r>
      <w:r>
        <w:rPr>
          <w:b w:val="0"/>
          <w:i w:val="0"/>
        </w:rPr>
        <w:t>Marie Curie was a ____________ in the study of radioactivity.</w:t>
      </w:r>
    </w:p>
    <w:p>
      <w:pPr>
        <w:keepNext w:val="0"/>
        <w:spacing w:before="0" w:after="20"/>
        <w:ind w:left="400" w:hanging="400"/>
      </w:pPr>
      <w:r>
        <w:rPr>
          <w:b/>
        </w:rPr>
        <w:t xml:space="preserve">9.  </w:t>
      </w:r>
      <w:r>
        <w:rPr>
          <w:b w:val="0"/>
          <w:i w:val="0"/>
        </w:rPr>
        <w:t>The festival was planned to ____________ with the full moon.</w:t>
      </w:r>
    </w:p>
    <w:p>
      <w:pPr>
        <w:keepNext w:val="0"/>
        <w:spacing w:before="0" w:after="20"/>
        <w:ind w:left="400" w:hanging="400"/>
      </w:pPr>
      <w:r>
        <w:rPr>
          <w:b/>
        </w:rPr>
        <w:t xml:space="preserve">10.  </w:t>
      </w:r>
      <w:r>
        <w:rPr>
          <w:b w:val="0"/>
          <w:i w:val="0"/>
        </w:rPr>
        <w:t>The high ticket prices ____________ many young fans from going to matches.</w:t>
      </w:r>
    </w:p>
    <w:p>
      <w:pPr>
        <w:keepNext w:val="0"/>
        <w:spacing w:before="0" w:after="20"/>
        <w:ind w:left="400" w:hanging="400"/>
      </w:pPr>
      <w:r>
        <w:rPr>
          <w:b/>
        </w:rPr>
        <w:t xml:space="preserve">11.  </w:t>
      </w:r>
      <w:r>
        <w:rPr>
          <w:b w:val="0"/>
          <w:i w:val="0"/>
        </w:rPr>
        <w:t>A strong first-half performance helped to ____________ the team's belief that it could win.</w:t>
      </w:r>
    </w:p>
    <w:p>
      <w:pPr>
        <w:keepNext w:val="0"/>
        <w:spacing w:before="0" w:after="20"/>
        <w:ind w:left="400" w:hanging="400"/>
      </w:pPr>
      <w:r>
        <w:rPr>
          <w:b/>
        </w:rPr>
        <w:t xml:space="preserve">12.  </w:t>
      </w:r>
      <w:r>
        <w:rPr>
          <w:b w:val="0"/>
          <w:i w:val="0"/>
        </w:rPr>
        <w:t>The old harbor became a ____________ that brought the whole town together to save it.</w:t>
      </w:r>
    </w:p>
    <w:p>
      <w:pPr>
        <w:keepNext w:val="0"/>
        <w:spacing w:before="0" w:after="20"/>
        <w:ind w:left="400" w:hanging="400"/>
      </w:pPr>
      <w:r>
        <w:rPr>
          <w:b/>
        </w:rPr>
        <w:t xml:space="preserve">13.  </w:t>
      </w:r>
      <w:r>
        <w:rPr>
          <w:b w:val="0"/>
          <w:i w:val="0"/>
        </w:rPr>
        <w:t>Several cities are ____________ diesel cars from their historic centers.</w:t>
      </w:r>
    </w:p>
    <w:p>
      <w:pPr>
        <w:keepNext w:val="0"/>
        <w:spacing w:before="0" w:after="20"/>
        <w:ind w:left="400" w:hanging="400"/>
      </w:pPr>
      <w:r>
        <w:rPr>
          <w:b/>
        </w:rPr>
        <w:t xml:space="preserve">14.  </w:t>
      </w:r>
      <w:r>
        <w:rPr>
          <w:b w:val="0"/>
          <w:i w:val="0"/>
        </w:rPr>
        <w:t>Learning to walk and talk are important ____________ in a child's development.</w:t>
      </w:r>
    </w:p>
    <w:p>
      <w:pPr>
        <w:pStyle w:val="Heading1"/>
        <w:keepNext/>
        <w:pBdr>
          <w:top w:val="single" w:sz="12" w:space="6" w:color="1F5C99"/>
        </w:pBdr>
        <w:spacing w:before="220" w:after="60"/>
      </w:pPr>
      <w:r>
        <w:rPr>
          <w:b w:val="0"/>
          <w:i w:val="0"/>
        </w:rPr>
        <w:t>Word Partners: Collocations and Word Families</w:t>
      </w:r>
    </w:p>
    <w:p>
      <w:pPr>
        <w:pStyle w:val="Heading2"/>
        <w:keepNext/>
        <w:spacing w:before="100" w:after="40"/>
      </w:pPr>
      <w:r>
        <w:rPr>
          <w:b w:val="0"/>
          <w:i w:val="0"/>
        </w:rPr>
        <w:t>Part A. Collocations</w:t>
      </w:r>
    </w:p>
    <w:p>
      <w:pPr>
        <w:keepNext/>
        <w:spacing w:before="0" w:after="60"/>
      </w:pPr>
      <w:r>
        <w:rPr>
          <w:b w:val="0"/>
          <w:i/>
          <w:color w:val="444444"/>
        </w:rPr>
        <w:t>Match the two halves to make common phrases. Write the letter on the line.</w:t>
      </w:r>
    </w:p>
    <w:tbl>
      <w:tblPr>
        <w:tblW w:type="auto" w:w="0"/>
        <w:jc w:val="left"/>
        <w:tblLayout w:type="fixed"/>
        <w:tblLook w:firstColumn="1" w:firstRow="1" w:lastColumn="0" w:lastRow="0" w:noHBand="0" w:noVBand="1" w:val="04A0"/>
        <w:tblCellMar>
          <w:top w:w="20" w:type="dxa"/>
          <w:bottom w:w="20" w:type="dxa"/>
          <w:left w:w="100" w:type="dxa"/>
          <w:right w:w="100" w:type="dxa"/>
        </w:tblCellMar>
      </w:tblPr>
      <w:tblGrid>
        <w:gridCol w:w="3005"/>
        <w:gridCol w:w="1191"/>
        <w:gridCol w:w="5443"/>
      </w:tblGrid>
      <w:tr>
        <w:trPr>
          <w:cantSplit/>
        </w:trPr>
        <w:tc>
          <w:tcPr>
            <w:tcW w:type="dxa" w:w="3005"/>
            <w:tcBorders>
              <w:top w:val="nil"/>
              <w:left w:val="nil"/>
              <w:bottom w:val="nil"/>
              <w:right w:val="nil"/>
            </w:tcBorders>
          </w:tcPr>
          <w:p>
            <w:pPr>
              <w:keepNext/>
              <w:spacing w:before="0" w:after="20"/>
            </w:pPr>
            <w:r>
              <w:rPr>
                <w:b/>
                <w:i w:val="0"/>
              </w:rPr>
              <w:t>1.</w:t>
            </w:r>
            <w:r>
              <w:rPr>
                <w:b w:val="0"/>
                <w:i w:val="0"/>
              </w:rPr>
              <w:t xml:space="preserve"> an unruly</w:t>
            </w:r>
          </w:p>
        </w:tc>
        <w:tc>
          <w:tcPr>
            <w:tcW w:type="dxa" w:w="1191"/>
            <w:tcBorders>
              <w:top w:val="nil"/>
              <w:left w:val="nil"/>
              <w:bottom w:val="nil"/>
              <w:right w:val="nil"/>
            </w:tcBorders>
          </w:tcPr>
          <w:p>
            <w:pPr>
              <w:keepNext/>
              <w:spacing w:before="0" w:after="20"/>
            </w:pPr>
            <w:r>
              <w:rPr>
                <w:b w:val="0"/>
                <w:i w:val="0"/>
              </w:rPr>
              <w:t>______</w:t>
            </w:r>
          </w:p>
        </w:tc>
        <w:tc>
          <w:tcPr>
            <w:tcW w:type="dxa" w:w="5443"/>
            <w:tcBorders>
              <w:top w:val="nil"/>
              <w:left w:val="nil"/>
              <w:bottom w:val="nil"/>
              <w:right w:val="nil"/>
            </w:tcBorders>
          </w:tcPr>
          <w:p>
            <w:pPr>
              <w:keepNext/>
              <w:spacing w:before="0" w:after="20"/>
            </w:pPr>
            <w:r>
              <w:rPr>
                <w:b/>
                <w:i w:val="0"/>
              </w:rPr>
              <w:t>a.</w:t>
            </w:r>
            <w:r>
              <w:rPr>
                <w:b w:val="0"/>
                <w:i w:val="0"/>
              </w:rPr>
              <w:t xml:space="preserve"> confidence</w:t>
            </w:r>
          </w:p>
        </w:tc>
      </w:tr>
      <w:tr>
        <w:trPr>
          <w:cantSplit/>
        </w:trPr>
        <w:tc>
          <w:tcPr>
            <w:tcW w:type="dxa" w:w="3005"/>
            <w:tcBorders>
              <w:top w:val="nil"/>
              <w:left w:val="nil"/>
              <w:bottom w:val="nil"/>
              <w:right w:val="nil"/>
            </w:tcBorders>
          </w:tcPr>
          <w:p>
            <w:pPr>
              <w:keepNext/>
              <w:spacing w:before="0" w:after="20"/>
            </w:pPr>
            <w:r>
              <w:rPr>
                <w:b/>
                <w:i w:val="0"/>
              </w:rPr>
              <w:t>2.</w:t>
            </w:r>
            <w:r>
              <w:rPr>
                <w:b w:val="0"/>
                <w:i w:val="0"/>
              </w:rPr>
              <w:t xml:space="preserve"> degenerate into</w:t>
            </w:r>
          </w:p>
        </w:tc>
        <w:tc>
          <w:tcPr>
            <w:tcW w:type="dxa" w:w="1191"/>
            <w:tcBorders>
              <w:top w:val="nil"/>
              <w:left w:val="nil"/>
              <w:bottom w:val="nil"/>
              <w:right w:val="nil"/>
            </w:tcBorders>
          </w:tcPr>
          <w:p>
            <w:pPr>
              <w:keepNext/>
              <w:spacing w:before="0" w:after="20"/>
            </w:pPr>
            <w:r>
              <w:rPr>
                <w:b w:val="0"/>
                <w:i w:val="0"/>
              </w:rPr>
              <w:t>______</w:t>
            </w:r>
          </w:p>
        </w:tc>
        <w:tc>
          <w:tcPr>
            <w:tcW w:type="dxa" w:w="5443"/>
            <w:tcBorders>
              <w:top w:val="nil"/>
              <w:left w:val="nil"/>
              <w:bottom w:val="nil"/>
              <w:right w:val="nil"/>
            </w:tcBorders>
          </w:tcPr>
          <w:p>
            <w:pPr>
              <w:keepNext/>
              <w:spacing w:before="0" w:after="20"/>
            </w:pPr>
            <w:r>
              <w:rPr>
                <w:b/>
                <w:i w:val="0"/>
              </w:rPr>
              <w:t>b.</w:t>
            </w:r>
            <w:r>
              <w:rPr>
                <w:b w:val="0"/>
                <w:i w:val="0"/>
              </w:rPr>
              <w:t xml:space="preserve"> the high cost</w:t>
            </w:r>
          </w:p>
        </w:tc>
      </w:tr>
      <w:tr>
        <w:trPr>
          <w:cantSplit/>
        </w:trPr>
        <w:tc>
          <w:tcPr>
            <w:tcW w:type="dxa" w:w="3005"/>
            <w:tcBorders>
              <w:top w:val="nil"/>
              <w:left w:val="nil"/>
              <w:bottom w:val="nil"/>
              <w:right w:val="nil"/>
            </w:tcBorders>
          </w:tcPr>
          <w:p>
            <w:pPr>
              <w:keepNext/>
              <w:spacing w:before="0" w:after="20"/>
            </w:pPr>
            <w:r>
              <w:rPr>
                <w:b/>
                <w:i w:val="0"/>
              </w:rPr>
              <w:t>3.</w:t>
            </w:r>
            <w:r>
              <w:rPr>
                <w:b w:val="0"/>
                <w:i w:val="0"/>
              </w:rPr>
              <w:t xml:space="preserve"> a major sticking</w:t>
            </w:r>
          </w:p>
        </w:tc>
        <w:tc>
          <w:tcPr>
            <w:tcW w:type="dxa" w:w="1191"/>
            <w:tcBorders>
              <w:top w:val="nil"/>
              <w:left w:val="nil"/>
              <w:bottom w:val="nil"/>
              <w:right w:val="nil"/>
            </w:tcBorders>
          </w:tcPr>
          <w:p>
            <w:pPr>
              <w:keepNext/>
              <w:spacing w:before="0" w:after="20"/>
            </w:pPr>
            <w:r>
              <w:rPr>
                <w:b w:val="0"/>
                <w:i w:val="0"/>
              </w:rPr>
              <w:t>______</w:t>
            </w:r>
          </w:p>
        </w:tc>
        <w:tc>
          <w:tcPr>
            <w:tcW w:type="dxa" w:w="5443"/>
            <w:tcBorders>
              <w:top w:val="nil"/>
              <w:left w:val="nil"/>
              <w:bottom w:val="nil"/>
              <w:right w:val="nil"/>
            </w:tcBorders>
          </w:tcPr>
          <w:p>
            <w:pPr>
              <w:keepNext/>
              <w:spacing w:before="0" w:after="20"/>
            </w:pPr>
            <w:r>
              <w:rPr>
                <w:b/>
                <w:i w:val="0"/>
              </w:rPr>
              <w:t>c.</w:t>
            </w:r>
            <w:r>
              <w:rPr>
                <w:b w:val="0"/>
                <w:i w:val="0"/>
              </w:rPr>
              <w:t xml:space="preserve"> crowd</w:t>
            </w:r>
          </w:p>
        </w:tc>
      </w:tr>
      <w:tr>
        <w:trPr>
          <w:cantSplit/>
        </w:trPr>
        <w:tc>
          <w:tcPr>
            <w:tcW w:type="dxa" w:w="3005"/>
            <w:tcBorders>
              <w:top w:val="nil"/>
              <w:left w:val="nil"/>
              <w:bottom w:val="nil"/>
              <w:right w:val="nil"/>
            </w:tcBorders>
          </w:tcPr>
          <w:p>
            <w:pPr>
              <w:keepNext/>
              <w:spacing w:before="0" w:after="20"/>
            </w:pPr>
            <w:r>
              <w:rPr>
                <w:b/>
                <w:i w:val="0"/>
              </w:rPr>
              <w:t>4.</w:t>
            </w:r>
            <w:r>
              <w:rPr>
                <w:b w:val="0"/>
                <w:i w:val="0"/>
              </w:rPr>
              <w:t xml:space="preserve"> leave no</w:t>
            </w:r>
          </w:p>
        </w:tc>
        <w:tc>
          <w:tcPr>
            <w:tcW w:type="dxa" w:w="1191"/>
            <w:tcBorders>
              <w:top w:val="nil"/>
              <w:left w:val="nil"/>
              <w:bottom w:val="nil"/>
              <w:right w:val="nil"/>
            </w:tcBorders>
          </w:tcPr>
          <w:p>
            <w:pPr>
              <w:keepNext/>
              <w:spacing w:before="0" w:after="20"/>
            </w:pPr>
            <w:r>
              <w:rPr>
                <w:b w:val="0"/>
                <w:i w:val="0"/>
              </w:rPr>
              <w:t>______</w:t>
            </w:r>
          </w:p>
        </w:tc>
        <w:tc>
          <w:tcPr>
            <w:tcW w:type="dxa" w:w="5443"/>
            <w:tcBorders>
              <w:top w:val="nil"/>
              <w:left w:val="nil"/>
              <w:bottom w:val="nil"/>
              <w:right w:val="nil"/>
            </w:tcBorders>
          </w:tcPr>
          <w:p>
            <w:pPr>
              <w:keepNext/>
              <w:spacing w:before="0" w:after="20"/>
            </w:pPr>
            <w:r>
              <w:rPr>
                <w:b/>
                <w:i w:val="0"/>
              </w:rPr>
              <w:t>d.</w:t>
            </w:r>
            <w:r>
              <w:rPr>
                <w:b w:val="0"/>
                <w:i w:val="0"/>
              </w:rPr>
              <w:t xml:space="preserve"> chaos</w:t>
            </w:r>
          </w:p>
        </w:tc>
      </w:tr>
      <w:tr>
        <w:trPr>
          <w:cantSplit/>
        </w:trPr>
        <w:tc>
          <w:tcPr>
            <w:tcW w:type="dxa" w:w="3005"/>
            <w:tcBorders>
              <w:top w:val="nil"/>
              <w:left w:val="nil"/>
              <w:bottom w:val="nil"/>
              <w:right w:val="nil"/>
            </w:tcBorders>
          </w:tcPr>
          <w:p>
            <w:pPr>
              <w:keepNext/>
              <w:spacing w:before="0" w:after="20"/>
            </w:pPr>
            <w:r>
              <w:rPr>
                <w:b/>
                <w:i w:val="0"/>
              </w:rPr>
              <w:t>5.</w:t>
            </w:r>
            <w:r>
              <w:rPr>
                <w:b w:val="0"/>
                <w:i w:val="0"/>
              </w:rPr>
              <w:t xml:space="preserve"> pioneer a new</w:t>
            </w:r>
          </w:p>
        </w:tc>
        <w:tc>
          <w:tcPr>
            <w:tcW w:type="dxa" w:w="1191"/>
            <w:tcBorders>
              <w:top w:val="nil"/>
              <w:left w:val="nil"/>
              <w:bottom w:val="nil"/>
              <w:right w:val="nil"/>
            </w:tcBorders>
          </w:tcPr>
          <w:p>
            <w:pPr>
              <w:keepNext/>
              <w:spacing w:before="0" w:after="20"/>
            </w:pPr>
            <w:r>
              <w:rPr>
                <w:b w:val="0"/>
                <w:i w:val="0"/>
              </w:rPr>
              <w:t>______</w:t>
            </w:r>
          </w:p>
        </w:tc>
        <w:tc>
          <w:tcPr>
            <w:tcW w:type="dxa" w:w="5443"/>
            <w:tcBorders>
              <w:top w:val="nil"/>
              <w:left w:val="nil"/>
              <w:bottom w:val="nil"/>
              <w:right w:val="nil"/>
            </w:tcBorders>
          </w:tcPr>
          <w:p>
            <w:pPr>
              <w:keepNext/>
              <w:spacing w:before="0" w:after="20"/>
            </w:pPr>
            <w:r>
              <w:rPr>
                <w:b/>
                <w:i w:val="0"/>
              </w:rPr>
              <w:t>e.</w:t>
            </w:r>
            <w:r>
              <w:rPr>
                <w:b w:val="0"/>
                <w:i w:val="0"/>
              </w:rPr>
              <w:t xml:space="preserve"> trace</w:t>
            </w:r>
          </w:p>
        </w:tc>
      </w:tr>
      <w:tr>
        <w:trPr>
          <w:cantSplit/>
        </w:trPr>
        <w:tc>
          <w:tcPr>
            <w:tcW w:type="dxa" w:w="3005"/>
            <w:tcBorders>
              <w:top w:val="nil"/>
              <w:left w:val="nil"/>
              <w:bottom w:val="nil"/>
              <w:right w:val="nil"/>
            </w:tcBorders>
          </w:tcPr>
          <w:p>
            <w:pPr>
              <w:keepNext/>
              <w:spacing w:before="0" w:after="20"/>
            </w:pPr>
            <w:r>
              <w:rPr>
                <w:b/>
                <w:i w:val="0"/>
              </w:rPr>
              <w:t>6.</w:t>
            </w:r>
            <w:r>
              <w:rPr>
                <w:b w:val="0"/>
                <w:i w:val="0"/>
              </w:rPr>
              <w:t xml:space="preserve"> be deterred by</w:t>
            </w:r>
          </w:p>
        </w:tc>
        <w:tc>
          <w:tcPr>
            <w:tcW w:type="dxa" w:w="1191"/>
            <w:tcBorders>
              <w:top w:val="nil"/>
              <w:left w:val="nil"/>
              <w:bottom w:val="nil"/>
              <w:right w:val="nil"/>
            </w:tcBorders>
          </w:tcPr>
          <w:p>
            <w:pPr>
              <w:keepNext/>
              <w:spacing w:before="0" w:after="20"/>
            </w:pPr>
            <w:r>
              <w:rPr>
                <w:b w:val="0"/>
                <w:i w:val="0"/>
              </w:rPr>
              <w:t>______</w:t>
            </w:r>
          </w:p>
        </w:tc>
        <w:tc>
          <w:tcPr>
            <w:tcW w:type="dxa" w:w="5443"/>
            <w:tcBorders>
              <w:top w:val="nil"/>
              <w:left w:val="nil"/>
              <w:bottom w:val="nil"/>
              <w:right w:val="nil"/>
            </w:tcBorders>
          </w:tcPr>
          <w:p>
            <w:pPr>
              <w:keepNext/>
              <w:spacing w:before="0" w:after="20"/>
            </w:pPr>
            <w:r>
              <w:rPr>
                <w:b/>
                <w:i w:val="0"/>
              </w:rPr>
              <w:t>f.</w:t>
            </w:r>
            <w:r>
              <w:rPr>
                <w:b w:val="0"/>
                <w:i w:val="0"/>
              </w:rPr>
              <w:t xml:space="preserve"> milestone</w:t>
            </w:r>
          </w:p>
        </w:tc>
      </w:tr>
      <w:tr>
        <w:trPr>
          <w:cantSplit/>
        </w:trPr>
        <w:tc>
          <w:tcPr>
            <w:tcW w:type="dxa" w:w="3005"/>
            <w:tcBorders>
              <w:top w:val="nil"/>
              <w:left w:val="nil"/>
              <w:bottom w:val="nil"/>
              <w:right w:val="nil"/>
            </w:tcBorders>
          </w:tcPr>
          <w:p>
            <w:pPr>
              <w:keepNext/>
              <w:spacing w:before="0" w:after="20"/>
            </w:pPr>
            <w:r>
              <w:rPr>
                <w:b/>
                <w:i w:val="0"/>
              </w:rPr>
              <w:t>7.</w:t>
            </w:r>
            <w:r>
              <w:rPr>
                <w:b w:val="0"/>
                <w:i w:val="0"/>
              </w:rPr>
              <w:t xml:space="preserve"> bolster</w:t>
            </w:r>
          </w:p>
        </w:tc>
        <w:tc>
          <w:tcPr>
            <w:tcW w:type="dxa" w:w="1191"/>
            <w:tcBorders>
              <w:top w:val="nil"/>
              <w:left w:val="nil"/>
              <w:bottom w:val="nil"/>
              <w:right w:val="nil"/>
            </w:tcBorders>
          </w:tcPr>
          <w:p>
            <w:pPr>
              <w:keepNext/>
              <w:spacing w:before="0" w:after="20"/>
            </w:pPr>
            <w:r>
              <w:rPr>
                <w:b w:val="0"/>
                <w:i w:val="0"/>
              </w:rPr>
              <w:t>______</w:t>
            </w:r>
          </w:p>
        </w:tc>
        <w:tc>
          <w:tcPr>
            <w:tcW w:type="dxa" w:w="5443"/>
            <w:tcBorders>
              <w:top w:val="nil"/>
              <w:left w:val="nil"/>
              <w:bottom w:val="nil"/>
              <w:right w:val="nil"/>
            </w:tcBorders>
          </w:tcPr>
          <w:p>
            <w:pPr>
              <w:keepNext/>
              <w:spacing w:before="0" w:after="20"/>
            </w:pPr>
            <w:r>
              <w:rPr>
                <w:b/>
                <w:i w:val="0"/>
              </w:rPr>
              <w:t>g.</w:t>
            </w:r>
            <w:r>
              <w:rPr>
                <w:b w:val="0"/>
                <w:i w:val="0"/>
              </w:rPr>
              <w:t xml:space="preserve"> technique</w:t>
            </w:r>
          </w:p>
        </w:tc>
      </w:tr>
      <w:tr>
        <w:trPr>
          <w:cantSplit/>
        </w:trPr>
        <w:tc>
          <w:tcPr>
            <w:tcW w:type="dxa" w:w="3005"/>
            <w:tcBorders>
              <w:top w:val="nil"/>
              <w:left w:val="nil"/>
              <w:bottom w:val="nil"/>
              <w:right w:val="nil"/>
            </w:tcBorders>
          </w:tcPr>
          <w:p>
            <w:pPr>
              <w:keepNext w:val="0"/>
              <w:spacing w:before="0" w:after="20"/>
            </w:pPr>
            <w:r>
              <w:rPr>
                <w:b/>
                <w:i w:val="0"/>
              </w:rPr>
              <w:t>8.</w:t>
            </w:r>
            <w:r>
              <w:rPr>
                <w:b w:val="0"/>
                <w:i w:val="0"/>
              </w:rPr>
              <w:t xml:space="preserve"> reach an important</w:t>
            </w:r>
          </w:p>
        </w:tc>
        <w:tc>
          <w:tcPr>
            <w:tcW w:type="dxa" w:w="1191"/>
            <w:tcBorders>
              <w:top w:val="nil"/>
              <w:left w:val="nil"/>
              <w:bottom w:val="nil"/>
              <w:right w:val="nil"/>
            </w:tcBorders>
          </w:tcPr>
          <w:p>
            <w:pPr>
              <w:keepNext w:val="0"/>
              <w:spacing w:before="0" w:after="20"/>
            </w:pPr>
            <w:r>
              <w:rPr>
                <w:b w:val="0"/>
                <w:i w:val="0"/>
              </w:rPr>
              <w:t>______</w:t>
            </w:r>
          </w:p>
        </w:tc>
        <w:tc>
          <w:tcPr>
            <w:tcW w:type="dxa" w:w="5443"/>
            <w:tcBorders>
              <w:top w:val="nil"/>
              <w:left w:val="nil"/>
              <w:bottom w:val="nil"/>
              <w:right w:val="nil"/>
            </w:tcBorders>
          </w:tcPr>
          <w:p>
            <w:pPr>
              <w:keepNext w:val="0"/>
              <w:spacing w:before="0" w:after="20"/>
            </w:pPr>
            <w:r>
              <w:rPr>
                <w:b/>
                <w:i w:val="0"/>
              </w:rPr>
              <w:t>h.</w:t>
            </w:r>
            <w:r>
              <w:rPr>
                <w:b w:val="0"/>
                <w:i w:val="0"/>
              </w:rPr>
              <w:t xml:space="preserve"> point</w:t>
            </w:r>
          </w:p>
        </w:tc>
      </w:tr>
    </w:tbl>
    <w:p>
      <w:pPr>
        <w:keepNext w:val="0"/>
        <w:spacing w:before="0" w:after="80"/>
      </w:pPr>
      <w:r>
        <w:rPr>
          <w:b w:val="0"/>
          <w:i/>
          <w:color w:val="444444"/>
        </w:rPr>
        <w:t>Now choose three of the phrases and write your own sentences.</w:t>
      </w:r>
    </w:p>
    <w:p>
      <w:pPr>
        <w:pStyle w:val="Heading2"/>
        <w:keepNext/>
        <w:spacing w:before="100" w:after="40"/>
      </w:pPr>
      <w:r>
        <w:rPr>
          <w:b w:val="0"/>
          <w:i w:val="0"/>
        </w:rPr>
        <w:t>Part B. Word families</w:t>
      </w:r>
    </w:p>
    <w:p>
      <w:pPr>
        <w:keepNext/>
        <w:spacing w:before="0" w:after="60"/>
      </w:pPr>
      <w:r>
        <w:rPr>
          <w:b w:val="0"/>
          <w:i/>
          <w:color w:val="444444"/>
        </w:rPr>
        <w:t>Complete each sentence with the correct form of the word in brackets.</w:t>
      </w:r>
    </w:p>
    <w:p>
      <w:pPr>
        <w:keepNext w:val="0"/>
        <w:spacing w:before="0" w:after="20"/>
        <w:ind w:left="400" w:hanging="400"/>
      </w:pPr>
      <w:r>
        <w:rPr>
          <w:b/>
        </w:rPr>
        <w:t xml:space="preserve">1.  </w:t>
      </w:r>
      <w:r>
        <w:rPr>
          <w:b w:val="0"/>
          <w:i w:val="0"/>
        </w:rPr>
        <w:t>Smartphones are now ____________ in cities around the world. (</w:t>
      </w:r>
      <w:r>
        <w:rPr>
          <w:b w:val="0"/>
          <w:i/>
        </w:rPr>
        <w:t>ubiquity</w:t>
      </w:r>
      <w:r>
        <w:rPr>
          <w:b w:val="0"/>
          <w:i w:val="0"/>
        </w:rPr>
        <w:t>)</w:t>
      </w:r>
    </w:p>
    <w:p>
      <w:pPr>
        <w:keepNext w:val="0"/>
        <w:spacing w:before="0" w:after="20"/>
        <w:ind w:left="400" w:hanging="400"/>
      </w:pPr>
      <w:r>
        <w:rPr>
          <w:b/>
        </w:rPr>
        <w:t xml:space="preserve">2.  </w:t>
      </w:r>
      <w:r>
        <w:rPr>
          <w:b w:val="0"/>
          <w:i w:val="0"/>
        </w:rPr>
        <w:t>She did ____________ research on the history of women's football. (</w:t>
      </w:r>
      <w:r>
        <w:rPr>
          <w:b w:val="0"/>
          <w:i/>
        </w:rPr>
        <w:t>pioneer</w:t>
      </w:r>
      <w:r>
        <w:rPr>
          <w:b w:val="0"/>
          <w:i w:val="0"/>
        </w:rPr>
        <w:t>)</w:t>
      </w:r>
    </w:p>
    <w:p>
      <w:pPr>
        <w:keepNext w:val="0"/>
        <w:spacing w:before="0" w:after="20"/>
        <w:ind w:left="400" w:hanging="400"/>
      </w:pPr>
      <w:r>
        <w:rPr>
          <w:b/>
        </w:rPr>
        <w:t xml:space="preserve">3.  </w:t>
      </w:r>
      <w:r>
        <w:rPr>
          <w:b w:val="0"/>
          <w:i w:val="0"/>
        </w:rPr>
        <w:t>It was no ____________ that the first World Cup was held in 1930. (</w:t>
      </w:r>
      <w:r>
        <w:rPr>
          <w:b w:val="0"/>
          <w:i/>
        </w:rPr>
        <w:t>coincide</w:t>
      </w:r>
      <w:r>
        <w:rPr>
          <w:b w:val="0"/>
          <w:i w:val="0"/>
        </w:rPr>
        <w:t>)</w:t>
      </w:r>
    </w:p>
    <w:p>
      <w:pPr>
        <w:keepNext w:val="0"/>
        <w:spacing w:before="0" w:after="20"/>
        <w:ind w:left="400" w:hanging="400"/>
      </w:pPr>
      <w:r>
        <w:rPr>
          <w:b/>
        </w:rPr>
        <w:t xml:space="preserve">4.  </w:t>
      </w:r>
      <w:r>
        <w:rPr>
          <w:b w:val="0"/>
          <w:i w:val="0"/>
        </w:rPr>
        <w:t>Fines are meant to act as a ____________ to dangerous driving. (</w:t>
      </w:r>
      <w:r>
        <w:rPr>
          <w:b w:val="0"/>
          <w:i/>
        </w:rPr>
        <w:t>deterred</w:t>
      </w:r>
      <w:r>
        <w:rPr>
          <w:b w:val="0"/>
          <w:i w:val="0"/>
        </w:rPr>
        <w:t>)</w:t>
      </w:r>
    </w:p>
    <w:p>
      <w:pPr>
        <w:keepNext w:val="0"/>
        <w:spacing w:before="0" w:after="20"/>
        <w:ind w:left="400" w:hanging="400"/>
      </w:pPr>
      <w:r>
        <w:rPr>
          <w:b/>
        </w:rPr>
        <w:t xml:space="preserve">5.  </w:t>
      </w:r>
      <w:r>
        <w:rPr>
          <w:b w:val="0"/>
          <w:i w:val="0"/>
        </w:rPr>
        <w:t>The ____________ of the debate into personal insults upset the audience. (</w:t>
      </w:r>
      <w:r>
        <w:rPr>
          <w:b w:val="0"/>
          <w:i/>
        </w:rPr>
        <w:t>degenerate</w:t>
      </w:r>
      <w:r>
        <w:rPr>
          <w:b w:val="0"/>
          <w:i w:val="0"/>
        </w:rPr>
        <w:t>)</w:t>
      </w:r>
    </w:p>
    <w:p>
      <w:pPr>
        <w:keepNext w:val="0"/>
        <w:spacing w:before="0" w:after="20"/>
        <w:ind w:left="400" w:hanging="400"/>
      </w:pPr>
      <w:r>
        <w:rPr>
          <w:b/>
        </w:rPr>
        <w:t xml:space="preserve">6.  </w:t>
      </w:r>
      <w:r>
        <w:rPr>
          <w:b w:val="0"/>
          <w:i w:val="0"/>
        </w:rPr>
        <w:t>Many football traditions can be ____________ back to British sailors and engineers. (</w:t>
      </w:r>
      <w:r>
        <w:rPr>
          <w:b w:val="0"/>
          <w:i/>
        </w:rPr>
        <w:t>traces</w:t>
      </w:r>
      <w:r>
        <w:rPr>
          <w:b w:val="0"/>
          <w:i w:val="0"/>
        </w:rPr>
        <w:t>)</w:t>
      </w:r>
    </w:p>
    <w:p>
      <w:pPr>
        <w:pStyle w:val="Heading1"/>
        <w:keepNext/>
        <w:pBdr>
          <w:top w:val="single" w:sz="12" w:space="6" w:color="1F5C99"/>
        </w:pBdr>
        <w:spacing w:before="220" w:after="60"/>
      </w:pPr>
      <w:r>
        <w:rPr>
          <w:b w:val="0"/>
          <w:i w:val="0"/>
        </w:rPr>
        <w:t>Comprehension Questions</w:t>
      </w:r>
    </w:p>
    <w:p>
      <w:pPr>
        <w:keepNext/>
        <w:spacing w:before="0" w:after="60"/>
      </w:pPr>
      <w:r>
        <w:rPr>
          <w:b w:val="0"/>
          <w:i/>
          <w:color w:val="444444"/>
        </w:rPr>
        <w:t>Answer in full sentences.</w:t>
      </w:r>
    </w:p>
    <w:p>
      <w:pPr>
        <w:keepNext w:val="0"/>
        <w:spacing w:before="0" w:after="20"/>
        <w:ind w:left="400" w:hanging="400"/>
      </w:pPr>
      <w:r>
        <w:rPr>
          <w:b/>
        </w:rPr>
        <w:t xml:space="preserve">1.  </w:t>
      </w:r>
      <w:r>
        <w:rPr>
          <w:b w:val="0"/>
          <w:i w:val="0"/>
        </w:rPr>
        <w:t>According to the writer, why can football be played almost anywhere?</w:t>
      </w:r>
    </w:p>
    <w:p>
      <w:pPr>
        <w:keepNext w:val="0"/>
        <w:spacing w:before="0" w:after="20"/>
        <w:ind w:left="400" w:hanging="400"/>
      </w:pPr>
      <w:r>
        <w:rPr>
          <w:b/>
        </w:rPr>
        <w:t xml:space="preserve">2.  </w:t>
      </w:r>
      <w:r>
        <w:rPr>
          <w:b w:val="0"/>
          <w:i w:val="0"/>
        </w:rPr>
        <w:t>What was cuju, and what was it partly used for?</w:t>
      </w:r>
    </w:p>
    <w:p>
      <w:pPr>
        <w:keepNext w:val="0"/>
        <w:spacing w:before="0" w:after="20"/>
        <w:ind w:left="400" w:hanging="400"/>
      </w:pPr>
      <w:r>
        <w:rPr>
          <w:b/>
        </w:rPr>
        <w:t xml:space="preserve">3.  </w:t>
      </w:r>
      <w:r>
        <w:rPr>
          <w:b w:val="0"/>
          <w:i w:val="0"/>
        </w:rPr>
        <w:t>What was medieval football like in Europe, and how successful were the attempts to ban it?</w:t>
      </w:r>
    </w:p>
    <w:p>
      <w:pPr>
        <w:keepNext w:val="0"/>
        <w:spacing w:before="0" w:after="20"/>
        <w:ind w:left="400" w:hanging="400"/>
      </w:pPr>
      <w:r>
        <w:rPr>
          <w:b/>
        </w:rPr>
        <w:t xml:space="preserve">4.  </w:t>
      </w:r>
      <w:r>
        <w:rPr>
          <w:b w:val="0"/>
          <w:i w:val="0"/>
        </w:rPr>
        <w:t>Why did matches between schools and clubs in England often end in arguments before 1863?</w:t>
      </w:r>
    </w:p>
    <w:p>
      <w:pPr>
        <w:keepNext w:val="0"/>
        <w:spacing w:before="0" w:after="20"/>
        <w:ind w:left="400" w:hanging="400"/>
      </w:pPr>
      <w:r>
        <w:rPr>
          <w:b/>
        </w:rPr>
        <w:t xml:space="preserve">5.  </w:t>
      </w:r>
      <w:r>
        <w:rPr>
          <w:b w:val="0"/>
          <w:i w:val="0"/>
        </w:rPr>
        <w:t>What was hacking, and what did the new Football Association decide about it?</w:t>
      </w:r>
    </w:p>
    <w:p>
      <w:pPr>
        <w:keepNext w:val="0"/>
        <w:spacing w:before="0" w:after="20"/>
        <w:ind w:left="400" w:hanging="400"/>
      </w:pPr>
      <w:r>
        <w:rPr>
          <w:b/>
        </w:rPr>
        <w:t xml:space="preserve">6.  </w:t>
      </w:r>
      <w:r>
        <w:rPr>
          <w:b w:val="0"/>
          <w:i w:val="0"/>
        </w:rPr>
        <w:t>Who was Charles Miller, and what did he bring to Brazil?</w:t>
      </w:r>
    </w:p>
    <w:p>
      <w:pPr>
        <w:keepNext w:val="0"/>
        <w:spacing w:before="0" w:after="20"/>
        <w:ind w:left="400" w:hanging="400"/>
      </w:pPr>
      <w:r>
        <w:rPr>
          <w:b/>
        </w:rPr>
        <w:t xml:space="preserve">7.  </w:t>
      </w:r>
      <w:r>
        <w:rPr>
          <w:b w:val="0"/>
          <w:i w:val="0"/>
        </w:rPr>
        <w:t>Why did only 13 teams play at the first World Cup in 1930?</w:t>
      </w:r>
    </w:p>
    <w:p>
      <w:pPr>
        <w:keepNext w:val="0"/>
        <w:spacing w:before="0" w:after="20"/>
        <w:ind w:left="400" w:hanging="400"/>
      </w:pPr>
      <w:r>
        <w:rPr>
          <w:b/>
        </w:rPr>
        <w:t xml:space="preserve">8.  </w:t>
      </w:r>
      <w:r>
        <w:rPr>
          <w:b w:val="0"/>
          <w:i w:val="0"/>
        </w:rPr>
        <w:t>Why did a group of Algerian players leave their clubs in France in 1958?</w:t>
      </w:r>
    </w:p>
    <w:p>
      <w:pPr>
        <w:keepNext w:val="0"/>
        <w:spacing w:before="0" w:after="20"/>
        <w:ind w:left="400" w:hanging="400"/>
      </w:pPr>
      <w:r>
        <w:rPr>
          <w:b/>
        </w:rPr>
        <w:t xml:space="preserve">9.  </w:t>
      </w:r>
      <w:r>
        <w:rPr>
          <w:b w:val="0"/>
          <w:i w:val="0"/>
        </w:rPr>
        <w:t>Why does the writer describe Curaçao's place at the 2026 World Cup as a milestone?</w:t>
      </w:r>
    </w:p>
    <w:p>
      <w:pPr>
        <w:keepNext w:val="0"/>
        <w:spacing w:before="0" w:after="20"/>
        <w:ind w:left="400" w:hanging="400"/>
      </w:pPr>
      <w:r>
        <w:rPr>
          <w:b/>
        </w:rPr>
        <w:t xml:space="preserve">10.  </w:t>
      </w:r>
      <w:r>
        <w:rPr>
          <w:b/>
          <w:i w:val="0"/>
        </w:rPr>
        <w:t>True, False, or Not Given?</w:t>
      </w:r>
      <w:r>
        <w:rPr>
          <w:b w:val="0"/>
          <w:i w:val="0"/>
        </w:rPr>
        <w:t xml:space="preserve"> </w:t>
      </w:r>
      <w:r>
        <w:rPr>
          <w:b w:val="0"/>
          <w:i/>
        </w:rPr>
        <w:t>“Charles Miller later played for Brazil's national team.”</w:t>
      </w:r>
    </w:p>
    <w:p>
      <w:pPr>
        <w:keepNext w:val="0"/>
        <w:spacing w:before="0" w:after="20"/>
        <w:ind w:left="400" w:hanging="400"/>
      </w:pPr>
      <w:r>
        <w:rPr>
          <w:b/>
        </w:rPr>
        <w:t xml:space="preserve">11.  </w:t>
      </w:r>
      <w:r>
        <w:rPr>
          <w:b/>
          <w:i w:val="0"/>
        </w:rPr>
        <w:t>Yes, No, or Not Given?</w:t>
      </w:r>
      <w:r>
        <w:rPr>
          <w:b w:val="0"/>
          <w:i w:val="0"/>
        </w:rPr>
        <w:t xml:space="preserve"> </w:t>
      </w:r>
      <w:r>
        <w:rPr>
          <w:b w:val="0"/>
          <w:i/>
        </w:rPr>
        <w:t>“The writer suggests that, by 1930, football still depended mainly on Britain to grow.”</w:t>
      </w:r>
      <w:r>
        <w:rPr>
          <w:b w:val="0"/>
          <w:i w:val="0"/>
        </w:rPr>
        <w:t xml:space="preserve"> Explain your answer using the reading.</w:t>
      </w:r>
    </w:p>
    <w:p>
      <w:pPr>
        <w:keepNext w:val="0"/>
        <w:spacing w:before="0" w:after="20"/>
        <w:ind w:left="400" w:hanging="400"/>
      </w:pPr>
      <w:r>
        <w:rPr>
          <w:b/>
        </w:rPr>
        <w:t xml:space="preserve">12.  </w:t>
      </w:r>
      <w:r>
        <w:rPr>
          <w:b/>
          <w:i w:val="0"/>
        </w:rPr>
        <w:t>Author's purpose:</w:t>
      </w:r>
      <w:r>
        <w:rPr>
          <w:b w:val="0"/>
          <w:i w:val="0"/>
        </w:rPr>
        <w:t xml:space="preserve"> Why does the writer mention the spelling of AC Milan's name? Is it (a) to show a trace of the British origins of many clubs, (b) to compare the Italian and English languages, or (c) to suggest that AC Milan is the oldest club in Italy?</w:t>
      </w:r>
    </w:p>
    <w:p>
      <w:pPr>
        <w:pStyle w:val="Heading1"/>
        <w:keepNext/>
        <w:pBdr>
          <w:top w:val="single" w:sz="12" w:space="6" w:color="1F5C99"/>
        </w:pBdr>
        <w:spacing w:before="220" w:after="60"/>
      </w:pPr>
      <w:r>
        <w:rPr>
          <w:b w:val="0"/>
          <w:i w:val="0"/>
        </w:rPr>
        <w:t>True or False</w:t>
      </w:r>
    </w:p>
    <w:p>
      <w:pPr>
        <w:keepNext/>
        <w:spacing w:before="0" w:after="60"/>
      </w:pPr>
      <w:r>
        <w:rPr>
          <w:b w:val="0"/>
          <w:i/>
          <w:color w:val="444444"/>
        </w:rPr>
        <w:t>Circle T (true) or F (false). Be ready to correct the false sentences.</w:t>
      </w:r>
    </w:p>
    <w:p>
      <w:pPr>
        <w:keepNext w:val="0"/>
        <w:tabs>
          <w:tab w:pos="9638" w:val="right"/>
        </w:tabs>
        <w:spacing w:before="0" w:after="20"/>
        <w:ind w:left="400" w:hanging="400"/>
      </w:pPr>
      <w:r>
        <w:rPr>
          <w:b/>
        </w:rPr>
        <w:t xml:space="preserve">1.  </w:t>
      </w:r>
      <w:r>
        <w:rPr>
          <w:b w:val="0"/>
          <w:i w:val="0"/>
        </w:rPr>
        <w:t>Cuju was played in China more than 2,000 years ago.</w:t>
      </w:r>
      <w:r>
        <w:rPr>
          <w:b/>
        </w:rPr>
        <w:tab/>
        <w:t>T   /   F</w:t>
      </w:r>
    </w:p>
    <w:p>
      <w:pPr>
        <w:keepNext w:val="0"/>
        <w:tabs>
          <w:tab w:pos="9638" w:val="right"/>
        </w:tabs>
        <w:spacing w:before="0" w:after="20"/>
        <w:ind w:left="400" w:hanging="400"/>
      </w:pPr>
      <w:r>
        <w:rPr>
          <w:b/>
        </w:rPr>
        <w:t xml:space="preserve">2.  </w:t>
      </w:r>
      <w:r>
        <w:rPr>
          <w:b w:val="0"/>
          <w:i w:val="0"/>
        </w:rPr>
        <w:t>Medieval football in Europe was a calm game with strict rules.</w:t>
      </w:r>
      <w:r>
        <w:rPr>
          <w:b/>
        </w:rPr>
        <w:tab/>
        <w:t>T   /   F</w:t>
      </w:r>
    </w:p>
    <w:p>
      <w:pPr>
        <w:keepNext w:val="0"/>
        <w:tabs>
          <w:tab w:pos="9638" w:val="right"/>
        </w:tabs>
        <w:spacing w:before="0" w:after="20"/>
        <w:ind w:left="400" w:hanging="400"/>
      </w:pPr>
      <w:r>
        <w:rPr>
          <w:b/>
        </w:rPr>
        <w:t xml:space="preserve">3.  </w:t>
      </w:r>
      <w:r>
        <w:rPr>
          <w:b w:val="0"/>
          <w:i w:val="0"/>
        </w:rPr>
        <w:t>The modern game of football began in a London pub in 1863.</w:t>
      </w:r>
      <w:r>
        <w:rPr>
          <w:b/>
        </w:rPr>
        <w:tab/>
        <w:t>T   /   F</w:t>
      </w:r>
    </w:p>
    <w:p>
      <w:pPr>
        <w:keepNext w:val="0"/>
        <w:tabs>
          <w:tab w:pos="9638" w:val="right"/>
        </w:tabs>
        <w:spacing w:before="0" w:after="20"/>
        <w:ind w:left="400" w:hanging="400"/>
      </w:pPr>
      <w:r>
        <w:rPr>
          <w:b/>
        </w:rPr>
        <w:t xml:space="preserve">4.  </w:t>
      </w:r>
      <w:r>
        <w:rPr>
          <w:b w:val="0"/>
          <w:i w:val="0"/>
        </w:rPr>
        <w:t>The new Football Association allowed hacking.</w:t>
      </w:r>
      <w:r>
        <w:rPr>
          <w:b/>
        </w:rPr>
        <w:tab/>
        <w:t>T   /   F</w:t>
      </w:r>
    </w:p>
    <w:p>
      <w:pPr>
        <w:keepNext w:val="0"/>
        <w:tabs>
          <w:tab w:pos="9638" w:val="right"/>
        </w:tabs>
        <w:spacing w:before="0" w:after="20"/>
        <w:ind w:left="400" w:hanging="400"/>
      </w:pPr>
      <w:r>
        <w:rPr>
          <w:b/>
        </w:rPr>
        <w:t xml:space="preserve">5.  </w:t>
      </w:r>
      <w:r>
        <w:rPr>
          <w:b w:val="0"/>
          <w:i w:val="0"/>
        </w:rPr>
        <w:t>The word "soccer" was created by students at Oxford.</w:t>
      </w:r>
      <w:r>
        <w:rPr>
          <w:b/>
        </w:rPr>
        <w:tab/>
        <w:t>T   /   F</w:t>
      </w:r>
    </w:p>
    <w:p>
      <w:pPr>
        <w:keepNext w:val="0"/>
        <w:tabs>
          <w:tab w:pos="9638" w:val="right"/>
        </w:tabs>
        <w:spacing w:before="0" w:after="20"/>
        <w:ind w:left="400" w:hanging="400"/>
      </w:pPr>
      <w:r>
        <w:rPr>
          <w:b/>
        </w:rPr>
        <w:t xml:space="preserve">6.  </w:t>
      </w:r>
      <w:r>
        <w:rPr>
          <w:b w:val="0"/>
          <w:i w:val="0"/>
        </w:rPr>
        <w:t>Charles Miller brought footballs to Brazil from Scotland.</w:t>
      </w:r>
      <w:r>
        <w:rPr>
          <w:b/>
        </w:rPr>
        <w:tab/>
        <w:t>T   /   F</w:t>
      </w:r>
    </w:p>
    <w:p>
      <w:pPr>
        <w:keepNext w:val="0"/>
        <w:tabs>
          <w:tab w:pos="9638" w:val="right"/>
        </w:tabs>
        <w:spacing w:before="0" w:after="20"/>
        <w:ind w:left="400" w:hanging="400"/>
      </w:pPr>
      <w:r>
        <w:rPr>
          <w:b/>
        </w:rPr>
        <w:t xml:space="preserve">7.  </w:t>
      </w:r>
      <w:r>
        <w:rPr>
          <w:b w:val="0"/>
          <w:i w:val="0"/>
        </w:rPr>
        <w:t>Most European countries sent teams to the first World Cup.</w:t>
      </w:r>
      <w:r>
        <w:rPr>
          <w:b/>
        </w:rPr>
        <w:tab/>
        <w:t>T   /   F</w:t>
      </w:r>
    </w:p>
    <w:p>
      <w:pPr>
        <w:keepNext w:val="0"/>
        <w:tabs>
          <w:tab w:pos="9638" w:val="right"/>
        </w:tabs>
        <w:spacing w:before="0" w:after="20"/>
        <w:ind w:left="400" w:hanging="400"/>
      </w:pPr>
      <w:r>
        <w:rPr>
          <w:b/>
        </w:rPr>
        <w:t xml:space="preserve">8.  </w:t>
      </w:r>
      <w:r>
        <w:rPr>
          <w:b w:val="0"/>
          <w:i w:val="0"/>
        </w:rPr>
        <w:t>In 1958, a group of Algerian players left their clubs in France.</w:t>
      </w:r>
      <w:r>
        <w:rPr>
          <w:b/>
        </w:rPr>
        <w:tab/>
        <w:t>T   /   F</w:t>
      </w:r>
    </w:p>
    <w:p>
      <w:pPr>
        <w:keepNext w:val="0"/>
        <w:tabs>
          <w:tab w:pos="9638" w:val="right"/>
        </w:tabs>
        <w:spacing w:before="0" w:after="20"/>
        <w:ind w:left="400" w:hanging="400"/>
      </w:pPr>
      <w:r>
        <w:rPr>
          <w:b/>
        </w:rPr>
        <w:t xml:space="preserve">9.  </w:t>
      </w:r>
      <w:r>
        <w:rPr>
          <w:b w:val="0"/>
          <w:i w:val="0"/>
        </w:rPr>
        <w:t>In 1921, the English FA banned women's games from its members' grounds.</w:t>
      </w:r>
      <w:r>
        <w:rPr>
          <w:b/>
        </w:rPr>
        <w:tab/>
        <w:t>T   /   F</w:t>
      </w:r>
    </w:p>
    <w:p>
      <w:pPr>
        <w:keepNext w:val="0"/>
        <w:tabs>
          <w:tab w:pos="9638" w:val="right"/>
        </w:tabs>
        <w:spacing w:before="0" w:after="20"/>
        <w:ind w:left="400" w:hanging="400"/>
      </w:pPr>
      <w:r>
        <w:rPr>
          <w:b/>
        </w:rPr>
        <w:t xml:space="preserve">10.  </w:t>
      </w:r>
      <w:r>
        <w:rPr>
          <w:b w:val="0"/>
          <w:i w:val="0"/>
        </w:rPr>
        <w:t>The 2026 World Cup had 32 teams.</w:t>
      </w:r>
      <w:r>
        <w:rPr>
          <w:b/>
        </w:rPr>
        <w:tab/>
        <w:t>T   /   F</w:t>
      </w:r>
    </w:p>
    <w:p>
      <w:pPr>
        <w:pStyle w:val="Heading1"/>
        <w:keepNext/>
        <w:pBdr>
          <w:top w:val="single" w:sz="12" w:space="6" w:color="1F5C99"/>
        </w:pBdr>
        <w:spacing w:before="220" w:after="60"/>
      </w:pPr>
      <w:r>
        <w:rPr>
          <w:b w:val="0"/>
          <w:i w:val="0"/>
        </w:rPr>
        <w:t>Language Focus: Appositives: Noun Phrases That Rename</w:t>
      </w:r>
    </w:p>
    <w:tbl>
      <w:tblPr>
        <w:tblW w:type="auto" w:w="0"/>
        <w:tblLayout w:type="fixed"/>
        <w:tblLook w:firstColumn="1" w:firstRow="1" w:lastColumn="0" w:lastRow="0" w:noHBand="0" w:noVBand="1" w:val="04A0"/>
        <w:tblCellMar>
          <w:top w:w="80" w:type="dxa"/>
          <w:bottom w:w="80" w:type="dxa"/>
          <w:left w:w="160" w:type="dxa"/>
          <w:right w:w="160" w:type="dxa"/>
        </w:tblCellMar>
      </w:tblPr>
      <w:tblGrid>
        <w:gridCol w:w="9638"/>
      </w:tblGrid>
      <w:tr>
        <w:trPr>
          <w:cantSplit/>
        </w:trPr>
        <w:tc>
          <w:tcPr>
            <w:tcW w:type="dxa" w:w="9638"/>
            <w:tcBorders>
              <w:top w:val="single" w:sz="4" w:color="BBBBBB"/>
              <w:left w:val="single" w:sz="4" w:color="BBBBBB"/>
              <w:bottom w:val="single" w:sz="4" w:color="BBBBBB"/>
              <w:right w:val="single" w:sz="4" w:color="BBBBBB"/>
            </w:tcBorders>
            <w:shd w:val="clear" w:color="auto" w:fill="EEF4FA"/>
          </w:tcPr>
          <w:p>
            <w:pPr>
              <w:spacing w:before="0" w:after="40"/>
            </w:pPr>
            <w:r>
              <w:rPr>
                <w:b w:val="0"/>
                <w:i w:val="0"/>
              </w:rPr>
              <w:t xml:space="preserve">An </w:t>
            </w:r>
            <w:r>
              <w:rPr>
                <w:b/>
                <w:i w:val="0"/>
              </w:rPr>
              <w:t>appositive</w:t>
            </w:r>
            <w:r>
              <w:rPr>
                <w:b w:val="0"/>
                <w:i w:val="0"/>
              </w:rPr>
              <w:t xml:space="preserve"> is a noun phrase placed right after another noun to say who or what it is.</w:t>
            </w:r>
          </w:p>
          <w:p>
            <w:pPr>
              <w:spacing w:before="0" w:after="40"/>
            </w:pPr>
            <w:r>
              <w:rPr>
                <w:b/>
                <w:i w:val="0"/>
              </w:rPr>
              <w:t>Pattern:</w:t>
            </w:r>
            <w:r>
              <w:rPr>
                <w:b w:val="0"/>
                <w:i w:val="0"/>
              </w:rPr>
              <w:t xml:space="preserve"> noun + comma + appositive (+ comma) + rest of the sentence.  </w:t>
            </w:r>
            <w:r>
              <w:rPr>
                <w:b w:val="0"/>
                <w:i/>
              </w:rPr>
              <w:t>My sister, a nurse, works at night.</w:t>
            </w:r>
          </w:p>
          <w:p>
            <w:pPr>
              <w:spacing w:before="0" w:after="40"/>
            </w:pPr>
            <w:r>
              <w:rPr>
                <w:b w:val="0"/>
                <w:i w:val="0"/>
              </w:rPr>
              <w:t xml:space="preserve">It can also end a sentence:  </w:t>
            </w:r>
            <w:r>
              <w:rPr>
                <w:b w:val="0"/>
                <w:i/>
              </w:rPr>
              <w:t>We visited Hoi An, an old trading port in Vietnam.</w:t>
            </w:r>
          </w:p>
          <w:p>
            <w:pPr>
              <w:spacing w:before="0" w:after="40"/>
            </w:pPr>
            <w:r>
              <w:rPr>
                <w:b/>
                <w:i w:val="0"/>
              </w:rPr>
              <w:t>From the reading:</w:t>
            </w:r>
          </w:p>
          <w:p>
            <w:pPr>
              <w:spacing w:before="0" w:after="40"/>
            </w:pPr>
            <w:r>
              <w:rPr>
                <w:b w:val="0"/>
                <w:i w:val="0"/>
              </w:rPr>
              <w:t xml:space="preserve">"Its governing body, </w:t>
            </w:r>
            <w:r>
              <w:rPr>
                <w:b/>
                <w:i w:val="0"/>
              </w:rPr>
              <w:t>FIFA</w:t>
            </w:r>
            <w:r>
              <w:rPr>
                <w:b w:val="0"/>
                <w:i w:val="0"/>
              </w:rPr>
              <w:t>, has more member associations than the United Nations has member states."</w:t>
            </w:r>
          </w:p>
          <w:p>
            <w:pPr>
              <w:spacing w:before="0" w:after="40"/>
            </w:pPr>
            <w:r>
              <w:rPr>
                <w:b w:val="0"/>
                <w:i w:val="0"/>
              </w:rPr>
              <w:t xml:space="preserve">"One sticking point was hacking, </w:t>
            </w:r>
            <w:r>
              <w:rPr>
                <w:b/>
                <w:i w:val="0"/>
              </w:rPr>
              <w:t>the practice of kicking an opponent in the shins</w:t>
            </w:r>
            <w:r>
              <w:rPr>
                <w:b w:val="0"/>
                <w:i w:val="0"/>
              </w:rPr>
              <w:t>."</w:t>
            </w:r>
          </w:p>
          <w:p>
            <w:pPr>
              <w:spacing w:before="0" w:after="0"/>
            </w:pPr>
            <w:r>
              <w:rPr>
                <w:b/>
                <w:i w:val="0"/>
              </w:rPr>
              <w:t>Tip:</w:t>
            </w:r>
            <w:r>
              <w:rPr>
                <w:b w:val="0"/>
                <w:i w:val="0"/>
              </w:rPr>
              <w:t xml:space="preserve"> Use commas when the appositive adds extra information. Leave them out when it tells you </w:t>
            </w:r>
            <w:r>
              <w:rPr>
                <w:b w:val="0"/>
                <w:i/>
              </w:rPr>
              <w:t>which</w:t>
            </w:r>
            <w:r>
              <w:rPr>
                <w:b w:val="0"/>
                <w:i w:val="0"/>
              </w:rPr>
              <w:t xml:space="preserve"> one: </w:t>
            </w:r>
            <w:r>
              <w:rPr>
                <w:b w:val="0"/>
                <w:i/>
              </w:rPr>
              <w:t>the singer Rosalía</w:t>
            </w:r>
            <w:r>
              <w:rPr>
                <w:b w:val="0"/>
                <w:i w:val="0"/>
              </w:rPr>
              <w:t xml:space="preserve">, </w:t>
            </w:r>
            <w:r>
              <w:rPr>
                <w:b w:val="0"/>
                <w:i/>
              </w:rPr>
              <w:t>my friend Ana</w:t>
            </w:r>
            <w:r>
              <w:rPr>
                <w:b w:val="0"/>
                <w:i w:val="0"/>
              </w:rPr>
              <w:t>.</w:t>
            </w:r>
          </w:p>
        </w:tc>
      </w:tr>
    </w:tbl>
    <w:p>
      <w:pPr>
        <w:pStyle w:val="Heading2"/>
        <w:keepNext/>
        <w:spacing w:before="100" w:after="40"/>
      </w:pPr>
      <w:r>
        <w:rPr>
          <w:b w:val="0"/>
          <w:i w:val="0"/>
        </w:rPr>
        <w:t>Part A. Sentence starters</w:t>
      </w:r>
    </w:p>
    <w:p>
      <w:pPr>
        <w:keepNext/>
        <w:spacing w:before="0" w:after="60"/>
      </w:pPr>
      <w:r>
        <w:rPr>
          <w:b w:val="0"/>
          <w:i/>
          <w:color w:val="444444"/>
        </w:rPr>
        <w:t>Finish each sentence so that it is true for you. Add an appositive after the comma, then complete the sentence.</w:t>
      </w:r>
    </w:p>
    <w:p>
      <w:pPr>
        <w:keepNext/>
        <w:spacing w:before="0" w:after="20"/>
      </w:pPr>
      <w:r>
        <w:rPr>
          <w:b/>
          <w:i w:val="0"/>
        </w:rPr>
        <w:t>Appositive in the middle</w:t>
      </w:r>
    </w:p>
    <w:p>
      <w:pPr>
        <w:keepNext w:val="0"/>
        <w:spacing w:before="0" w:after="20"/>
        <w:ind w:left="400" w:hanging="400"/>
      </w:pPr>
      <w:r>
        <w:rPr>
          <w:b/>
        </w:rPr>
        <w:t xml:space="preserve">1.  </w:t>
      </w:r>
      <w:r>
        <w:rPr>
          <w:b w:val="0"/>
          <w:i w:val="0"/>
        </w:rPr>
        <w:t>My hometown, a</w:t>
      </w:r>
      <w:r>
        <w:t xml:space="preserve"> ____________________________________________</w:t>
      </w:r>
    </w:p>
    <w:p>
      <w:pPr>
        <w:keepNext w:val="0"/>
        <w:spacing w:before="0" w:after="20"/>
        <w:ind w:left="400" w:hanging="400"/>
      </w:pPr>
      <w:r>
        <w:rPr>
          <w:b/>
        </w:rPr>
        <w:t xml:space="preserve">2.  </w:t>
      </w:r>
      <w:r>
        <w:rPr>
          <w:b w:val="0"/>
          <w:i w:val="0"/>
        </w:rPr>
        <w:t>My favorite athlete or performer,</w:t>
      </w:r>
      <w:r>
        <w:t xml:space="preserve"> ____________________________________________</w:t>
      </w:r>
    </w:p>
    <w:p>
      <w:pPr>
        <w:keepNext w:val="0"/>
        <w:spacing w:before="0" w:after="20"/>
        <w:ind w:left="400" w:hanging="400"/>
      </w:pPr>
      <w:r>
        <w:rPr>
          <w:b/>
        </w:rPr>
        <w:t xml:space="preserve">3.  </w:t>
      </w:r>
      <w:r>
        <w:rPr>
          <w:b w:val="0"/>
          <w:i w:val="0"/>
        </w:rPr>
        <w:t>The best teacher I have ever had,</w:t>
      </w:r>
      <w:r>
        <w:t xml:space="preserve"> ____________________________________________</w:t>
      </w:r>
    </w:p>
    <w:p>
      <w:pPr>
        <w:keepNext/>
        <w:spacing w:before="0" w:after="20"/>
      </w:pPr>
      <w:r>
        <w:rPr>
          <w:b/>
          <w:i w:val="0"/>
        </w:rPr>
        <w:t>Appositive at the end</w:t>
      </w:r>
    </w:p>
    <w:p>
      <w:pPr>
        <w:keepNext w:val="0"/>
        <w:spacing w:before="0" w:after="20"/>
        <w:ind w:left="400" w:hanging="400"/>
      </w:pPr>
      <w:r>
        <w:rPr>
          <w:b/>
        </w:rPr>
        <w:t xml:space="preserve">4.  </w:t>
      </w:r>
      <w:r>
        <w:rPr>
          <w:b w:val="0"/>
          <w:i w:val="0"/>
        </w:rPr>
        <w:t>One place I would love to visit is</w:t>
      </w:r>
      <w:r>
        <w:t xml:space="preserve"> ____________________________________________</w:t>
      </w:r>
    </w:p>
    <w:p>
      <w:pPr>
        <w:keepNext w:val="0"/>
        <w:spacing w:before="0" w:after="20"/>
        <w:ind w:left="400" w:hanging="400"/>
      </w:pPr>
      <w:r>
        <w:rPr>
          <w:b/>
        </w:rPr>
        <w:t xml:space="preserve">5.  </w:t>
      </w:r>
      <w:r>
        <w:rPr>
          <w:b w:val="0"/>
          <w:i w:val="0"/>
        </w:rPr>
        <w:t>At home, I still have</w:t>
      </w:r>
      <w:r>
        <w:t xml:space="preserve"> ____________________________________________</w:t>
      </w:r>
    </w:p>
    <w:p>
      <w:pPr>
        <w:pStyle w:val="Heading2"/>
        <w:keepNext/>
        <w:spacing w:before="100" w:after="40"/>
      </w:pPr>
      <w:r>
        <w:rPr>
          <w:b w:val="0"/>
          <w:i w:val="0"/>
        </w:rPr>
        <w:t>Part B. Questions</w:t>
      </w:r>
    </w:p>
    <w:p>
      <w:pPr>
        <w:keepNext/>
        <w:spacing w:before="0" w:after="60"/>
      </w:pPr>
      <w:r>
        <w:rPr>
          <w:b w:val="0"/>
          <w:i/>
          <w:color w:val="444444"/>
        </w:rPr>
        <w:t xml:space="preserve">Answer each question in a full sentence. Try to answer using </w:t>
      </w:r>
      <w:r>
        <w:rPr>
          <w:b w:val="0"/>
          <w:i w:val="0"/>
          <w:color w:val="444444"/>
        </w:rPr>
        <w:t>an appositive</w:t>
      </w:r>
      <w:r>
        <w:rPr>
          <w:b w:val="0"/>
          <w:i/>
          <w:color w:val="444444"/>
        </w:rPr>
        <w:t>. Then ask a partner.</w:t>
      </w:r>
    </w:p>
    <w:p>
      <w:pPr>
        <w:keepNext w:val="0"/>
        <w:spacing w:before="0" w:after="20"/>
        <w:ind w:left="400" w:hanging="400"/>
      </w:pPr>
      <w:r>
        <w:rPr>
          <w:b/>
        </w:rPr>
        <w:t xml:space="preserve">6.  </w:t>
      </w:r>
      <w:r>
        <w:rPr>
          <w:b w:val="0"/>
          <w:i w:val="0"/>
        </w:rPr>
        <w:t>Who is someone you admire?</w:t>
      </w:r>
    </w:p>
    <w:p>
      <w:pPr>
        <w:keepNext w:val="0"/>
        <w:spacing w:before="0" w:after="20"/>
        <w:ind w:left="400" w:hanging="400"/>
      </w:pPr>
      <w:r>
        <w:rPr>
          <w:b/>
        </w:rPr>
        <w:t xml:space="preserve">7.  </w:t>
      </w:r>
      <w:r>
        <w:rPr>
          <w:b w:val="0"/>
          <w:i w:val="0"/>
        </w:rPr>
        <w:t>What is your favorite book, film, or series?</w:t>
      </w:r>
    </w:p>
    <w:p>
      <w:pPr>
        <w:keepNext w:val="0"/>
        <w:spacing w:before="0" w:after="20"/>
        <w:ind w:left="400" w:hanging="400"/>
      </w:pPr>
      <w:r>
        <w:rPr>
          <w:b/>
        </w:rPr>
        <w:t xml:space="preserve">8.  </w:t>
      </w:r>
      <w:r>
        <w:rPr>
          <w:b w:val="0"/>
          <w:i w:val="0"/>
        </w:rPr>
        <w:t>Which sport or game do you know best?</w:t>
      </w:r>
    </w:p>
    <w:p>
      <w:pPr>
        <w:keepNext w:val="0"/>
        <w:spacing w:before="0" w:after="20"/>
        <w:ind w:left="400" w:hanging="400"/>
      </w:pPr>
      <w:r>
        <w:rPr>
          <w:b/>
        </w:rPr>
        <w:t xml:space="preserve">9.  </w:t>
      </w:r>
      <w:r>
        <w:rPr>
          <w:b w:val="0"/>
          <w:i w:val="0"/>
        </w:rPr>
        <w:t>What is one dish visitors should try in your country or region?</w:t>
      </w:r>
    </w:p>
    <w:p>
      <w:pPr>
        <w:keepNext w:val="0"/>
        <w:spacing w:before="0" w:after="20"/>
        <w:ind w:left="400" w:hanging="400"/>
      </w:pPr>
      <w:r>
        <w:rPr>
          <w:b/>
        </w:rPr>
        <w:t xml:space="preserve">10.  </w:t>
      </w:r>
      <w:r>
        <w:rPr>
          <w:b w:val="0"/>
          <w:i w:val="0"/>
        </w:rPr>
        <w:t>Who is a famous person from your country or city?</w:t>
      </w:r>
    </w:p>
    <w:p>
      <w:pPr>
        <w:pStyle w:val="Heading1"/>
        <w:keepNext/>
        <w:pBdr>
          <w:top w:val="single" w:sz="12" w:space="6" w:color="1F5C99"/>
        </w:pBdr>
        <w:spacing w:before="220" w:after="60"/>
      </w:pPr>
      <w:r>
        <w:rPr>
          <w:b w:val="0"/>
          <w:i w:val="0"/>
        </w:rPr>
        <w:t>Discussion Questions</w:t>
      </w:r>
    </w:p>
    <w:p>
      <w:pPr>
        <w:keepNext/>
        <w:spacing w:before="0" w:after="60"/>
      </w:pPr>
      <w:r>
        <w:rPr>
          <w:b w:val="0"/>
          <w:i/>
          <w:color w:val="444444"/>
        </w:rPr>
        <w:t>Discuss with a partner or in a small group. Give reasons and examples.</w:t>
      </w:r>
    </w:p>
    <w:p>
      <w:pPr>
        <w:keepNext w:val="0"/>
        <w:spacing w:before="0" w:after="20"/>
        <w:ind w:left="400" w:hanging="400"/>
      </w:pPr>
      <w:r>
        <w:rPr>
          <w:b/>
        </w:rPr>
        <w:t xml:space="preserve">1.  </w:t>
      </w:r>
      <w:r>
        <w:rPr>
          <w:b w:val="0"/>
          <w:i w:val="0"/>
        </w:rPr>
        <w:t>Do you prefer to watch sports or to play them? Why?</w:t>
      </w:r>
    </w:p>
    <w:p>
      <w:pPr>
        <w:keepNext w:val="0"/>
        <w:spacing w:before="0" w:after="20"/>
        <w:ind w:left="400" w:hanging="400"/>
      </w:pPr>
      <w:r>
        <w:rPr>
          <w:b/>
        </w:rPr>
        <w:t xml:space="preserve">2.  </w:t>
      </w:r>
      <w:r>
        <w:rPr>
          <w:b w:val="0"/>
          <w:i w:val="0"/>
        </w:rPr>
        <w:t>Which sports are popular in your country but little known elsewhere?</w:t>
      </w:r>
    </w:p>
    <w:p>
      <w:pPr>
        <w:keepNext w:val="0"/>
        <w:spacing w:before="0" w:after="20"/>
        <w:ind w:left="400" w:hanging="400"/>
      </w:pPr>
      <w:r>
        <w:rPr>
          <w:b/>
        </w:rPr>
        <w:t xml:space="preserve">3.  </w:t>
      </w:r>
      <w:r>
        <w:rPr>
          <w:b w:val="0"/>
          <w:i w:val="0"/>
        </w:rPr>
        <w:t>Have you ever watched a big football match with a large group of people? What was the atmosphere like?</w:t>
      </w:r>
    </w:p>
    <w:p>
      <w:pPr>
        <w:keepNext w:val="0"/>
        <w:spacing w:before="0" w:after="20"/>
        <w:ind w:left="400" w:hanging="400"/>
      </w:pPr>
      <w:r>
        <w:rPr>
          <w:b/>
        </w:rPr>
        <w:t xml:space="preserve">4.  </w:t>
      </w:r>
      <w:r>
        <w:rPr>
          <w:b w:val="0"/>
          <w:i w:val="0"/>
        </w:rPr>
        <w:t>What is this sport called in your language, and do you know where the word comes from?</w:t>
      </w:r>
    </w:p>
    <w:p>
      <w:pPr>
        <w:keepNext w:val="0"/>
        <w:spacing w:before="0" w:after="20"/>
        <w:ind w:left="400" w:hanging="400"/>
      </w:pPr>
      <w:r>
        <w:rPr>
          <w:b/>
        </w:rPr>
        <w:t xml:space="preserve">5.  </w:t>
      </w:r>
      <w:r>
        <w:rPr>
          <w:b w:val="0"/>
          <w:i w:val="0"/>
        </w:rPr>
        <w:t>Cricket and rugby also traveled with the British. Why might football have spread more widely than either of them?</w:t>
      </w:r>
    </w:p>
    <w:p>
      <w:pPr>
        <w:keepNext w:val="0"/>
        <w:spacing w:before="0" w:after="20"/>
        <w:ind w:left="400" w:hanging="400"/>
      </w:pPr>
      <w:r>
        <w:rPr>
          <w:b/>
        </w:rPr>
        <w:t xml:space="preserve">6.  </w:t>
      </w:r>
      <w:r>
        <w:rPr>
          <w:b w:val="0"/>
          <w:i w:val="0"/>
        </w:rPr>
        <w:t>Many clubs carry traces of their origins in their names, colors, or badges. Do you know the story behind a club or team near you?</w:t>
      </w:r>
    </w:p>
    <w:p>
      <w:pPr>
        <w:keepNext w:val="0"/>
        <w:spacing w:before="0" w:after="20"/>
        <w:ind w:left="400" w:hanging="400"/>
      </w:pPr>
      <w:r>
        <w:rPr>
          <w:b/>
        </w:rPr>
        <w:t xml:space="preserve">7.  </w:t>
      </w:r>
      <w:r>
        <w:rPr>
          <w:b w:val="0"/>
          <w:i w:val="0"/>
        </w:rPr>
        <w:t>Is it a problem that so many global sports were first organized in just a few countries? Why or why not?</w:t>
      </w:r>
    </w:p>
    <w:p>
      <w:pPr>
        <w:keepNext w:val="0"/>
        <w:spacing w:before="0" w:after="20"/>
        <w:ind w:left="400" w:hanging="400"/>
      </w:pPr>
      <w:r>
        <w:rPr>
          <w:b/>
        </w:rPr>
        <w:t xml:space="preserve">8.  </w:t>
      </w:r>
      <w:r>
        <w:rPr>
          <w:b w:val="0"/>
          <w:i w:val="0"/>
        </w:rPr>
        <w:t>Can a national team really be a rallying point for a country? Give an example you know.</w:t>
      </w:r>
    </w:p>
    <w:p>
      <w:pPr>
        <w:keepNext w:val="0"/>
        <w:spacing w:before="0" w:after="20"/>
        <w:ind w:left="400" w:hanging="400"/>
      </w:pPr>
      <w:r>
        <w:rPr>
          <w:b/>
        </w:rPr>
        <w:t xml:space="preserve">9.  </w:t>
      </w:r>
      <w:r>
        <w:rPr>
          <w:b w:val="0"/>
          <w:i w:val="0"/>
        </w:rPr>
        <w:t>Should sport and politics be kept separate? Think about the Algerian team of 1958.</w:t>
      </w:r>
    </w:p>
    <w:p>
      <w:pPr>
        <w:keepNext w:val="0"/>
        <w:spacing w:before="0" w:after="20"/>
        <w:ind w:left="400" w:hanging="400"/>
      </w:pPr>
      <w:r>
        <w:rPr>
          <w:b/>
        </w:rPr>
        <w:t xml:space="preserve">10.  </w:t>
      </w:r>
      <w:r>
        <w:rPr>
          <w:b w:val="0"/>
          <w:i w:val="0"/>
        </w:rPr>
        <w:t>Women's football was banned or limited in several countries for decades. What effects might that still have today?</w:t>
      </w:r>
    </w:p>
    <w:p>
      <w:pPr>
        <w:keepNext w:val="0"/>
        <w:spacing w:before="0" w:after="20"/>
        <w:ind w:left="400" w:hanging="400"/>
      </w:pPr>
      <w:r>
        <w:rPr>
          <w:b/>
        </w:rPr>
        <w:t xml:space="preserve">11.  </w:t>
      </w:r>
      <w:r>
        <w:rPr>
          <w:b w:val="0"/>
          <w:i w:val="0"/>
        </w:rPr>
        <w:t>Is a 48-team World Cup a good idea? Consider small countries, players' health, and the quality of the matches.</w:t>
      </w:r>
    </w:p>
    <w:p>
      <w:pPr>
        <w:keepNext w:val="0"/>
        <w:spacing w:before="0" w:after="20"/>
        <w:ind w:left="400" w:hanging="400"/>
      </w:pPr>
      <w:r>
        <w:rPr>
          <w:b/>
        </w:rPr>
        <w:t xml:space="preserve">12.  </w:t>
      </w:r>
      <w:r>
        <w:rPr>
          <w:b w:val="0"/>
          <w:i w:val="0"/>
        </w:rPr>
        <w:t>Ancient games such as cuju are sometimes revived for festivals and tourists. Is it worth keeping old games alive?</w:t>
      </w:r>
    </w:p>
    <w:p>
      <w:pPr>
        <w:keepNext w:val="0"/>
        <w:spacing w:before="0" w:after="20"/>
        <w:ind w:left="400" w:hanging="400"/>
      </w:pPr>
      <w:r>
        <w:rPr>
          <w:b/>
        </w:rPr>
        <w:t xml:space="preserve">13.  </w:t>
      </w:r>
      <w:r>
        <w:rPr>
          <w:b w:val="0"/>
          <w:i w:val="0"/>
        </w:rPr>
        <w:t>How has the internet changed the way people around the world follow football?</w:t>
      </w:r>
    </w:p>
    <w:p>
      <w:pPr>
        <w:keepNext w:val="0"/>
        <w:spacing w:before="0" w:after="20"/>
        <w:ind w:left="400" w:hanging="400"/>
      </w:pPr>
      <w:r>
        <w:rPr>
          <w:b/>
        </w:rPr>
        <w:t xml:space="preserve">14.  </w:t>
      </w:r>
      <w:r>
        <w:rPr>
          <w:b w:val="0"/>
          <w:i w:val="0"/>
        </w:rPr>
        <w:t>Some people say football is "just a game." Others see it as part of who they are. Which view is closer to yours, and why?</w:t>
      </w:r>
    </w:p>
    <w:p>
      <w:pPr>
        <w:pStyle w:val="Heading1"/>
        <w:keepNext/>
        <w:pBdr>
          <w:top w:val="single" w:sz="12" w:space="6" w:color="1F5C99"/>
        </w:pBdr>
        <w:spacing w:before="220" w:after="60"/>
      </w:pPr>
      <w:r>
        <w:rPr>
          <w:b w:val="0"/>
          <w:i w:val="0"/>
        </w:rPr>
        <w:t>Online Practice</w:t>
      </w:r>
    </w:p>
    <w:tbl>
      <w:tblPr>
        <w:tblW w:type="auto" w:w="0"/>
        <w:tblLayout w:type="fixed"/>
        <w:tblLook w:firstColumn="1" w:firstRow="1" w:lastColumn="0" w:lastRow="0" w:noHBand="0" w:noVBand="1" w:val="04A0"/>
        <w:tblCellMar>
          <w:top w:w="20" w:type="dxa"/>
          <w:bottom w:w="20" w:type="dxa"/>
          <w:left w:w="100" w:type="dxa"/>
          <w:right w:w="100" w:type="dxa"/>
        </w:tblCellMar>
      </w:tblPr>
      <w:tblGrid>
        <w:gridCol w:w="1871"/>
        <w:gridCol w:w="7767"/>
      </w:tblGrid>
      <w:tr>
        <w:tc>
          <w:tcPr>
            <w:tcW w:type="dxa" w:w="1871"/>
            <w:tcBorders>
              <w:top w:val="nil"/>
              <w:left w:val="nil"/>
              <w:bottom w:val="nil"/>
              <w:right w:val="nil"/>
            </w:tcBorders>
          </w:tcPr>
          <w:p>
            <w:r>
              <w:drawing>
                <wp:inline xmlns:a="http://schemas.openxmlformats.org/drawingml/2006/main" xmlns:pic="http://schemas.openxmlformats.org/drawingml/2006/picture">
                  <wp:extent cx="936000" cy="936000"/>
                  <wp:docPr id="1" name="Picture 1"/>
                  <wp:cNvGraphicFramePr>
                    <a:graphicFrameLocks noChangeAspect="1"/>
                  </wp:cNvGraphicFramePr>
                  <a:graphic>
                    <a:graphicData uri="http://schemas.openxmlformats.org/drawingml/2006/picture">
                      <pic:pic>
                        <pic:nvPicPr>
                          <pic:cNvPr id="0" name="football-global-history_qr.png"/>
                          <pic:cNvPicPr/>
                        </pic:nvPicPr>
                        <pic:blipFill>
                          <a:blip r:embed="rId10"/>
                          <a:stretch>
                            <a:fillRect/>
                          </a:stretch>
                        </pic:blipFill>
                        <pic:spPr>
                          <a:xfrm>
                            <a:off x="0" y="0"/>
                            <a:ext cx="936000" cy="936000"/>
                          </a:xfrm>
                          <a:prstGeom prst="rect"/>
                        </pic:spPr>
                      </pic:pic>
                    </a:graphicData>
                  </a:graphic>
                </wp:inline>
              </w:drawing>
            </w:r>
          </w:p>
        </w:tc>
        <w:tc>
          <w:tcPr>
            <w:tcW w:type="dxa" w:w="7767"/>
            <w:tcBorders>
              <w:top w:val="nil"/>
              <w:left w:val="nil"/>
              <w:bottom w:val="nil"/>
              <w:right w:val="nil"/>
            </w:tcBorders>
          </w:tcPr>
          <w:p>
            <w:r>
              <w:rPr>
                <w:b w:val="0"/>
                <w:i w:val="0"/>
              </w:rPr>
              <w:t xml:space="preserve">Scan the code or visit </w:t>
            </w:r>
            <w:r>
              <w:rPr>
                <w:b/>
                <w:i w:val="0"/>
              </w:rPr>
              <w:t>englishbridges.com/lessons/football-global-history</w:t>
            </w:r>
            <w:r>
              <w:rPr>
                <w:b w:val="0"/>
                <w:i w:val="0"/>
              </w:rPr>
              <w:t xml:space="preserve"> for the full reading, vocabulary activities, the Speed Challenge, typing practice, and AI conversation prompts.</w:t>
            </w:r>
          </w:p>
        </w:tc>
      </w:tr>
    </w:tbl>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888888"/>
        <w:sz w:val="16"/>
      </w:rPr>
      <w:t xml:space="preserve">Football History   |   EnglishBridges.com   |   </w:t>
    </w:r>
    <w:r>
      <w:rPr>
        <w:color w:val="888888"/>
        <w:sz w:val="16"/>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line="240" w:lineRule="auto"/>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i w:val="0"/>
      <w:color w:val="1F5C99"/>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i w:val="0"/>
      <w:color w:val="333333"/>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