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60"/>
      </w:pPr>
      <w:r>
        <w:rPr>
          <w:b/>
          <w:i w:val="0"/>
          <w:color w:val="1F5C99"/>
          <w:sz w:val="40"/>
        </w:rPr>
        <w:t>Badminton History</w:t>
      </w:r>
    </w:p>
    <w:p>
      <w:pPr>
        <w:keepNext w:val="0"/>
        <w:spacing w:before="0" w:after="120"/>
      </w:pPr>
      <w:r>
        <w:rPr>
          <w:b w:val="0"/>
          <w:i w:val="0"/>
          <w:color w:val="555555"/>
          <w:sz w:val="21"/>
        </w:rPr>
        <w:t>From Garden Game to Fastest Racket Sport   |   Level C1   |   EnglishBridges.com</w:t>
      </w:r>
    </w:p>
    <w:p>
      <w:pPr>
        <w:pStyle w:val="Heading1"/>
        <w:keepNext/>
        <w:pBdr>
          <w:top w:val="single" w:sz="12" w:space="6" w:color="1F5C99"/>
        </w:pBdr>
        <w:spacing w:before="220" w:after="60"/>
      </w:pPr>
      <w:r>
        <w:rPr>
          <w:b w:val="0"/>
          <w:i w:val="0"/>
        </w:rPr>
        <w:t>Before You Read</w:t>
      </w:r>
    </w:p>
    <w:p>
      <w:pPr>
        <w:keepNext/>
        <w:spacing w:before="0" w:after="60"/>
      </w:pPr>
      <w:r>
        <w:rPr>
          <w:b w:val="0"/>
          <w:i/>
          <w:color w:val="444444"/>
        </w:rPr>
        <w:t>Discuss these questions with a partner.</w:t>
      </w:r>
    </w:p>
    <w:p>
      <w:pPr>
        <w:keepNext w:val="0"/>
        <w:spacing w:before="0" w:after="40"/>
        <w:ind w:left="400" w:hanging="400"/>
      </w:pPr>
      <w:r>
        <w:rPr>
          <w:b/>
        </w:rPr>
        <w:t xml:space="preserve">1.  </w:t>
      </w:r>
      <w:r>
        <w:rPr>
          <w:b w:val="0"/>
          <w:i w:val="0"/>
        </w:rPr>
        <w:t>Have you ever played badminton or another racket sport? Was it a relaxed game or a serious contest?</w:t>
      </w:r>
    </w:p>
    <w:p>
      <w:pPr>
        <w:keepNext w:val="0"/>
        <w:spacing w:before="0" w:after="40"/>
        <w:ind w:left="400" w:hanging="400"/>
      </w:pPr>
      <w:r>
        <w:rPr>
          <w:b/>
        </w:rPr>
        <w:t xml:space="preserve">2.  </w:t>
      </w:r>
      <w:r>
        <w:rPr>
          <w:b w:val="0"/>
          <w:i w:val="0"/>
        </w:rPr>
        <w:t>What do you know about where badminton comes from, or about famous badminton players?</w:t>
      </w:r>
    </w:p>
    <w:p>
      <w:pPr>
        <w:keepNext w:val="0"/>
        <w:spacing w:before="0" w:after="40"/>
        <w:ind w:left="400" w:hanging="400"/>
      </w:pPr>
      <w:r>
        <w:rPr>
          <w:b/>
        </w:rPr>
        <w:t xml:space="preserve">3.  </w:t>
      </w:r>
      <w:r>
        <w:rPr>
          <w:b w:val="0"/>
          <w:i w:val="0"/>
        </w:rPr>
        <w:t>How might the way people play or watch badminton differ from one country or age group to another?</w:t>
      </w:r>
    </w:p>
    <w:p>
      <w:pPr>
        <w:pStyle w:val="Heading1"/>
        <w:keepNext/>
        <w:pBdr>
          <w:top w:val="single" w:sz="12" w:space="6" w:color="1F5C99"/>
        </w:pBdr>
        <w:spacing w:before="220" w:after="60"/>
      </w:pPr>
      <w:r>
        <w:rPr>
          <w:b w:val="0"/>
          <w:i w:val="0"/>
        </w:rPr>
        <w:t>Reading: Badminton History</w:t>
      </w:r>
    </w:p>
    <w:p>
      <w:pPr>
        <w:spacing w:before="0" w:after="80" w:line="360" w:lineRule="auto"/>
      </w:pPr>
      <w:r>
        <w:rPr>
          <w:b w:val="0"/>
          <w:i w:val="0"/>
          <w:sz w:val="24"/>
        </w:rPr>
        <w:t xml:space="preserve">Badminton can be a </w:t>
      </w:r>
      <w:r>
        <w:rPr>
          <w:b/>
          <w:i w:val="0"/>
          <w:sz w:val="24"/>
        </w:rPr>
        <w:t>leisurely</w:t>
      </w:r>
      <w:r>
        <w:rPr>
          <w:b w:val="0"/>
          <w:i w:val="0"/>
          <w:sz w:val="24"/>
        </w:rPr>
        <w:t xml:space="preserve"> </w:t>
      </w:r>
      <w:r>
        <w:rPr>
          <w:b/>
          <w:i w:val="0"/>
          <w:sz w:val="24"/>
        </w:rPr>
        <w:t>pastime</w:t>
      </w:r>
      <w:r>
        <w:rPr>
          <w:b w:val="0"/>
          <w:i w:val="0"/>
          <w:sz w:val="24"/>
        </w:rPr>
        <w:t xml:space="preserve"> in a garden or a fierce professional sport. Few sports </w:t>
      </w:r>
      <w:r>
        <w:rPr>
          <w:b/>
          <w:i w:val="0"/>
          <w:sz w:val="24"/>
        </w:rPr>
        <w:t>span</w:t>
      </w:r>
      <w:r>
        <w:rPr>
          <w:b w:val="0"/>
          <w:i w:val="0"/>
          <w:sz w:val="24"/>
        </w:rPr>
        <w:t xml:space="preserve"> such a wide range. People have kept feathered objects </w:t>
      </w:r>
      <w:r>
        <w:rPr>
          <w:b/>
          <w:i w:val="0"/>
          <w:sz w:val="24"/>
        </w:rPr>
        <w:t>aloft</w:t>
      </w:r>
      <w:r>
        <w:rPr>
          <w:b w:val="0"/>
          <w:i w:val="0"/>
          <w:sz w:val="24"/>
        </w:rPr>
        <w:t xml:space="preserve"> for a very long time. In China, a kicking game called jianzi is thought to have been played for around two thousand years. In Japan, hanetsuki is a New Year game played with wooden paddles. In Europe, children played battledore and shuttlecock, a game of cooperation rather than competition.</w:t>
      </w:r>
    </w:p>
    <w:p>
      <w:pPr>
        <w:spacing w:before="0" w:after="80" w:line="360" w:lineRule="auto"/>
      </w:pPr>
      <w:r>
        <w:rPr>
          <w:b w:val="0"/>
          <w:i w:val="0"/>
          <w:sz w:val="24"/>
        </w:rPr>
        <w:t xml:space="preserve">The competitive version </w:t>
      </w:r>
      <w:r>
        <w:rPr>
          <w:b/>
          <w:i w:val="0"/>
          <w:sz w:val="24"/>
        </w:rPr>
        <w:t>took shape</w:t>
      </w:r>
      <w:r>
        <w:rPr>
          <w:b w:val="0"/>
          <w:i w:val="0"/>
          <w:sz w:val="24"/>
        </w:rPr>
        <w:t xml:space="preserve"> in British India in the mid-1800s, when army officers added a net and started counting points. For a while the game was called "Poona," after the </w:t>
      </w:r>
      <w:r>
        <w:rPr>
          <w:b/>
          <w:i w:val="0"/>
          <w:sz w:val="24"/>
        </w:rPr>
        <w:t>garrison</w:t>
      </w:r>
      <w:r>
        <w:rPr>
          <w:b w:val="0"/>
          <w:i w:val="0"/>
          <w:sz w:val="24"/>
        </w:rPr>
        <w:t xml:space="preserve"> town now known as Pune. One of the first sets of rules is said to have been drawn up there in 1873. The name comes from Badminton House, an estate in England. It is widely believed that officers back from India played the game there, but the details are </w:t>
      </w:r>
      <w:r>
        <w:rPr>
          <w:b/>
          <w:i w:val="0"/>
          <w:sz w:val="24"/>
        </w:rPr>
        <w:t>murky</w:t>
      </w:r>
      <w:r>
        <w:rPr>
          <w:b w:val="0"/>
          <w:i w:val="0"/>
          <w:sz w:val="24"/>
        </w:rPr>
        <w:t>.</w:t>
      </w:r>
    </w:p>
    <w:p>
      <w:pPr>
        <w:spacing w:before="0" w:after="80" w:line="360" w:lineRule="auto"/>
      </w:pPr>
      <w:r>
        <w:rPr>
          <w:b w:val="0"/>
          <w:i w:val="0"/>
          <w:sz w:val="24"/>
        </w:rPr>
        <w:t xml:space="preserve">The British organized the sport, and the All England Championships became one of its most </w:t>
      </w:r>
      <w:r>
        <w:rPr>
          <w:b/>
          <w:i w:val="0"/>
          <w:sz w:val="24"/>
        </w:rPr>
        <w:t>prestigious</w:t>
      </w:r>
      <w:r>
        <w:rPr>
          <w:b w:val="0"/>
          <w:i w:val="0"/>
          <w:sz w:val="24"/>
        </w:rPr>
        <w:t xml:space="preserve"> titles. Yet the </w:t>
      </w:r>
      <w:r>
        <w:rPr>
          <w:b/>
          <w:i w:val="0"/>
          <w:sz w:val="24"/>
        </w:rPr>
        <w:t>center of gravity</w:t>
      </w:r>
      <w:r>
        <w:rPr>
          <w:b w:val="0"/>
          <w:i w:val="0"/>
          <w:sz w:val="24"/>
        </w:rPr>
        <w:t xml:space="preserve"> soon moved east. Malaya won the first Thomas Cup in 1949. When badminton became an Olympic medal sport in 1992, Indonesia won its first Olympic gold medals. At Paris 2024, Asian players took four of the five titles. Denmark's Viktor Axelsen won the men's singles, so Europe has not </w:t>
      </w:r>
      <w:r>
        <w:rPr>
          <w:b/>
          <w:i w:val="0"/>
          <w:sz w:val="24"/>
        </w:rPr>
        <w:t>relinquished</w:t>
      </w:r>
      <w:r>
        <w:rPr>
          <w:b w:val="0"/>
          <w:i w:val="0"/>
          <w:sz w:val="24"/>
        </w:rPr>
        <w:t xml:space="preserve"> its place.</w:t>
      </w:r>
    </w:p>
    <w:p>
      <w:pPr>
        <w:spacing w:before="0" w:after="80" w:line="360" w:lineRule="auto"/>
      </w:pPr>
      <w:r>
        <w:rPr>
          <w:b w:val="0"/>
          <w:i w:val="0"/>
          <w:sz w:val="24"/>
        </w:rPr>
        <w:t xml:space="preserve">In 2023, a player from India set a world record with a hit of 565 kilometers per hour. It was set in a test, not in a match. Yet the feathers create so much </w:t>
      </w:r>
      <w:r>
        <w:rPr>
          <w:b/>
          <w:i w:val="0"/>
          <w:sz w:val="24"/>
        </w:rPr>
        <w:t>drag</w:t>
      </w:r>
      <w:r>
        <w:rPr>
          <w:b w:val="0"/>
          <w:i w:val="0"/>
          <w:sz w:val="24"/>
        </w:rPr>
        <w:t xml:space="preserve"> that a smash loses about half its speed every three to four meters. That is the </w:t>
      </w:r>
      <w:r>
        <w:rPr>
          <w:b/>
          <w:i w:val="0"/>
          <w:sz w:val="24"/>
        </w:rPr>
        <w:t>paradox</w:t>
      </w:r>
      <w:r>
        <w:rPr>
          <w:b w:val="0"/>
          <w:i w:val="0"/>
          <w:sz w:val="24"/>
        </w:rPr>
        <w:t xml:space="preserve"> of badminton: the fastest shot slows down quickly, so a good defender can still return it.</w:t>
      </w:r>
    </w:p>
    <w:p>
      <w:pPr>
        <w:spacing w:before="0" w:after="80" w:line="360" w:lineRule="auto"/>
      </w:pPr>
      <w:r>
        <w:rPr>
          <w:b w:val="0"/>
          <w:i w:val="0"/>
          <w:sz w:val="24"/>
        </w:rPr>
        <w:t xml:space="preserve">All of this depends on a </w:t>
      </w:r>
      <w:r>
        <w:rPr>
          <w:b/>
          <w:i w:val="0"/>
          <w:sz w:val="24"/>
        </w:rPr>
        <w:t>fragile</w:t>
      </w:r>
      <w:r>
        <w:rPr>
          <w:b w:val="0"/>
          <w:i w:val="0"/>
          <w:sz w:val="24"/>
        </w:rPr>
        <w:t xml:space="preserve"> object with 16 feathers and a cork base. It is often claimed that the feathers must come from a goose's left wing, but this detail is open to question. At least one engineering text names the right wing. Feathers are expensive, so in 2026 the sport's governing body began testing </w:t>
      </w:r>
      <w:r>
        <w:rPr>
          <w:b/>
          <w:i w:val="0"/>
          <w:sz w:val="24"/>
        </w:rPr>
        <w:t>synthetic</w:t>
      </w:r>
      <w:r>
        <w:rPr>
          <w:b w:val="0"/>
          <w:i w:val="0"/>
          <w:sz w:val="24"/>
        </w:rPr>
        <w:t xml:space="preserve"> shuttles at smaller events. Whether top players will </w:t>
      </w:r>
      <w:r>
        <w:rPr>
          <w:b/>
          <w:i w:val="0"/>
          <w:sz w:val="24"/>
        </w:rPr>
        <w:t>embrace</w:t>
      </w:r>
      <w:r>
        <w:rPr>
          <w:b w:val="0"/>
          <w:i w:val="0"/>
          <w:sz w:val="24"/>
        </w:rPr>
        <w:t xml:space="preserve"> them is still an open question.</w:t>
      </w:r>
    </w:p>
    <w:p>
      <w:pPr>
        <w:pStyle w:val="Heading1"/>
        <w:keepNext/>
        <w:pBdr>
          <w:top w:val="single" w:sz="12" w:space="6" w:color="1F5C99"/>
        </w:pBdr>
        <w:spacing w:before="220" w:after="60"/>
      </w:pPr>
      <w:r>
        <w:rPr>
          <w:b w:val="0"/>
          <w:i w:val="0"/>
        </w:rPr>
        <w:t>Vocabulary: Fill in the Blank</w:t>
      </w:r>
    </w:p>
    <w:p>
      <w:pPr>
        <w:keepNext/>
        <w:spacing w:before="0" w:after="60"/>
      </w:pPr>
      <w:r>
        <w:rPr>
          <w:b w:val="0"/>
          <w:i/>
          <w:color w:val="444444"/>
        </w:rPr>
        <w:t>Complete each sentence with a word or phrase from the box. Use each one once.</w:t>
      </w:r>
    </w:p>
    <w:tbl>
      <w:tblPr>
        <w:tblW w:type="auto" w:w="0"/>
        <w:tblLayout w:type="fixed"/>
        <w:tblLook w:firstColumn="1" w:firstRow="1" w:lastColumn="0" w:lastRow="0" w:noHBand="0" w:noVBand="1" w:val="04A0"/>
        <w:tblCellMar>
          <w:top w:w="80" w:type="dxa"/>
          <w:bottom w:w="80" w:type="dxa"/>
          <w:left w:w="160" w:type="dxa"/>
          <w:right w:w="160" w:type="dxa"/>
        </w:tblCellMar>
      </w:tblPr>
      <w:tblGrid>
        <w:gridCol w:w="9638"/>
      </w:tblGrid>
      <w:tr>
        <w:trPr>
          <w:cantSplit/>
        </w:trPr>
        <w:tc>
          <w:tcPr>
            <w:tcW w:type="dxa" w:w="9638"/>
            <w:tcBorders>
              <w:top w:val="single" w:sz="4" w:color="BBBBBB"/>
              <w:left w:val="single" w:sz="4" w:color="BBBBBB"/>
              <w:bottom w:val="single" w:sz="4" w:color="BBBBBB"/>
              <w:right w:val="single" w:sz="4" w:color="BBBBBB"/>
            </w:tcBorders>
            <w:shd w:val="clear" w:color="auto" w:fill="EEF4FA"/>
          </w:tcPr>
          <w:p>
            <w:pPr>
              <w:spacing w:before="0" w:after="0"/>
              <w:jc w:val="center"/>
            </w:pPr>
            <w:r>
              <w:rPr>
                <w:b/>
                <w:i w:val="0"/>
              </w:rPr>
              <w:t>center of gravity     paradox     pastime     leisurely     aloft     spanned     took shape     garrison     fragile     drag     murky     prestigious     synthetic     relinquished</w:t>
            </w:r>
          </w:p>
        </w:tc>
      </w:tr>
    </w:tbl>
    <w:p>
      <w:pPr>
        <w:spacing w:before="0" w:after="0" w:line="60" w:lineRule="exact"/>
      </w:pPr>
    </w:p>
    <w:p>
      <w:pPr>
        <w:keepNext w:val="0"/>
        <w:spacing w:before="0" w:after="40"/>
        <w:ind w:left="400" w:hanging="400"/>
      </w:pPr>
      <w:r>
        <w:rPr>
          <w:b/>
        </w:rPr>
        <w:t xml:space="preserve">1.  </w:t>
      </w:r>
      <w:r>
        <w:rPr>
          <w:b w:val="0"/>
          <w:i w:val="0"/>
        </w:rPr>
        <w:t>Their friendship ____________ more than fifty years and two continents.</w:t>
      </w:r>
    </w:p>
    <w:p>
      <w:pPr>
        <w:keepNext w:val="0"/>
        <w:spacing w:before="0" w:after="40"/>
        <w:ind w:left="400" w:hanging="400"/>
      </w:pPr>
      <w:r>
        <w:rPr>
          <w:b/>
        </w:rPr>
        <w:t xml:space="preserve">2.  </w:t>
      </w:r>
      <w:r>
        <w:rPr>
          <w:b w:val="0"/>
          <w:i w:val="0"/>
        </w:rPr>
        <w:t>After the exam, we went for a ____________ lunch that lasted three hours.</w:t>
      </w:r>
    </w:p>
    <w:p>
      <w:pPr>
        <w:keepNext w:val="0"/>
        <w:spacing w:before="0" w:after="40"/>
        <w:ind w:left="400" w:hanging="400"/>
      </w:pPr>
      <w:r>
        <w:rPr>
          <w:b/>
        </w:rPr>
        <w:t xml:space="preserve">3.  </w:t>
      </w:r>
      <w:r>
        <w:rPr>
          <w:b w:val="0"/>
          <w:i w:val="0"/>
        </w:rPr>
        <w:t>Watching old films is a popular ____________ among my grandparents’ friends.</w:t>
      </w:r>
    </w:p>
    <w:p>
      <w:pPr>
        <w:keepNext w:val="0"/>
        <w:spacing w:before="0" w:after="40"/>
        <w:ind w:left="400" w:hanging="400"/>
      </w:pPr>
      <w:r>
        <w:rPr>
          <w:b/>
        </w:rPr>
        <w:t xml:space="preserve">4.  </w:t>
      </w:r>
      <w:r>
        <w:rPr>
          <w:b w:val="0"/>
          <w:i w:val="0"/>
        </w:rPr>
        <w:t>The balloon stayed ____________ for hours before it finally came down in a field.</w:t>
      </w:r>
    </w:p>
    <w:p>
      <w:pPr>
        <w:keepNext w:val="0"/>
        <w:spacing w:before="0" w:after="40"/>
        <w:ind w:left="400" w:hanging="400"/>
      </w:pPr>
      <w:r>
        <w:rPr>
          <w:b/>
        </w:rPr>
        <w:t xml:space="preserve">5.  </w:t>
      </w:r>
      <w:r>
        <w:rPr>
          <w:b w:val="0"/>
          <w:i w:val="0"/>
        </w:rPr>
        <w:t>The new school ____________ slowly as the walls and roof went up.</w:t>
      </w:r>
    </w:p>
    <w:p>
      <w:pPr>
        <w:keepNext w:val="0"/>
        <w:spacing w:before="0" w:after="40"/>
        <w:ind w:left="400" w:hanging="400"/>
      </w:pPr>
      <w:r>
        <w:rPr>
          <w:b/>
        </w:rPr>
        <w:t xml:space="preserve">6.  </w:t>
      </w:r>
      <w:r>
        <w:rPr>
          <w:b w:val="0"/>
          <w:i w:val="0"/>
        </w:rPr>
        <w:t>A small ____________ of soldiers protected the island during the war.</w:t>
      </w:r>
    </w:p>
    <w:p>
      <w:pPr>
        <w:keepNext w:val="0"/>
        <w:spacing w:before="0" w:after="40"/>
        <w:ind w:left="400" w:hanging="400"/>
      </w:pPr>
      <w:r>
        <w:rPr>
          <w:b/>
        </w:rPr>
        <w:t xml:space="preserve">7.  </w:t>
      </w:r>
      <w:r>
        <w:rPr>
          <w:b w:val="0"/>
          <w:i w:val="0"/>
        </w:rPr>
        <w:t>The rules about who owns the land are ____________, so nobody is sure.</w:t>
      </w:r>
    </w:p>
    <w:p>
      <w:pPr>
        <w:keepNext w:val="0"/>
        <w:spacing w:before="0" w:after="40"/>
        <w:ind w:left="400" w:hanging="400"/>
      </w:pPr>
      <w:r>
        <w:rPr>
          <w:b/>
        </w:rPr>
        <w:t xml:space="preserve">8.  </w:t>
      </w:r>
      <w:r>
        <w:rPr>
          <w:b w:val="0"/>
          <w:i w:val="0"/>
        </w:rPr>
        <w:t>He studied at one of the most ____________ cooking schools in France.</w:t>
      </w:r>
    </w:p>
    <w:p>
      <w:pPr>
        <w:keepNext w:val="0"/>
        <w:spacing w:before="0" w:after="40"/>
        <w:ind w:left="400" w:hanging="400"/>
      </w:pPr>
      <w:r>
        <w:rPr>
          <w:b/>
        </w:rPr>
        <w:t xml:space="preserve">9.  </w:t>
      </w:r>
      <w:r>
        <w:rPr>
          <w:b w:val="0"/>
          <w:i w:val="0"/>
        </w:rPr>
        <w:t>For many years, the ____________ of the world car industry was in Detroit.</w:t>
      </w:r>
    </w:p>
    <w:p>
      <w:pPr>
        <w:keepNext w:val="0"/>
        <w:spacing w:before="0" w:after="40"/>
        <w:ind w:left="400" w:hanging="400"/>
      </w:pPr>
      <w:r>
        <w:rPr>
          <w:b/>
        </w:rPr>
        <w:t xml:space="preserve">10.  </w:t>
      </w:r>
      <w:r>
        <w:rPr>
          <w:b w:val="0"/>
          <w:i w:val="0"/>
        </w:rPr>
        <w:t>The general ____________ command of the army after he became ill.</w:t>
      </w:r>
    </w:p>
    <w:p>
      <w:pPr>
        <w:keepNext w:val="0"/>
        <w:spacing w:before="0" w:after="40"/>
        <w:ind w:left="400" w:hanging="400"/>
      </w:pPr>
      <w:r>
        <w:rPr>
          <w:b/>
        </w:rPr>
        <w:t xml:space="preserve">11.  </w:t>
      </w:r>
      <w:r>
        <w:rPr>
          <w:b w:val="0"/>
          <w:i w:val="0"/>
        </w:rPr>
        <w:t>A parachute works by creating a lot of ____________ as it falls.</w:t>
      </w:r>
    </w:p>
    <w:p>
      <w:pPr>
        <w:keepNext w:val="0"/>
        <w:spacing w:before="0" w:after="40"/>
        <w:ind w:left="400" w:hanging="400"/>
      </w:pPr>
      <w:r>
        <w:rPr>
          <w:b/>
        </w:rPr>
        <w:t xml:space="preserve">12.  </w:t>
      </w:r>
      <w:r>
        <w:rPr>
          <w:b w:val="0"/>
          <w:i w:val="0"/>
        </w:rPr>
        <w:t>It is a ____________ that saving time with phones can leave us feeling busier.</w:t>
      </w:r>
    </w:p>
    <w:p>
      <w:pPr>
        <w:keepNext w:val="0"/>
        <w:spacing w:before="0" w:after="40"/>
        <w:ind w:left="400" w:hanging="400"/>
      </w:pPr>
      <w:r>
        <w:rPr>
          <w:b/>
        </w:rPr>
        <w:t xml:space="preserve">13.  </w:t>
      </w:r>
      <w:r>
        <w:rPr>
          <w:b w:val="0"/>
          <w:i w:val="0"/>
        </w:rPr>
        <w:t>The peace between the two countries is still ____________ and could break at any time.</w:t>
      </w:r>
    </w:p>
    <w:p>
      <w:pPr>
        <w:keepNext w:val="0"/>
        <w:spacing w:before="0" w:after="40"/>
        <w:ind w:left="400" w:hanging="400"/>
      </w:pPr>
      <w:r>
        <w:rPr>
          <w:b/>
        </w:rPr>
        <w:t xml:space="preserve">14.  </w:t>
      </w:r>
      <w:r>
        <w:rPr>
          <w:b w:val="0"/>
          <w:i w:val="0"/>
        </w:rPr>
        <w:t>Most running shirts are made of ____________ fabric, not cotton.</w:t>
      </w:r>
    </w:p>
    <w:p>
      <w:pPr>
        <w:pStyle w:val="Heading1"/>
        <w:keepNext/>
        <w:pBdr>
          <w:top w:val="single" w:sz="12" w:space="6" w:color="1F5C99"/>
        </w:pBdr>
        <w:spacing w:before="220" w:after="60"/>
      </w:pPr>
      <w:r>
        <w:rPr>
          <w:b w:val="0"/>
          <w:i w:val="0"/>
        </w:rPr>
        <w:t>Word Partners: Collocations and Word Families</w:t>
      </w:r>
    </w:p>
    <w:p>
      <w:pPr>
        <w:pStyle w:val="Heading2"/>
        <w:keepNext/>
        <w:spacing w:before="100" w:after="40"/>
      </w:pPr>
      <w:r>
        <w:rPr>
          <w:b w:val="0"/>
          <w:i w:val="0"/>
        </w:rPr>
        <w:t>Part A. Collocations</w:t>
      </w:r>
    </w:p>
    <w:p>
      <w:pPr>
        <w:keepNext/>
        <w:spacing w:before="0" w:after="60"/>
      </w:pPr>
      <w:r>
        <w:rPr>
          <w:b w:val="0"/>
          <w:i/>
          <w:color w:val="444444"/>
        </w:rPr>
        <w:t>Match the two halves to make common phrases. Write the letter on the line.</w:t>
      </w:r>
    </w:p>
    <w:tbl>
      <w:tblPr>
        <w:tblW w:type="auto" w:w="0"/>
        <w:jc w:val="left"/>
        <w:tblLayout w:type="fixed"/>
        <w:tblLook w:firstColumn="1" w:firstRow="1" w:lastColumn="0" w:lastRow="0" w:noHBand="0" w:noVBand="1" w:val="04A0"/>
        <w:tblCellMar>
          <w:top w:w="20" w:type="dxa"/>
          <w:bottom w:w="20" w:type="dxa"/>
          <w:left w:w="100" w:type="dxa"/>
          <w:right w:w="100" w:type="dxa"/>
        </w:tblCellMar>
      </w:tblPr>
      <w:tblGrid>
        <w:gridCol w:w="3005"/>
        <w:gridCol w:w="1191"/>
        <w:gridCol w:w="5443"/>
      </w:tblGrid>
      <w:tr>
        <w:trPr>
          <w:cantSplit/>
        </w:trPr>
        <w:tc>
          <w:tcPr>
            <w:tcW w:type="dxa" w:w="3005"/>
            <w:tcBorders>
              <w:top w:val="nil"/>
              <w:left w:val="nil"/>
              <w:bottom w:val="nil"/>
              <w:right w:val="nil"/>
            </w:tcBorders>
          </w:tcPr>
          <w:p>
            <w:pPr>
              <w:keepNext/>
              <w:spacing w:before="0" w:after="20"/>
            </w:pPr>
            <w:r>
              <w:rPr>
                <w:b/>
                <w:i w:val="0"/>
              </w:rPr>
              <w:t>1.</w:t>
            </w:r>
            <w:r>
              <w:rPr>
                <w:b w:val="0"/>
                <w:i w:val="0"/>
              </w:rPr>
              <w:t xml:space="preserve"> at a leisurely</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a.</w:t>
            </w:r>
            <w:r>
              <w:rPr>
                <w:b w:val="0"/>
                <w:i w:val="0"/>
              </w:rPr>
              <w:t xml:space="preserve"> waters</w:t>
            </w:r>
          </w:p>
        </w:tc>
      </w:tr>
      <w:tr>
        <w:trPr>
          <w:cantSplit/>
        </w:trPr>
        <w:tc>
          <w:tcPr>
            <w:tcW w:type="dxa" w:w="3005"/>
            <w:tcBorders>
              <w:top w:val="nil"/>
              <w:left w:val="nil"/>
              <w:bottom w:val="nil"/>
              <w:right w:val="nil"/>
            </w:tcBorders>
          </w:tcPr>
          <w:p>
            <w:pPr>
              <w:keepNext/>
              <w:spacing w:before="0" w:after="20"/>
            </w:pPr>
            <w:r>
              <w:rPr>
                <w:b/>
                <w:i w:val="0"/>
              </w:rPr>
              <w:t>2.</w:t>
            </w:r>
            <w:r>
              <w:rPr>
                <w:b w:val="0"/>
                <w:i w:val="0"/>
              </w:rPr>
              <w:t xml:space="preserve"> span</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b.</w:t>
            </w:r>
            <w:r>
              <w:rPr>
                <w:b w:val="0"/>
                <w:i w:val="0"/>
              </w:rPr>
              <w:t xml:space="preserve"> pace</w:t>
            </w:r>
          </w:p>
        </w:tc>
      </w:tr>
      <w:tr>
        <w:trPr>
          <w:cantSplit/>
        </w:trPr>
        <w:tc>
          <w:tcPr>
            <w:tcW w:type="dxa" w:w="3005"/>
            <w:tcBorders>
              <w:top w:val="nil"/>
              <w:left w:val="nil"/>
              <w:bottom w:val="nil"/>
              <w:right w:val="nil"/>
            </w:tcBorders>
          </w:tcPr>
          <w:p>
            <w:pPr>
              <w:keepNext/>
              <w:spacing w:before="0" w:after="20"/>
            </w:pPr>
            <w:r>
              <w:rPr>
                <w:b/>
                <w:i w:val="0"/>
              </w:rPr>
              <w:t>3.</w:t>
            </w:r>
            <w:r>
              <w:rPr>
                <w:b w:val="0"/>
                <w:i w:val="0"/>
              </w:rPr>
              <w:t xml:space="preserve"> a garrison</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c.</w:t>
            </w:r>
            <w:r>
              <w:rPr>
                <w:b w:val="0"/>
                <w:i w:val="0"/>
              </w:rPr>
              <w:t xml:space="preserve"> award</w:t>
            </w:r>
          </w:p>
        </w:tc>
      </w:tr>
      <w:tr>
        <w:trPr>
          <w:cantSplit/>
        </w:trPr>
        <w:tc>
          <w:tcPr>
            <w:tcW w:type="dxa" w:w="3005"/>
            <w:tcBorders>
              <w:top w:val="nil"/>
              <w:left w:val="nil"/>
              <w:bottom w:val="nil"/>
              <w:right w:val="nil"/>
            </w:tcBorders>
          </w:tcPr>
          <w:p>
            <w:pPr>
              <w:keepNext/>
              <w:spacing w:before="0" w:after="20"/>
            </w:pPr>
            <w:r>
              <w:rPr>
                <w:b/>
                <w:i w:val="0"/>
              </w:rPr>
              <w:t>4.</w:t>
            </w:r>
            <w:r>
              <w:rPr>
                <w:b w:val="0"/>
                <w:i w:val="0"/>
              </w:rPr>
              <w:t xml:space="preserve"> murky</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d.</w:t>
            </w:r>
            <w:r>
              <w:rPr>
                <w:b w:val="0"/>
                <w:i w:val="0"/>
              </w:rPr>
              <w:t xml:space="preserve"> town</w:t>
            </w:r>
          </w:p>
        </w:tc>
      </w:tr>
      <w:tr>
        <w:trPr>
          <w:cantSplit/>
        </w:trPr>
        <w:tc>
          <w:tcPr>
            <w:tcW w:type="dxa" w:w="3005"/>
            <w:tcBorders>
              <w:top w:val="nil"/>
              <w:left w:val="nil"/>
              <w:bottom w:val="nil"/>
              <w:right w:val="nil"/>
            </w:tcBorders>
          </w:tcPr>
          <w:p>
            <w:pPr>
              <w:keepNext/>
              <w:spacing w:before="0" w:after="20"/>
            </w:pPr>
            <w:r>
              <w:rPr>
                <w:b/>
                <w:i w:val="0"/>
              </w:rPr>
              <w:t>5.</w:t>
            </w:r>
            <w:r>
              <w:rPr>
                <w:b w:val="0"/>
                <w:i w:val="0"/>
              </w:rPr>
              <w:t xml:space="preserve"> a prestigious</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e.</w:t>
            </w:r>
            <w:r>
              <w:rPr>
                <w:b w:val="0"/>
                <w:i w:val="0"/>
              </w:rPr>
              <w:t xml:space="preserve"> economy</w:t>
            </w:r>
          </w:p>
        </w:tc>
      </w:tr>
      <w:tr>
        <w:trPr>
          <w:cantSplit/>
        </w:trPr>
        <w:tc>
          <w:tcPr>
            <w:tcW w:type="dxa" w:w="3005"/>
            <w:tcBorders>
              <w:top w:val="nil"/>
              <w:left w:val="nil"/>
              <w:bottom w:val="nil"/>
              <w:right w:val="nil"/>
            </w:tcBorders>
          </w:tcPr>
          <w:p>
            <w:pPr>
              <w:keepNext/>
              <w:spacing w:before="0" w:after="20"/>
            </w:pPr>
            <w:r>
              <w:rPr>
                <w:b/>
                <w:i w:val="0"/>
              </w:rPr>
              <w:t>6.</w:t>
            </w:r>
            <w:r>
              <w:rPr>
                <w:b w:val="0"/>
                <w:i w:val="0"/>
              </w:rPr>
              <w:t xml:space="preserve"> relinquish</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f.</w:t>
            </w:r>
            <w:r>
              <w:rPr>
                <w:b w:val="0"/>
                <w:i w:val="0"/>
              </w:rPr>
              <w:t xml:space="preserve"> change</w:t>
            </w:r>
          </w:p>
        </w:tc>
      </w:tr>
      <w:tr>
        <w:trPr>
          <w:cantSplit/>
        </w:trPr>
        <w:tc>
          <w:tcPr>
            <w:tcW w:type="dxa" w:w="3005"/>
            <w:tcBorders>
              <w:top w:val="nil"/>
              <w:left w:val="nil"/>
              <w:bottom w:val="nil"/>
              <w:right w:val="nil"/>
            </w:tcBorders>
          </w:tcPr>
          <w:p>
            <w:pPr>
              <w:keepNext/>
              <w:spacing w:before="0" w:after="20"/>
            </w:pPr>
            <w:r>
              <w:rPr>
                <w:b/>
                <w:i w:val="0"/>
              </w:rPr>
              <w:t>7.</w:t>
            </w:r>
            <w:r>
              <w:rPr>
                <w:b w:val="0"/>
                <w:i w:val="0"/>
              </w:rPr>
              <w:t xml:space="preserve"> a fragile</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g.</w:t>
            </w:r>
            <w:r>
              <w:rPr>
                <w:b w:val="0"/>
                <w:i w:val="0"/>
              </w:rPr>
              <w:t xml:space="preserve"> three decades</w:t>
            </w:r>
          </w:p>
        </w:tc>
      </w:tr>
      <w:tr>
        <w:trPr>
          <w:cantSplit/>
        </w:trPr>
        <w:tc>
          <w:tcPr>
            <w:tcW w:type="dxa" w:w="3005"/>
            <w:tcBorders>
              <w:top w:val="nil"/>
              <w:left w:val="nil"/>
              <w:bottom w:val="nil"/>
              <w:right w:val="nil"/>
            </w:tcBorders>
          </w:tcPr>
          <w:p>
            <w:pPr>
              <w:keepNext w:val="0"/>
              <w:spacing w:before="0" w:after="20"/>
            </w:pPr>
            <w:r>
              <w:rPr>
                <w:b/>
                <w:i w:val="0"/>
              </w:rPr>
              <w:t>8.</w:t>
            </w:r>
            <w:r>
              <w:rPr>
                <w:b w:val="0"/>
                <w:i w:val="0"/>
              </w:rPr>
              <w:t xml:space="preserve"> embrace</w:t>
            </w:r>
          </w:p>
        </w:tc>
        <w:tc>
          <w:tcPr>
            <w:tcW w:type="dxa" w:w="1191"/>
            <w:tcBorders>
              <w:top w:val="nil"/>
              <w:left w:val="nil"/>
              <w:bottom w:val="nil"/>
              <w:right w:val="nil"/>
            </w:tcBorders>
          </w:tcPr>
          <w:p>
            <w:pPr>
              <w:keepNext w:val="0"/>
              <w:spacing w:before="0" w:after="20"/>
            </w:pPr>
            <w:r>
              <w:rPr>
                <w:b w:val="0"/>
                <w:i w:val="0"/>
              </w:rPr>
              <w:t>______</w:t>
            </w:r>
          </w:p>
        </w:tc>
        <w:tc>
          <w:tcPr>
            <w:tcW w:type="dxa" w:w="5443"/>
            <w:tcBorders>
              <w:top w:val="nil"/>
              <w:left w:val="nil"/>
              <w:bottom w:val="nil"/>
              <w:right w:val="nil"/>
            </w:tcBorders>
          </w:tcPr>
          <w:p>
            <w:pPr>
              <w:keepNext w:val="0"/>
              <w:spacing w:before="0" w:after="20"/>
            </w:pPr>
            <w:r>
              <w:rPr>
                <w:b/>
                <w:i w:val="0"/>
              </w:rPr>
              <w:t>h.</w:t>
            </w:r>
            <w:r>
              <w:rPr>
                <w:b w:val="0"/>
                <w:i w:val="0"/>
              </w:rPr>
              <w:t xml:space="preserve"> a claim</w:t>
            </w:r>
          </w:p>
        </w:tc>
      </w:tr>
    </w:tbl>
    <w:p>
      <w:pPr>
        <w:keepNext w:val="0"/>
        <w:spacing w:before="0" w:after="80"/>
      </w:pPr>
      <w:r>
        <w:rPr>
          <w:b w:val="0"/>
          <w:i/>
          <w:color w:val="444444"/>
        </w:rPr>
        <w:t>Now choose three of the phrases and write your own sentences.</w:t>
      </w:r>
    </w:p>
    <w:p>
      <w:pPr>
        <w:pStyle w:val="Heading2"/>
        <w:keepNext/>
        <w:spacing w:before="100" w:after="40"/>
      </w:pPr>
      <w:r>
        <w:rPr>
          <w:b w:val="0"/>
          <w:i w:val="0"/>
        </w:rPr>
        <w:t>Part B. Word families</w:t>
      </w:r>
    </w:p>
    <w:p>
      <w:pPr>
        <w:keepNext/>
        <w:spacing w:before="0" w:after="60"/>
      </w:pPr>
      <w:r>
        <w:rPr>
          <w:b w:val="0"/>
          <w:i/>
          <w:color w:val="444444"/>
        </w:rPr>
        <w:t>Complete each sentence with the correct form of the word in brackets.</w:t>
      </w:r>
    </w:p>
    <w:p>
      <w:pPr>
        <w:keepNext w:val="0"/>
        <w:spacing w:before="0" w:after="40"/>
        <w:ind w:left="400" w:hanging="400"/>
      </w:pPr>
      <w:r>
        <w:rPr>
          <w:b/>
        </w:rPr>
        <w:t xml:space="preserve">1.  </w:t>
      </w:r>
      <w:r>
        <w:rPr>
          <w:b w:val="0"/>
          <w:i w:val="0"/>
        </w:rPr>
        <w:t>Winning the All England title brings great ____________. (</w:t>
      </w:r>
      <w:r>
        <w:rPr>
          <w:b w:val="0"/>
          <w:i/>
        </w:rPr>
        <w:t>prestigious</w:t>
      </w:r>
      <w:r>
        <w:rPr>
          <w:b w:val="0"/>
          <w:i w:val="0"/>
        </w:rPr>
        <w:t>)</w:t>
      </w:r>
    </w:p>
    <w:p>
      <w:pPr>
        <w:keepNext w:val="0"/>
        <w:spacing w:before="0" w:after="40"/>
        <w:ind w:left="400" w:hanging="400"/>
      </w:pPr>
      <w:r>
        <w:rPr>
          <w:b/>
        </w:rPr>
        <w:t xml:space="preserve">2.  </w:t>
      </w:r>
      <w:r>
        <w:rPr>
          <w:b w:val="0"/>
          <w:i w:val="0"/>
        </w:rPr>
        <w:t>The shuttle's ____________ means it must be replaced often. (</w:t>
      </w:r>
      <w:r>
        <w:rPr>
          <w:b w:val="0"/>
          <w:i/>
        </w:rPr>
        <w:t>fragile</w:t>
      </w:r>
      <w:r>
        <w:rPr>
          <w:b w:val="0"/>
          <w:i w:val="0"/>
        </w:rPr>
        <w:t>)</w:t>
      </w:r>
    </w:p>
    <w:p>
      <w:pPr>
        <w:keepNext w:val="0"/>
        <w:spacing w:before="0" w:after="40"/>
        <w:ind w:left="400" w:hanging="400"/>
      </w:pPr>
      <w:r>
        <w:rPr>
          <w:b/>
        </w:rPr>
        <w:t xml:space="preserve">3.  </w:t>
      </w:r>
      <w:r>
        <w:rPr>
          <w:b w:val="0"/>
          <w:i w:val="0"/>
        </w:rPr>
        <w:t>It seems ____________, but the fastest shot in sport is also one of the slowest to arrive. (</w:t>
      </w:r>
      <w:r>
        <w:rPr>
          <w:b w:val="0"/>
          <w:i/>
        </w:rPr>
        <w:t>paradox</w:t>
      </w:r>
      <w:r>
        <w:rPr>
          <w:b w:val="0"/>
          <w:i w:val="0"/>
        </w:rPr>
        <w:t>)</w:t>
      </w:r>
    </w:p>
    <w:p>
      <w:pPr>
        <w:keepNext w:val="0"/>
        <w:spacing w:before="0" w:after="40"/>
        <w:ind w:left="400" w:hanging="400"/>
      </w:pPr>
      <w:r>
        <w:rPr>
          <w:b/>
        </w:rPr>
        <w:t xml:space="preserve">4.  </w:t>
      </w:r>
      <w:r>
        <w:rPr>
          <w:b w:val="0"/>
          <w:i w:val="0"/>
        </w:rPr>
        <w:t>Scientists can ____________ many materials that once came only from animals. (</w:t>
      </w:r>
      <w:r>
        <w:rPr>
          <w:b w:val="0"/>
          <w:i/>
        </w:rPr>
        <w:t>synthetic</w:t>
      </w:r>
      <w:r>
        <w:rPr>
          <w:b w:val="0"/>
          <w:i w:val="0"/>
        </w:rPr>
        <w:t>)</w:t>
      </w:r>
    </w:p>
    <w:p>
      <w:pPr>
        <w:keepNext w:val="0"/>
        <w:spacing w:before="0" w:after="40"/>
        <w:ind w:left="400" w:hanging="400"/>
      </w:pPr>
      <w:r>
        <w:rPr>
          <w:b/>
        </w:rPr>
        <w:t xml:space="preserve">5.  </w:t>
      </w:r>
      <w:r>
        <w:rPr>
          <w:b w:val="0"/>
          <w:i w:val="0"/>
        </w:rPr>
        <w:t>For many families in the 1870s, badminton was a ____________ activity, played on summer lawns. (</w:t>
      </w:r>
      <w:r>
        <w:rPr>
          <w:b w:val="0"/>
          <w:i/>
        </w:rPr>
        <w:t>leisurely</w:t>
      </w:r>
      <w:r>
        <w:rPr>
          <w:b w:val="0"/>
          <w:i w:val="0"/>
        </w:rPr>
        <w:t>)</w:t>
      </w:r>
    </w:p>
    <w:p>
      <w:pPr>
        <w:keepNext w:val="0"/>
        <w:spacing w:before="0" w:after="40"/>
        <w:ind w:left="400" w:hanging="400"/>
      </w:pPr>
      <w:r>
        <w:rPr>
          <w:b/>
        </w:rPr>
        <w:t xml:space="preserve">6.  </w:t>
      </w:r>
      <w:r>
        <w:rPr>
          <w:b w:val="0"/>
          <w:i w:val="0"/>
        </w:rPr>
        <w:t>After the rain stopped, the river slowly lost its ____________ and became clear again. (</w:t>
      </w:r>
      <w:r>
        <w:rPr>
          <w:b w:val="0"/>
          <w:i/>
        </w:rPr>
        <w:t>murky</w:t>
      </w:r>
      <w:r>
        <w:rPr>
          <w:b w:val="0"/>
          <w:i w:val="0"/>
        </w:rPr>
        <w:t>)</w:t>
      </w:r>
    </w:p>
    <w:p>
      <w:pPr>
        <w:pStyle w:val="Heading1"/>
        <w:keepNext/>
        <w:pBdr>
          <w:top w:val="single" w:sz="12" w:space="6" w:color="1F5C99"/>
        </w:pBdr>
        <w:spacing w:before="220" w:after="60"/>
      </w:pPr>
      <w:r>
        <w:rPr>
          <w:b w:val="0"/>
          <w:i w:val="0"/>
        </w:rPr>
        <w:t>Comprehension Questions</w:t>
      </w:r>
    </w:p>
    <w:p>
      <w:pPr>
        <w:keepNext/>
        <w:spacing w:before="0" w:after="60"/>
      </w:pPr>
      <w:r>
        <w:rPr>
          <w:b w:val="0"/>
          <w:i/>
          <w:color w:val="444444"/>
        </w:rPr>
        <w:t>Answer in full sentences.</w:t>
      </w:r>
    </w:p>
    <w:p>
      <w:pPr>
        <w:keepNext w:val="0"/>
        <w:spacing w:before="0" w:after="40"/>
        <w:ind w:left="400" w:hanging="400"/>
      </w:pPr>
      <w:r>
        <w:rPr>
          <w:b/>
        </w:rPr>
        <w:t xml:space="preserve">1.  </w:t>
      </w:r>
      <w:r>
        <w:rPr>
          <w:b w:val="0"/>
          <w:i w:val="0"/>
        </w:rPr>
        <w:t>What two kinds of badminton does the writer describe in the first paragraph?</w:t>
      </w:r>
    </w:p>
    <w:p>
      <w:pPr>
        <w:keepNext w:val="0"/>
        <w:spacing w:before="0" w:after="40"/>
        <w:ind w:left="400" w:hanging="400"/>
      </w:pPr>
      <w:r>
        <w:rPr>
          <w:b/>
        </w:rPr>
        <w:t xml:space="preserve">2.  </w:t>
      </w:r>
      <w:r>
        <w:rPr>
          <w:b w:val="0"/>
          <w:i w:val="0"/>
        </w:rPr>
        <w:t>How were most early shuttlecock games different from modern badminton?</w:t>
      </w:r>
    </w:p>
    <w:p>
      <w:pPr>
        <w:keepNext w:val="0"/>
        <w:spacing w:before="0" w:after="40"/>
        <w:ind w:left="400" w:hanging="400"/>
      </w:pPr>
      <w:r>
        <w:rPr>
          <w:b/>
        </w:rPr>
        <w:t xml:space="preserve">3.  </w:t>
      </w:r>
      <w:r>
        <w:rPr>
          <w:b w:val="0"/>
          <w:i w:val="0"/>
        </w:rPr>
        <w:t>Why was the game once called "Poona"?</w:t>
      </w:r>
    </w:p>
    <w:p>
      <w:pPr>
        <w:keepNext w:val="0"/>
        <w:spacing w:before="0" w:after="40"/>
        <w:ind w:left="400" w:hanging="400"/>
      </w:pPr>
      <w:r>
        <w:rPr>
          <w:b/>
        </w:rPr>
        <w:t xml:space="preserve">4.  </w:t>
      </w:r>
      <w:r>
        <w:rPr>
          <w:b w:val="0"/>
          <w:i w:val="0"/>
        </w:rPr>
        <w:t>What is known, and what is unclear, about how badminton got its English name?</w:t>
      </w:r>
    </w:p>
    <w:p>
      <w:pPr>
        <w:keepNext w:val="0"/>
        <w:spacing w:before="0" w:after="40"/>
        <w:ind w:left="400" w:hanging="400"/>
      </w:pPr>
      <w:r>
        <w:rPr>
          <w:b/>
        </w:rPr>
        <w:t xml:space="preserve">5.  </w:t>
      </w:r>
      <w:r>
        <w:rPr>
          <w:b w:val="0"/>
          <w:i w:val="0"/>
        </w:rPr>
        <w:t>What evidence does the writer give that the sport’s center of gravity moved east?</w:t>
      </w:r>
    </w:p>
    <w:p>
      <w:pPr>
        <w:keepNext w:val="0"/>
        <w:spacing w:before="0" w:after="40"/>
        <w:ind w:left="400" w:hanging="400"/>
      </w:pPr>
      <w:r>
        <w:rPr>
          <w:b/>
        </w:rPr>
        <w:t xml:space="preserve">6.  </w:t>
      </w:r>
      <w:r>
        <w:rPr>
          <w:b w:val="0"/>
          <w:i w:val="0"/>
        </w:rPr>
        <w:t>Why does the writer mention Viktor Axelsen?</w:t>
      </w:r>
    </w:p>
    <w:p>
      <w:pPr>
        <w:keepNext w:val="0"/>
        <w:spacing w:before="0" w:after="40"/>
        <w:ind w:left="400" w:hanging="400"/>
      </w:pPr>
      <w:r>
        <w:rPr>
          <w:b/>
        </w:rPr>
        <w:t xml:space="preserve">7.  </w:t>
      </w:r>
      <w:r>
        <w:rPr>
          <w:b w:val="0"/>
          <w:i w:val="0"/>
        </w:rPr>
        <w:t>Why can a defender return a smash that left the racket at very high speed?</w:t>
      </w:r>
    </w:p>
    <w:p>
      <w:pPr>
        <w:keepNext w:val="0"/>
        <w:spacing w:before="0" w:after="40"/>
        <w:ind w:left="400" w:hanging="400"/>
      </w:pPr>
      <w:r>
        <w:rPr>
          <w:b/>
        </w:rPr>
        <w:t xml:space="preserve">8.  </w:t>
      </w:r>
      <w:r>
        <w:rPr>
          <w:b w:val="0"/>
          <w:i w:val="0"/>
        </w:rPr>
        <w:t>Why does the writer treat the claim about a goose’s left wing with caution?</w:t>
      </w:r>
    </w:p>
    <w:p>
      <w:pPr>
        <w:keepNext w:val="0"/>
        <w:spacing w:before="0" w:after="40"/>
        <w:ind w:left="400" w:hanging="400"/>
      </w:pPr>
      <w:r>
        <w:rPr>
          <w:b/>
        </w:rPr>
        <w:t xml:space="preserve">9.  </w:t>
      </w:r>
      <w:r>
        <w:rPr>
          <w:b w:val="0"/>
          <w:i w:val="0"/>
        </w:rPr>
        <w:t>Do you think synthetic shuttles will replace feathered ones at the top level? Give reasons.</w:t>
      </w:r>
    </w:p>
    <w:p>
      <w:pPr>
        <w:keepNext w:val="0"/>
        <w:spacing w:before="0" w:after="40"/>
        <w:ind w:left="400" w:hanging="400"/>
      </w:pPr>
      <w:r>
        <w:rPr>
          <w:b/>
        </w:rPr>
        <w:t xml:space="preserve">10.  </w:t>
      </w:r>
      <w:r>
        <w:rPr>
          <w:b/>
          <w:i w:val="0"/>
        </w:rPr>
        <w:t>True, False, or Not Given:</w:t>
      </w:r>
      <w:r>
        <w:rPr>
          <w:b w:val="0"/>
          <w:i w:val="0"/>
        </w:rPr>
        <w:t xml:space="preserve"> </w:t>
      </w:r>
      <w:r>
        <w:rPr>
          <w:b w:val="0"/>
          <w:i/>
        </w:rPr>
        <w:t>“The world record of 565 kilometers per hour was set in an Olympic final.”</w:t>
      </w:r>
      <w:r>
        <w:rPr>
          <w:b w:val="0"/>
          <w:i w:val="0"/>
        </w:rPr>
        <w:t xml:space="preserve"> Explain your answer using the reading.</w:t>
      </w:r>
    </w:p>
    <w:p>
      <w:pPr>
        <w:keepNext w:val="0"/>
        <w:spacing w:before="0" w:after="40"/>
        <w:ind w:left="400" w:hanging="400"/>
      </w:pPr>
      <w:r>
        <w:rPr>
          <w:b/>
        </w:rPr>
        <w:t xml:space="preserve">11.  </w:t>
      </w:r>
      <w:r>
        <w:rPr>
          <w:b/>
          <w:i w:val="0"/>
        </w:rPr>
        <w:t>Yes, No, or Not Given:</w:t>
      </w:r>
      <w:r>
        <w:rPr>
          <w:b w:val="0"/>
          <w:i w:val="0"/>
        </w:rPr>
        <w:t xml:space="preserve"> </w:t>
      </w:r>
      <w:r>
        <w:rPr>
          <w:b w:val="0"/>
          <w:i/>
        </w:rPr>
        <w:t>“The writer thinks the story of how badminton got its name is fully understood.”</w:t>
      </w:r>
      <w:r>
        <w:rPr>
          <w:b w:val="0"/>
          <w:i w:val="0"/>
        </w:rPr>
        <w:t xml:space="preserve"> Explain your answer using the reading.</w:t>
      </w:r>
    </w:p>
    <w:p>
      <w:pPr>
        <w:keepNext w:val="0"/>
        <w:spacing w:before="0" w:after="40"/>
        <w:ind w:left="400" w:hanging="400"/>
      </w:pPr>
      <w:r>
        <w:rPr>
          <w:b/>
        </w:rPr>
        <w:t xml:space="preserve">12.  </w:t>
      </w:r>
      <w:r>
        <w:rPr>
          <w:b/>
          <w:i w:val="0"/>
        </w:rPr>
        <w:t>Author’s purpose:</w:t>
      </w:r>
      <w:r>
        <w:rPr>
          <w:b w:val="0"/>
          <w:i w:val="0"/>
        </w:rPr>
        <w:t xml:space="preserve"> Why does the writer open with a family playing in a garden and a player in an arena? Is it (a) to show how wide the range of the sport is, (b) to argue that garden badminton is better than professional badminton, or (c) to explain the official rules of the game?</w:t>
      </w:r>
    </w:p>
    <w:p>
      <w:pPr>
        <w:pStyle w:val="Heading1"/>
        <w:keepNext/>
        <w:pBdr>
          <w:top w:val="single" w:sz="12" w:space="6" w:color="1F5C99"/>
        </w:pBdr>
        <w:spacing w:before="220" w:after="60"/>
      </w:pPr>
      <w:r>
        <w:rPr>
          <w:b w:val="0"/>
          <w:i w:val="0"/>
        </w:rPr>
        <w:t>True or False</w:t>
      </w:r>
    </w:p>
    <w:p>
      <w:pPr>
        <w:keepNext/>
        <w:spacing w:before="0" w:after="60"/>
      </w:pPr>
      <w:r>
        <w:rPr>
          <w:b w:val="0"/>
          <w:i/>
          <w:color w:val="444444"/>
        </w:rPr>
        <w:t>Circle T (true) or F (false). Be ready to correct the false sentences.</w:t>
      </w:r>
    </w:p>
    <w:p>
      <w:pPr>
        <w:keepNext w:val="0"/>
        <w:tabs>
          <w:tab w:pos="9638" w:val="right"/>
        </w:tabs>
        <w:spacing w:before="0" w:after="30"/>
        <w:ind w:left="400" w:hanging="400"/>
      </w:pPr>
      <w:r>
        <w:rPr>
          <w:b/>
        </w:rPr>
        <w:t xml:space="preserve">1.  </w:t>
      </w:r>
      <w:r>
        <w:rPr>
          <w:b w:val="0"/>
          <w:i w:val="0"/>
        </w:rPr>
        <w:t>Hanetsuki is a Japanese game played with wooden paddles.</w:t>
      </w:r>
      <w:r>
        <w:rPr>
          <w:b/>
        </w:rPr>
        <w:tab/>
        <w:t>T   /   F</w:t>
      </w:r>
    </w:p>
    <w:p>
      <w:pPr>
        <w:keepNext w:val="0"/>
        <w:tabs>
          <w:tab w:pos="9638" w:val="right"/>
        </w:tabs>
        <w:spacing w:before="0" w:after="30"/>
        <w:ind w:left="400" w:hanging="400"/>
      </w:pPr>
      <w:r>
        <w:rPr>
          <w:b/>
        </w:rPr>
        <w:t xml:space="preserve">2.  </w:t>
      </w:r>
      <w:r>
        <w:rPr>
          <w:b w:val="0"/>
          <w:i w:val="0"/>
        </w:rPr>
        <w:t>Battledore and shuttlecock was mainly a contest between two scoring sides.</w:t>
      </w:r>
      <w:r>
        <w:rPr>
          <w:b/>
        </w:rPr>
        <w:tab/>
        <w:t>T   /   F</w:t>
      </w:r>
    </w:p>
    <w:p>
      <w:pPr>
        <w:keepNext w:val="0"/>
        <w:tabs>
          <w:tab w:pos="9638" w:val="right"/>
        </w:tabs>
        <w:spacing w:before="0" w:after="30"/>
        <w:ind w:left="400" w:hanging="400"/>
      </w:pPr>
      <w:r>
        <w:rPr>
          <w:b/>
        </w:rPr>
        <w:t xml:space="preserve">3.  </w:t>
      </w:r>
      <w:r>
        <w:rPr>
          <w:b w:val="0"/>
          <w:i w:val="0"/>
        </w:rPr>
        <w:t>Army officers in British India added a net and started counting points.</w:t>
      </w:r>
      <w:r>
        <w:rPr>
          <w:b/>
        </w:rPr>
        <w:tab/>
        <w:t>T   /   F</w:t>
      </w:r>
    </w:p>
    <w:p>
      <w:pPr>
        <w:keepNext w:val="0"/>
        <w:tabs>
          <w:tab w:pos="9638" w:val="right"/>
        </w:tabs>
        <w:spacing w:before="0" w:after="30"/>
        <w:ind w:left="400" w:hanging="400"/>
      </w:pPr>
      <w:r>
        <w:rPr>
          <w:b/>
        </w:rPr>
        <w:t xml:space="preserve">4.  </w:t>
      </w:r>
      <w:r>
        <w:rPr>
          <w:b w:val="0"/>
          <w:i w:val="0"/>
        </w:rPr>
        <w:t>Historians know exactly when and how the name "badminton" was adopted.</w:t>
      </w:r>
      <w:r>
        <w:rPr>
          <w:b/>
        </w:rPr>
        <w:tab/>
        <w:t>T   /   F</w:t>
      </w:r>
    </w:p>
    <w:p>
      <w:pPr>
        <w:keepNext w:val="0"/>
        <w:tabs>
          <w:tab w:pos="9638" w:val="right"/>
        </w:tabs>
        <w:spacing w:before="0" w:after="30"/>
        <w:ind w:left="400" w:hanging="400"/>
      </w:pPr>
      <w:r>
        <w:rPr>
          <w:b/>
        </w:rPr>
        <w:t xml:space="preserve">5.  </w:t>
      </w:r>
      <w:r>
        <w:rPr>
          <w:b w:val="0"/>
          <w:i w:val="0"/>
        </w:rPr>
        <w:t>Malaya won the first Thomas Cup.</w:t>
      </w:r>
      <w:r>
        <w:rPr>
          <w:b/>
        </w:rPr>
        <w:tab/>
        <w:t>T   /   F</w:t>
      </w:r>
    </w:p>
    <w:p>
      <w:pPr>
        <w:keepNext w:val="0"/>
        <w:tabs>
          <w:tab w:pos="9638" w:val="right"/>
        </w:tabs>
        <w:spacing w:before="0" w:after="30"/>
        <w:ind w:left="400" w:hanging="400"/>
      </w:pPr>
      <w:r>
        <w:rPr>
          <w:b/>
        </w:rPr>
        <w:t xml:space="preserve">6.  </w:t>
      </w:r>
      <w:r>
        <w:rPr>
          <w:b w:val="0"/>
          <w:i w:val="0"/>
        </w:rPr>
        <w:t>Badminton became a full Olympic medal sport in 1972.</w:t>
      </w:r>
      <w:r>
        <w:rPr>
          <w:b/>
        </w:rPr>
        <w:tab/>
        <w:t>T   /   F</w:t>
      </w:r>
    </w:p>
    <w:p>
      <w:pPr>
        <w:keepNext w:val="0"/>
        <w:tabs>
          <w:tab w:pos="9638" w:val="right"/>
        </w:tabs>
        <w:spacing w:before="0" w:after="30"/>
        <w:ind w:left="400" w:hanging="400"/>
      </w:pPr>
      <w:r>
        <w:rPr>
          <w:b/>
        </w:rPr>
        <w:t xml:space="preserve">7.  </w:t>
      </w:r>
      <w:r>
        <w:rPr>
          <w:b w:val="0"/>
          <w:i w:val="0"/>
        </w:rPr>
        <w:t>A Danish player won the men’s singles at Paris 2024.</w:t>
      </w:r>
      <w:r>
        <w:rPr>
          <w:b/>
        </w:rPr>
        <w:tab/>
        <w:t>T   /   F</w:t>
      </w:r>
    </w:p>
    <w:p>
      <w:pPr>
        <w:keepNext w:val="0"/>
        <w:tabs>
          <w:tab w:pos="9638" w:val="right"/>
        </w:tabs>
        <w:spacing w:before="0" w:after="30"/>
        <w:ind w:left="400" w:hanging="400"/>
      </w:pPr>
      <w:r>
        <w:rPr>
          <w:b/>
        </w:rPr>
        <w:t xml:space="preserve">8.  </w:t>
      </w:r>
      <w:r>
        <w:rPr>
          <w:b w:val="0"/>
          <w:i w:val="0"/>
        </w:rPr>
        <w:t>The 565 kilometers per hour record was set during a professional match.</w:t>
      </w:r>
      <w:r>
        <w:rPr>
          <w:b/>
        </w:rPr>
        <w:tab/>
        <w:t>T   /   F</w:t>
      </w:r>
    </w:p>
    <w:p>
      <w:pPr>
        <w:keepNext w:val="0"/>
        <w:tabs>
          <w:tab w:pos="9638" w:val="right"/>
        </w:tabs>
        <w:spacing w:before="0" w:after="30"/>
        <w:ind w:left="400" w:hanging="400"/>
      </w:pPr>
      <w:r>
        <w:rPr>
          <w:b/>
        </w:rPr>
        <w:t xml:space="preserve">9.  </w:t>
      </w:r>
      <w:r>
        <w:rPr>
          <w:b w:val="0"/>
          <w:i w:val="0"/>
        </w:rPr>
        <w:t>A smash loses roughly half its speed every three to four meters.</w:t>
      </w:r>
      <w:r>
        <w:rPr>
          <w:b/>
        </w:rPr>
        <w:tab/>
        <w:t>T   /   F</w:t>
      </w:r>
    </w:p>
    <w:p>
      <w:pPr>
        <w:keepNext w:val="0"/>
        <w:tabs>
          <w:tab w:pos="9638" w:val="right"/>
        </w:tabs>
        <w:spacing w:before="0" w:after="30"/>
        <w:ind w:left="400" w:hanging="400"/>
      </w:pPr>
      <w:r>
        <w:rPr>
          <w:b/>
        </w:rPr>
        <w:t xml:space="preserve">10.  </w:t>
      </w:r>
      <w:r>
        <w:rPr>
          <w:b w:val="0"/>
          <w:i w:val="0"/>
        </w:rPr>
        <w:t>Synthetic shuttles are already used at all top international events.</w:t>
      </w:r>
      <w:r>
        <w:rPr>
          <w:b/>
        </w:rPr>
        <w:tab/>
        <w:t>T   /   F</w:t>
      </w:r>
    </w:p>
    <w:p>
      <w:pPr>
        <w:pStyle w:val="Heading1"/>
        <w:keepNext/>
        <w:pBdr>
          <w:top w:val="single" w:sz="12" w:space="6" w:color="1F5C99"/>
        </w:pBdr>
        <w:spacing w:before="220" w:after="60"/>
      </w:pPr>
      <w:r>
        <w:rPr>
          <w:b w:val="0"/>
          <w:i w:val="0"/>
        </w:rPr>
        <w:t>Language Focus: Passive Reporting Structures</w:t>
      </w:r>
    </w:p>
    <w:tbl>
      <w:tblPr>
        <w:tblW w:type="auto" w:w="0"/>
        <w:tblLayout w:type="fixed"/>
        <w:tblLook w:firstColumn="1" w:firstRow="1" w:lastColumn="0" w:lastRow="0" w:noHBand="0" w:noVBand="1" w:val="04A0"/>
        <w:tblCellMar>
          <w:top w:w="80" w:type="dxa"/>
          <w:bottom w:w="80" w:type="dxa"/>
          <w:left w:w="160" w:type="dxa"/>
          <w:right w:w="160" w:type="dxa"/>
        </w:tblCellMar>
      </w:tblPr>
      <w:tblGrid>
        <w:gridCol w:w="9638"/>
      </w:tblGrid>
      <w:tr>
        <w:trPr>
          <w:cantSplit/>
        </w:trPr>
        <w:tc>
          <w:tcPr>
            <w:tcW w:type="dxa" w:w="9638"/>
            <w:tcBorders>
              <w:top w:val="single" w:sz="4" w:color="BBBBBB"/>
              <w:left w:val="single" w:sz="4" w:color="BBBBBB"/>
              <w:bottom w:val="single" w:sz="4" w:color="BBBBBB"/>
              <w:right w:val="single" w:sz="4" w:color="BBBBBB"/>
            </w:tcBorders>
            <w:shd w:val="clear" w:color="auto" w:fill="EEF4FA"/>
          </w:tcPr>
          <w:p>
            <w:pPr>
              <w:spacing w:before="0" w:after="40"/>
            </w:pPr>
            <w:r>
              <w:rPr>
                <w:b w:val="0"/>
                <w:i w:val="0"/>
              </w:rPr>
              <w:t xml:space="preserve">Use a </w:t>
            </w:r>
            <w:r>
              <w:rPr>
                <w:b/>
                <w:i w:val="0"/>
              </w:rPr>
              <w:t>passive reporting structure</w:t>
            </w:r>
            <w:r>
              <w:rPr>
                <w:b w:val="0"/>
                <w:i w:val="0"/>
              </w:rPr>
              <w:t xml:space="preserve"> to report what people say or believe without naming who says it.</w:t>
            </w:r>
          </w:p>
          <w:p>
            <w:pPr>
              <w:spacing w:before="0" w:after="40"/>
            </w:pPr>
            <w:r>
              <w:rPr>
                <w:b/>
                <w:i w:val="0"/>
              </w:rPr>
              <w:t>Pattern 1:</w:t>
            </w:r>
            <w:r>
              <w:rPr>
                <w:b w:val="0"/>
                <w:i w:val="0"/>
              </w:rPr>
              <w:t xml:space="preserve"> </w:t>
            </w:r>
            <w:r>
              <w:rPr>
                <w:b w:val="0"/>
                <w:i/>
              </w:rPr>
              <w:t>It is</w:t>
            </w:r>
            <w:r>
              <w:rPr>
                <w:b w:val="0"/>
                <w:i w:val="0"/>
              </w:rPr>
              <w:t xml:space="preserve"> + said / believed / thought / claimed + </w:t>
            </w:r>
            <w:r>
              <w:rPr>
                <w:b w:val="0"/>
                <w:i/>
              </w:rPr>
              <w:t>that</w:t>
            </w:r>
            <w:r>
              <w:rPr>
                <w:b w:val="0"/>
                <w:i w:val="0"/>
              </w:rPr>
              <w:t xml:space="preserve"> + clause.  </w:t>
            </w:r>
            <w:r>
              <w:rPr>
                <w:b w:val="0"/>
                <w:i/>
              </w:rPr>
              <w:t>It is said that the lake has no bottom.</w:t>
            </w:r>
          </w:p>
          <w:p>
            <w:pPr>
              <w:spacing w:before="0" w:after="40"/>
            </w:pPr>
            <w:r>
              <w:rPr>
                <w:b/>
                <w:i w:val="0"/>
              </w:rPr>
              <w:t>Pattern 2:</w:t>
            </w:r>
            <w:r>
              <w:rPr>
                <w:b w:val="0"/>
                <w:i w:val="0"/>
              </w:rPr>
              <w:t xml:space="preserve"> subject + </w:t>
            </w:r>
            <w:r>
              <w:rPr>
                <w:b w:val="0"/>
                <w:i/>
              </w:rPr>
              <w:t>is</w:t>
            </w:r>
            <w:r>
              <w:rPr>
                <w:b w:val="0"/>
                <w:i w:val="0"/>
              </w:rPr>
              <w:t xml:space="preserve"> + said / believed / thought / known + </w:t>
            </w:r>
            <w:r>
              <w:rPr>
                <w:b w:val="0"/>
                <w:i/>
              </w:rPr>
              <w:t>to</w:t>
            </w:r>
            <w:r>
              <w:rPr>
                <w:b w:val="0"/>
                <w:i w:val="0"/>
              </w:rPr>
              <w:t xml:space="preserve"> + verb.  </w:t>
            </w:r>
            <w:r>
              <w:rPr>
                <w:b w:val="0"/>
                <w:i/>
              </w:rPr>
              <w:t>The lake is said to have no bottom.</w:t>
            </w:r>
            <w:r>
              <w:rPr>
                <w:b w:val="0"/>
                <w:i w:val="0"/>
              </w:rPr>
              <w:t xml:space="preserve"> For an earlier time, use </w:t>
            </w:r>
            <w:r>
              <w:rPr>
                <w:b w:val="0"/>
                <w:i/>
              </w:rPr>
              <w:t>to have</w:t>
            </w:r>
            <w:r>
              <w:rPr>
                <w:b w:val="0"/>
                <w:i w:val="0"/>
              </w:rPr>
              <w:t xml:space="preserve"> + past participle.</w:t>
            </w:r>
          </w:p>
          <w:p>
            <w:pPr>
              <w:spacing w:before="0" w:after="40"/>
            </w:pPr>
            <w:r>
              <w:rPr>
                <w:b/>
                <w:i w:val="0"/>
              </w:rPr>
              <w:t>From the reading:</w:t>
            </w:r>
          </w:p>
          <w:p>
            <w:pPr>
              <w:spacing w:before="0" w:after="40"/>
            </w:pPr>
            <w:r>
              <w:rPr>
                <w:b w:val="0"/>
                <w:i w:val="0"/>
              </w:rPr>
              <w:t xml:space="preserve">"One of the first sets of rules </w:t>
            </w:r>
            <w:r>
              <w:rPr>
                <w:b/>
                <w:i w:val="0"/>
              </w:rPr>
              <w:t>is said to have been drawn up</w:t>
            </w:r>
            <w:r>
              <w:rPr>
                <w:b w:val="0"/>
                <w:i w:val="0"/>
              </w:rPr>
              <w:t xml:space="preserve"> there in 1873."</w:t>
            </w:r>
          </w:p>
          <w:p>
            <w:pPr>
              <w:spacing w:before="0" w:after="40"/>
            </w:pPr>
            <w:r>
              <w:rPr>
                <w:b w:val="0"/>
                <w:i w:val="0"/>
              </w:rPr>
              <w:t>"</w:t>
            </w:r>
            <w:r>
              <w:rPr>
                <w:b/>
                <w:i w:val="0"/>
              </w:rPr>
              <w:t>It is widely believed that</w:t>
            </w:r>
            <w:r>
              <w:rPr>
                <w:b w:val="0"/>
                <w:i w:val="0"/>
              </w:rPr>
              <w:t xml:space="preserve"> officers back from India played the game there."</w:t>
            </w:r>
          </w:p>
          <w:p>
            <w:pPr>
              <w:spacing w:before="0" w:after="0"/>
            </w:pPr>
            <w:r>
              <w:rPr>
                <w:b/>
                <w:i w:val="0"/>
              </w:rPr>
              <w:t>Tip:</w:t>
            </w:r>
            <w:r>
              <w:rPr>
                <w:b w:val="0"/>
                <w:i w:val="0"/>
              </w:rPr>
              <w:t xml:space="preserve"> Adverbs such as </w:t>
            </w:r>
            <w:r>
              <w:rPr>
                <w:b w:val="0"/>
                <w:i/>
              </w:rPr>
              <w:t>widely</w:t>
            </w:r>
            <w:r>
              <w:rPr>
                <w:b w:val="0"/>
                <w:i w:val="0"/>
              </w:rPr>
              <w:t xml:space="preserve">, </w:t>
            </w:r>
            <w:r>
              <w:rPr>
                <w:b w:val="0"/>
                <w:i/>
              </w:rPr>
              <w:t>often</w:t>
            </w:r>
            <w:r>
              <w:rPr>
                <w:b w:val="0"/>
                <w:i w:val="0"/>
              </w:rPr>
              <w:t xml:space="preserve">, and </w:t>
            </w:r>
            <w:r>
              <w:rPr>
                <w:b w:val="0"/>
                <w:i/>
              </w:rPr>
              <w:t>generally</w:t>
            </w:r>
            <w:r>
              <w:rPr>
                <w:b w:val="0"/>
                <w:i w:val="0"/>
              </w:rPr>
              <w:t xml:space="preserve"> go before the past participle: </w:t>
            </w:r>
            <w:r>
              <w:rPr>
                <w:b w:val="0"/>
                <w:i/>
              </w:rPr>
              <w:t>It is widely believed that...</w:t>
            </w:r>
          </w:p>
        </w:tc>
      </w:tr>
    </w:tbl>
    <w:p>
      <w:pPr>
        <w:pStyle w:val="Heading2"/>
        <w:keepNext/>
        <w:spacing w:before="100" w:after="40"/>
      </w:pPr>
      <w:r>
        <w:rPr>
          <w:b w:val="0"/>
          <w:i w:val="0"/>
        </w:rPr>
        <w:t>Part A. Sentence starters</w:t>
      </w:r>
    </w:p>
    <w:p>
      <w:pPr>
        <w:keepNext/>
        <w:spacing w:before="0" w:after="60"/>
      </w:pPr>
      <w:r>
        <w:rPr>
          <w:b w:val="0"/>
          <w:i/>
          <w:color w:val="444444"/>
        </w:rPr>
        <w:t>Finish each sentence so that it is true for you or your country.</w:t>
      </w:r>
    </w:p>
    <w:p>
      <w:pPr>
        <w:keepNext/>
        <w:spacing w:before="0" w:after="20"/>
      </w:pPr>
      <w:r>
        <w:rPr>
          <w:b/>
          <w:i w:val="0"/>
        </w:rPr>
        <w:t>It is + past participle + that</w:t>
      </w:r>
    </w:p>
    <w:p>
      <w:pPr>
        <w:keepNext w:val="0"/>
        <w:spacing w:before="0" w:after="40"/>
        <w:ind w:left="400" w:hanging="400"/>
      </w:pPr>
      <w:r>
        <w:rPr>
          <w:b/>
        </w:rPr>
        <w:t xml:space="preserve">1.  </w:t>
      </w:r>
      <w:r>
        <w:rPr>
          <w:b w:val="0"/>
          <w:i w:val="0"/>
        </w:rPr>
        <w:t>In my country, it is often said that</w:t>
      </w:r>
      <w:r>
        <w:t xml:space="preserve"> ____________________________________________</w:t>
      </w:r>
    </w:p>
    <w:p>
      <w:pPr>
        <w:keepNext w:val="0"/>
        <w:spacing w:before="0" w:after="40"/>
        <w:ind w:left="400" w:hanging="400"/>
      </w:pPr>
      <w:r>
        <w:rPr>
          <w:b/>
        </w:rPr>
        <w:t xml:space="preserve">2.  </w:t>
      </w:r>
      <w:r>
        <w:rPr>
          <w:b w:val="0"/>
          <w:i w:val="0"/>
        </w:rPr>
        <w:t>It is widely believed that people who</w:t>
      </w:r>
      <w:r>
        <w:t xml:space="preserve"> ____________________________________________</w:t>
      </w:r>
    </w:p>
    <w:p>
      <w:pPr>
        <w:keepNext w:val="0"/>
        <w:spacing w:before="0" w:after="40"/>
        <w:ind w:left="400" w:hanging="400"/>
      </w:pPr>
      <w:r>
        <w:rPr>
          <w:b/>
        </w:rPr>
        <w:t xml:space="preserve">3.  </w:t>
      </w:r>
      <w:r>
        <w:rPr>
          <w:b w:val="0"/>
          <w:i w:val="0"/>
        </w:rPr>
        <w:t>In my family, it is generally thought that</w:t>
      </w:r>
      <w:r>
        <w:t xml:space="preserve"> ____________________________________________</w:t>
      </w:r>
    </w:p>
    <w:p>
      <w:pPr>
        <w:keepNext/>
        <w:spacing w:before="0" w:after="20"/>
      </w:pPr>
      <w:r>
        <w:rPr>
          <w:b/>
          <w:i w:val="0"/>
        </w:rPr>
        <w:t>Subject + is + past participle + to</w:t>
      </w:r>
    </w:p>
    <w:p>
      <w:pPr>
        <w:keepNext w:val="0"/>
        <w:spacing w:before="0" w:after="40"/>
        <w:ind w:left="400" w:hanging="400"/>
      </w:pPr>
      <w:r>
        <w:rPr>
          <w:b/>
        </w:rPr>
        <w:t xml:space="preserve">4.  </w:t>
      </w:r>
      <w:r>
        <w:rPr>
          <w:b w:val="0"/>
          <w:i w:val="0"/>
        </w:rPr>
        <w:t>My hometown is known to</w:t>
      </w:r>
      <w:r>
        <w:t xml:space="preserve"> ____________________________________________</w:t>
      </w:r>
    </w:p>
    <w:p>
      <w:pPr>
        <w:keepNext w:val="0"/>
        <w:spacing w:before="0" w:after="40"/>
        <w:ind w:left="400" w:hanging="400"/>
      </w:pPr>
      <w:r>
        <w:rPr>
          <w:b/>
        </w:rPr>
        <w:t xml:space="preserve">5.  </w:t>
      </w:r>
      <w:r>
        <w:rPr>
          <w:b w:val="0"/>
          <w:i w:val="0"/>
        </w:rPr>
        <w:t>A popular food in my country is said to</w:t>
      </w:r>
      <w:r>
        <w:t xml:space="preserve"> ____________________________________________</w:t>
      </w:r>
    </w:p>
    <w:p>
      <w:pPr>
        <w:pStyle w:val="Heading2"/>
        <w:keepNext/>
        <w:spacing w:before="100" w:after="40"/>
      </w:pPr>
      <w:r>
        <w:rPr>
          <w:b w:val="0"/>
          <w:i w:val="0"/>
        </w:rPr>
        <w:t>Part B. Questions</w:t>
      </w:r>
    </w:p>
    <w:p>
      <w:pPr>
        <w:keepNext/>
        <w:spacing w:before="0" w:after="60"/>
      </w:pPr>
      <w:r>
        <w:rPr>
          <w:b w:val="0"/>
          <w:i/>
          <w:color w:val="444444"/>
        </w:rPr>
        <w:t>Answer each question in a full sentence. Try to answer using a passive reporting structure (</w:t>
      </w:r>
      <w:r>
        <w:rPr>
          <w:b w:val="0"/>
          <w:i w:val="0"/>
          <w:color w:val="444444"/>
        </w:rPr>
        <w:t>It is said that...</w:t>
      </w:r>
      <w:r>
        <w:rPr>
          <w:b w:val="0"/>
          <w:i/>
          <w:color w:val="444444"/>
        </w:rPr>
        <w:t xml:space="preserve"> or </w:t>
      </w:r>
      <w:r>
        <w:rPr>
          <w:b w:val="0"/>
          <w:i w:val="0"/>
          <w:color w:val="444444"/>
        </w:rPr>
        <w:t>...is thought to...</w:t>
      </w:r>
      <w:r>
        <w:rPr>
          <w:b w:val="0"/>
          <w:i/>
          <w:color w:val="444444"/>
        </w:rPr>
        <w:t>). Then ask a partner.</w:t>
      </w:r>
    </w:p>
    <w:p>
      <w:pPr>
        <w:keepNext w:val="0"/>
        <w:spacing w:before="0" w:after="40"/>
        <w:ind w:left="400" w:hanging="400"/>
      </w:pPr>
      <w:r>
        <w:rPr>
          <w:b/>
        </w:rPr>
        <w:t xml:space="preserve">6.  </w:t>
      </w:r>
      <w:r>
        <w:rPr>
          <w:b w:val="0"/>
          <w:i w:val="0"/>
        </w:rPr>
        <w:t>What is a traditional food in your country said to be good for?</w:t>
      </w:r>
    </w:p>
    <w:p>
      <w:pPr>
        <w:keepNext w:val="0"/>
        <w:spacing w:before="0" w:after="40"/>
        <w:ind w:left="400" w:hanging="400"/>
      </w:pPr>
      <w:r>
        <w:rPr>
          <w:b/>
        </w:rPr>
        <w:t xml:space="preserve">7.  </w:t>
      </w:r>
      <w:r>
        <w:rPr>
          <w:b w:val="0"/>
          <w:i w:val="0"/>
        </w:rPr>
        <w:t>Which sport is thought to be the most popular in your country?</w:t>
      </w:r>
    </w:p>
    <w:p>
      <w:pPr>
        <w:keepNext w:val="0"/>
        <w:spacing w:before="0" w:after="40"/>
        <w:ind w:left="400" w:hanging="400"/>
      </w:pPr>
      <w:r>
        <w:rPr>
          <w:b/>
        </w:rPr>
        <w:t xml:space="preserve">8.  </w:t>
      </w:r>
      <w:r>
        <w:rPr>
          <w:b w:val="0"/>
          <w:i w:val="0"/>
        </w:rPr>
        <w:t>What is commonly believed about people who stay up very late?</w:t>
      </w:r>
    </w:p>
    <w:p>
      <w:pPr>
        <w:keepNext w:val="0"/>
        <w:spacing w:before="0" w:after="40"/>
        <w:ind w:left="400" w:hanging="400"/>
      </w:pPr>
      <w:r>
        <w:rPr>
          <w:b/>
        </w:rPr>
        <w:t xml:space="preserve">9.  </w:t>
      </w:r>
      <w:r>
        <w:rPr>
          <w:b w:val="0"/>
          <w:i w:val="0"/>
        </w:rPr>
        <w:t>Is there a place in your country that is said to be lucky, unlucky, or haunted?</w:t>
      </w:r>
    </w:p>
    <w:p>
      <w:pPr>
        <w:keepNext w:val="0"/>
        <w:spacing w:before="0" w:after="40"/>
        <w:ind w:left="400" w:hanging="400"/>
      </w:pPr>
      <w:r>
        <w:rPr>
          <w:b/>
        </w:rPr>
        <w:t xml:space="preserve">10.  </w:t>
      </w:r>
      <w:r>
        <w:rPr>
          <w:b w:val="0"/>
          <w:i w:val="0"/>
        </w:rPr>
        <w:t>Which city or region in your country is known to have the best food?</w:t>
      </w:r>
    </w:p>
    <w:p>
      <w:pPr>
        <w:pStyle w:val="Heading1"/>
        <w:keepNext/>
        <w:pBdr>
          <w:top w:val="single" w:sz="12" w:space="6" w:color="1F5C99"/>
        </w:pBdr>
        <w:spacing w:before="220" w:after="60"/>
      </w:pPr>
      <w:r>
        <w:rPr>
          <w:b w:val="0"/>
          <w:i w:val="0"/>
        </w:rPr>
        <w:t>Discussion Questions</w:t>
      </w:r>
    </w:p>
    <w:p>
      <w:pPr>
        <w:keepNext/>
        <w:spacing w:before="0" w:after="60"/>
      </w:pPr>
      <w:r>
        <w:rPr>
          <w:b w:val="0"/>
          <w:i/>
          <w:color w:val="444444"/>
        </w:rPr>
        <w:t>Discuss with a partner or in a small group. Give reasons and examples.</w:t>
      </w:r>
    </w:p>
    <w:p>
      <w:pPr>
        <w:keepNext w:val="0"/>
        <w:spacing w:before="0" w:after="40"/>
        <w:ind w:left="400" w:hanging="400"/>
      </w:pPr>
      <w:r>
        <w:rPr>
          <w:b/>
        </w:rPr>
        <w:t xml:space="preserve">1.  </w:t>
      </w:r>
      <w:r>
        <w:rPr>
          <w:b w:val="0"/>
          <w:i w:val="0"/>
        </w:rPr>
        <w:t>What sports or games did you play as a child? Which ones did you play just for fun?</w:t>
      </w:r>
    </w:p>
    <w:p>
      <w:pPr>
        <w:keepNext w:val="0"/>
        <w:spacing w:before="0" w:after="40"/>
        <w:ind w:left="400" w:hanging="400"/>
      </w:pPr>
      <w:r>
        <w:rPr>
          <w:b/>
        </w:rPr>
        <w:t xml:space="preserve">2.  </w:t>
      </w:r>
      <w:r>
        <w:rPr>
          <w:b w:val="0"/>
          <w:i w:val="0"/>
        </w:rPr>
        <w:t>Would you rather play badminton in a park with friends or watch a professional match? Why?</w:t>
      </w:r>
    </w:p>
    <w:p>
      <w:pPr>
        <w:keepNext w:val="0"/>
        <w:spacing w:before="0" w:after="40"/>
        <w:ind w:left="400" w:hanging="400"/>
      </w:pPr>
      <w:r>
        <w:rPr>
          <w:b/>
        </w:rPr>
        <w:t xml:space="preserve">3.  </w:t>
      </w:r>
      <w:r>
        <w:rPr>
          <w:b w:val="0"/>
          <w:i w:val="0"/>
        </w:rPr>
        <w:t>Which sports are most popular in your country, and why do you think they became popular there?</w:t>
      </w:r>
    </w:p>
    <w:p>
      <w:pPr>
        <w:keepNext w:val="0"/>
        <w:spacing w:before="0" w:after="40"/>
        <w:ind w:left="400" w:hanging="400"/>
      </w:pPr>
      <w:r>
        <w:rPr>
          <w:b/>
        </w:rPr>
        <w:t xml:space="preserve">4.  </w:t>
      </w:r>
      <w:r>
        <w:rPr>
          <w:b w:val="0"/>
          <w:i w:val="0"/>
        </w:rPr>
        <w:t>What traditional games are played during holidays or festivals where you live?</w:t>
      </w:r>
    </w:p>
    <w:p>
      <w:pPr>
        <w:keepNext w:val="0"/>
        <w:spacing w:before="0" w:after="40"/>
        <w:ind w:left="400" w:hanging="400"/>
      </w:pPr>
      <w:r>
        <w:rPr>
          <w:b/>
        </w:rPr>
        <w:t xml:space="preserve">5.  </w:t>
      </w:r>
      <w:r>
        <w:rPr>
          <w:b w:val="0"/>
          <w:i w:val="0"/>
        </w:rPr>
        <w:t>Many sports were organized and given rules by the British. Why do you think this happened?</w:t>
      </w:r>
    </w:p>
    <w:p>
      <w:pPr>
        <w:keepNext w:val="0"/>
        <w:spacing w:before="0" w:after="40"/>
        <w:ind w:left="400" w:hanging="400"/>
      </w:pPr>
      <w:r>
        <w:rPr>
          <w:b/>
        </w:rPr>
        <w:t xml:space="preserve">6.  </w:t>
      </w:r>
      <w:r>
        <w:rPr>
          <w:b w:val="0"/>
          <w:i w:val="0"/>
        </w:rPr>
        <w:t>Why do you think some countries become very strong in one particular sport?</w:t>
      </w:r>
    </w:p>
    <w:p>
      <w:pPr>
        <w:keepNext w:val="0"/>
        <w:spacing w:before="0" w:after="40"/>
        <w:ind w:left="400" w:hanging="400"/>
      </w:pPr>
      <w:r>
        <w:rPr>
          <w:b/>
        </w:rPr>
        <w:t xml:space="preserve">7.  </w:t>
      </w:r>
      <w:r>
        <w:rPr>
          <w:b w:val="0"/>
          <w:i w:val="0"/>
        </w:rPr>
        <w:t>How important is national success in sport, such as an Olympic gold medal, to people in your country?</w:t>
      </w:r>
    </w:p>
    <w:p>
      <w:pPr>
        <w:keepNext w:val="0"/>
        <w:spacing w:before="0" w:after="40"/>
        <w:ind w:left="400" w:hanging="400"/>
      </w:pPr>
      <w:r>
        <w:rPr>
          <w:b/>
        </w:rPr>
        <w:t xml:space="preserve">8.  </w:t>
      </w:r>
      <w:r>
        <w:rPr>
          <w:b w:val="0"/>
          <w:i w:val="0"/>
        </w:rPr>
        <w:t>Would you watch a sport more often if you understood the science behind it? Why or why not?</w:t>
      </w:r>
    </w:p>
    <w:p>
      <w:pPr>
        <w:keepNext w:val="0"/>
        <w:spacing w:before="0" w:after="40"/>
        <w:ind w:left="400" w:hanging="400"/>
      </w:pPr>
      <w:r>
        <w:rPr>
          <w:b/>
        </w:rPr>
        <w:t xml:space="preserve">9.  </w:t>
      </w:r>
      <w:r>
        <w:rPr>
          <w:b w:val="0"/>
          <w:i w:val="0"/>
        </w:rPr>
        <w:t>Should records set in tests, not in matches, count as world records?</w:t>
      </w:r>
    </w:p>
    <w:p>
      <w:pPr>
        <w:keepNext w:val="0"/>
        <w:spacing w:before="0" w:after="40"/>
        <w:ind w:left="400" w:hanging="400"/>
      </w:pPr>
      <w:r>
        <w:rPr>
          <w:b/>
        </w:rPr>
        <w:t xml:space="preserve">10.  </w:t>
      </w:r>
      <w:r>
        <w:rPr>
          <w:b w:val="0"/>
          <w:i w:val="0"/>
        </w:rPr>
        <w:t>Many stories about the origins of sports are not fully proven. Does it matter if a popular story is not true?</w:t>
      </w:r>
    </w:p>
    <w:p>
      <w:pPr>
        <w:keepNext w:val="0"/>
        <w:spacing w:before="0" w:after="40"/>
        <w:ind w:left="400" w:hanging="400"/>
      </w:pPr>
      <w:r>
        <w:rPr>
          <w:b/>
        </w:rPr>
        <w:t xml:space="preserve">11.  </w:t>
      </w:r>
      <w:r>
        <w:rPr>
          <w:b w:val="0"/>
          <w:i w:val="0"/>
        </w:rPr>
        <w:t>Would you accept a synthetic version of something traditionally made from animals, such as feathers, leather, or wool? Why?</w:t>
      </w:r>
    </w:p>
    <w:p>
      <w:pPr>
        <w:keepNext w:val="0"/>
        <w:spacing w:before="0" w:after="40"/>
        <w:ind w:left="400" w:hanging="400"/>
      </w:pPr>
      <w:r>
        <w:rPr>
          <w:b/>
        </w:rPr>
        <w:t xml:space="preserve">12.  </w:t>
      </w:r>
      <w:r>
        <w:rPr>
          <w:b w:val="0"/>
          <w:i w:val="0"/>
        </w:rPr>
        <w:t>Should sports change their equipment when natural materials become expensive or hard to find?</w:t>
      </w:r>
    </w:p>
    <w:p>
      <w:pPr>
        <w:keepNext w:val="0"/>
        <w:spacing w:before="0" w:after="40"/>
        <w:ind w:left="400" w:hanging="400"/>
      </w:pPr>
      <w:r>
        <w:rPr>
          <w:b/>
        </w:rPr>
        <w:t xml:space="preserve">13.  </w:t>
      </w:r>
      <w:r>
        <w:rPr>
          <w:b w:val="0"/>
          <w:i w:val="0"/>
        </w:rPr>
        <w:t>How does the success of a sport at the Olympics change how many people play it?</w:t>
      </w:r>
    </w:p>
    <w:p>
      <w:pPr>
        <w:keepNext w:val="0"/>
        <w:spacing w:before="0" w:after="40"/>
        <w:ind w:left="400" w:hanging="400"/>
      </w:pPr>
      <w:r>
        <w:rPr>
          <w:b/>
        </w:rPr>
        <w:t xml:space="preserve">14.  </w:t>
      </w:r>
      <w:r>
        <w:rPr>
          <w:b w:val="0"/>
          <w:i w:val="0"/>
        </w:rPr>
        <w:t>Is it fair that some sports receive much more money and media attention than others? Why?</w:t>
      </w:r>
    </w:p>
    <w:p>
      <w:pPr>
        <w:pStyle w:val="Heading1"/>
        <w:keepNext/>
        <w:pBdr>
          <w:top w:val="single" w:sz="12" w:space="6" w:color="1F5C99"/>
        </w:pBdr>
        <w:spacing w:before="220" w:after="60"/>
      </w:pPr>
      <w:r>
        <w:rPr>
          <w:b w:val="0"/>
          <w:i w:val="0"/>
        </w:rPr>
        <w:t>Online Practice</w:t>
      </w:r>
    </w:p>
    <w:tbl>
      <w:tblPr>
        <w:tblW w:type="auto" w:w="0"/>
        <w:tblLayout w:type="fixed"/>
        <w:tblLook w:firstColumn="1" w:firstRow="1" w:lastColumn="0" w:lastRow="0" w:noHBand="0" w:noVBand="1" w:val="04A0"/>
        <w:tblCellMar>
          <w:top w:w="20" w:type="dxa"/>
          <w:bottom w:w="20" w:type="dxa"/>
          <w:left w:w="100" w:type="dxa"/>
          <w:right w:w="100" w:type="dxa"/>
        </w:tblCellMar>
      </w:tblPr>
      <w:tblGrid>
        <w:gridCol w:w="1871"/>
        <w:gridCol w:w="7767"/>
      </w:tblGrid>
      <w:tr>
        <w:tc>
          <w:tcPr>
            <w:tcW w:type="dxa" w:w="1871"/>
            <w:tcBorders>
              <w:top w:val="nil"/>
              <w:left w:val="nil"/>
              <w:bottom w:val="nil"/>
              <w:right w:val="nil"/>
            </w:tcBorders>
          </w:tcPr>
          <w:p>
            <w:r>
              <w:drawing>
                <wp:inline xmlns:a="http://schemas.openxmlformats.org/drawingml/2006/main" xmlns:pic="http://schemas.openxmlformats.org/drawingml/2006/picture">
                  <wp:extent cx="936000" cy="936000"/>
                  <wp:docPr id="1" name="Picture 1"/>
                  <wp:cNvGraphicFramePr>
                    <a:graphicFrameLocks noChangeAspect="1"/>
                  </wp:cNvGraphicFramePr>
                  <a:graphic>
                    <a:graphicData uri="http://schemas.openxmlformats.org/drawingml/2006/picture">
                      <pic:pic>
                        <pic:nvPicPr>
                          <pic:cNvPr id="0" name="badminton-history_qr.png"/>
                          <pic:cNvPicPr/>
                        </pic:nvPicPr>
                        <pic:blipFill>
                          <a:blip r:embed="rId10"/>
                          <a:stretch>
                            <a:fillRect/>
                          </a:stretch>
                        </pic:blipFill>
                        <pic:spPr>
                          <a:xfrm>
                            <a:off x="0" y="0"/>
                            <a:ext cx="936000" cy="936000"/>
                          </a:xfrm>
                          <a:prstGeom prst="rect"/>
                        </pic:spPr>
                      </pic:pic>
                    </a:graphicData>
                  </a:graphic>
                </wp:inline>
              </w:drawing>
            </w:r>
          </w:p>
        </w:tc>
        <w:tc>
          <w:tcPr>
            <w:tcW w:type="dxa" w:w="7767"/>
            <w:tcBorders>
              <w:top w:val="nil"/>
              <w:left w:val="nil"/>
              <w:bottom w:val="nil"/>
              <w:right w:val="nil"/>
            </w:tcBorders>
          </w:tcPr>
          <w:p>
            <w:r>
              <w:rPr>
                <w:b w:val="0"/>
                <w:i w:val="0"/>
              </w:rPr>
              <w:t xml:space="preserve">Scan the code or visit </w:t>
            </w:r>
            <w:r>
              <w:rPr>
                <w:b/>
                <w:i w:val="0"/>
              </w:rPr>
              <w:t>englishbridges.com/lessons/badminton-history</w:t>
            </w:r>
            <w:r>
              <w:rPr>
                <w:b w:val="0"/>
                <w:i w:val="0"/>
              </w:rPr>
              <w:t xml:space="preserve"> for the full reading, vocabulary activities, the Speed Challenge, typing practice, and AI conversation prompts.</w:t>
            </w:r>
          </w:p>
        </w:tc>
      </w:tr>
    </w:tbl>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88888"/>
        <w:sz w:val="16"/>
      </w:rPr>
      <w:t xml:space="preserve">Badminton History   |   EnglishBridges.com   |   </w:t>
    </w:r>
    <w:r>
      <w:rPr>
        <w:color w:val="888888"/>
        <w:sz w:val="16"/>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line="240"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i w:val="0"/>
      <w:color w:val="1F5C99"/>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i w:val="0"/>
      <w:color w:val="333333"/>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