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60"/>
      </w:pPr>
      <w:r>
        <w:rPr>
          <w:b/>
          <w:i w:val="0"/>
          <w:color w:val="1F5C99"/>
          <w:sz w:val="40"/>
        </w:rPr>
        <w:t>How Animals Sleep</w:t>
      </w:r>
    </w:p>
    <w:p>
      <w:pPr>
        <w:keepNext w:val="0"/>
        <w:spacing w:before="0" w:after="120"/>
      </w:pPr>
      <w:r>
        <w:rPr>
          <w:b w:val="0"/>
          <w:i w:val="0"/>
          <w:color w:val="555555"/>
          <w:sz w:val="21"/>
        </w:rPr>
        <w:t>Half a Brain, Midair Naps, and More   |   Level B2   |   EnglishBridges.com</w:t>
      </w:r>
    </w:p>
    <w:p>
      <w:pPr>
        <w:pStyle w:val="Heading1"/>
        <w:keepNext/>
        <w:pBdr>
          <w:top w:val="single" w:sz="12" w:space="6" w:color="1F5C99"/>
        </w:pBdr>
        <w:spacing w:before="220" w:after="60"/>
      </w:pPr>
      <w:r>
        <w:rPr>
          <w:b w:val="0"/>
          <w:i w:val="0"/>
        </w:rPr>
        <w:t>Before You Read</w:t>
      </w:r>
    </w:p>
    <w:p>
      <w:pPr>
        <w:keepNext/>
        <w:spacing w:before="0" w:after="60"/>
      </w:pPr>
      <w:r>
        <w:rPr>
          <w:b w:val="0"/>
          <w:i/>
          <w:color w:val="444444"/>
        </w:rPr>
        <w:t>Discuss these questions with a partner.</w:t>
      </w:r>
    </w:p>
    <w:p>
      <w:pPr>
        <w:keepNext w:val="0"/>
        <w:spacing w:before="0" w:after="40"/>
        <w:ind w:left="400" w:hanging="400"/>
      </w:pPr>
      <w:r>
        <w:rPr>
          <w:b/>
        </w:rPr>
        <w:t xml:space="preserve">1.  </w:t>
      </w:r>
      <w:r>
        <w:rPr>
          <w:b w:val="0"/>
          <w:i w:val="0"/>
        </w:rPr>
        <w:t>How many hours do you usually sleep, and where and how do you like to sleep best?</w:t>
      </w:r>
    </w:p>
    <w:p>
      <w:pPr>
        <w:keepNext w:val="0"/>
        <w:spacing w:before="0" w:after="40"/>
        <w:ind w:left="400" w:hanging="400"/>
      </w:pPr>
      <w:r>
        <w:rPr>
          <w:b/>
        </w:rPr>
        <w:t xml:space="preserve">2.  </w:t>
      </w:r>
      <w:r>
        <w:rPr>
          <w:b w:val="0"/>
          <w:i w:val="0"/>
        </w:rPr>
        <w:t>Which animals have you seen sleeping, for example pets, farm animals, or animals in a zoo? What did they look like?</w:t>
      </w:r>
    </w:p>
    <w:p>
      <w:pPr>
        <w:keepNext w:val="0"/>
        <w:spacing w:before="0" w:after="40"/>
        <w:ind w:left="400" w:hanging="400"/>
      </w:pPr>
      <w:r>
        <w:rPr>
          <w:b/>
        </w:rPr>
        <w:t xml:space="preserve">3.  </w:t>
      </w:r>
      <w:r>
        <w:rPr>
          <w:b w:val="0"/>
          <w:i w:val="0"/>
        </w:rPr>
        <w:t>How might sleeping habits differ between animals that hunt and animals that are hunted, or between animals on land and in the sea?</w:t>
      </w:r>
    </w:p>
    <w:p>
      <w:pPr>
        <w:pStyle w:val="Heading1"/>
        <w:keepNext/>
        <w:pBdr>
          <w:top w:val="single" w:sz="12" w:space="6" w:color="1F5C99"/>
        </w:pBdr>
        <w:spacing w:before="220" w:after="60"/>
      </w:pPr>
      <w:r>
        <w:rPr>
          <w:b w:val="0"/>
          <w:i w:val="0"/>
        </w:rPr>
        <w:t>Reading: How Animals Sleep</w:t>
      </w:r>
    </w:p>
    <w:p>
      <w:pPr>
        <w:spacing w:before="0" w:after="80" w:line="360" w:lineRule="auto"/>
      </w:pPr>
      <w:r>
        <w:rPr>
          <w:b w:val="0"/>
          <w:i w:val="0"/>
          <w:sz w:val="24"/>
        </w:rPr>
        <w:t xml:space="preserve">Most adults </w:t>
      </w:r>
      <w:r>
        <w:rPr>
          <w:b/>
          <w:i w:val="0"/>
          <w:sz w:val="24"/>
        </w:rPr>
        <w:t>drift off</w:t>
      </w:r>
      <w:r>
        <w:rPr>
          <w:b w:val="0"/>
          <w:i w:val="0"/>
          <w:sz w:val="24"/>
        </w:rPr>
        <w:t xml:space="preserve"> for seven or eight hours at night, with the whole brain asleep at once. It feels so natural that we rarely question it. But for many animals, sleeping like a human would be risky or impossible.</w:t>
      </w:r>
    </w:p>
    <w:p>
      <w:pPr>
        <w:spacing w:before="0" w:after="80" w:line="360" w:lineRule="auto"/>
      </w:pPr>
      <w:r>
        <w:rPr>
          <w:b w:val="0"/>
          <w:i w:val="0"/>
          <w:sz w:val="24"/>
        </w:rPr>
        <w:t xml:space="preserve">Dolphins must come up to the surface to breathe, even while they rest. So they sleep with one </w:t>
      </w:r>
      <w:r>
        <w:rPr>
          <w:b/>
          <w:i w:val="0"/>
          <w:sz w:val="24"/>
        </w:rPr>
        <w:t>hemisphere</w:t>
      </w:r>
      <w:r>
        <w:rPr>
          <w:b w:val="0"/>
          <w:i w:val="0"/>
          <w:sz w:val="24"/>
        </w:rPr>
        <w:t xml:space="preserve"> of the brain at a time, while the other half stays </w:t>
      </w:r>
      <w:r>
        <w:rPr>
          <w:b/>
          <w:i w:val="0"/>
          <w:sz w:val="24"/>
        </w:rPr>
        <w:t>alert</w:t>
      </w:r>
      <w:r>
        <w:rPr>
          <w:b w:val="0"/>
          <w:i w:val="0"/>
          <w:sz w:val="24"/>
        </w:rPr>
        <w:t xml:space="preserve">. Some birds do this too. Ducks at the ends of a row often keep one eye open, facing away from the group, to watch for </w:t>
      </w:r>
      <w:r>
        <w:rPr>
          <w:b/>
          <w:i w:val="0"/>
          <w:sz w:val="24"/>
        </w:rPr>
        <w:t>predators</w:t>
      </w:r>
      <w:r>
        <w:rPr>
          <w:b w:val="0"/>
          <w:i w:val="0"/>
          <w:sz w:val="24"/>
        </w:rPr>
        <w:t>.</w:t>
      </w:r>
    </w:p>
    <w:p>
      <w:pPr>
        <w:spacing w:before="0" w:after="80" w:line="360" w:lineRule="auto"/>
      </w:pPr>
      <w:r>
        <w:rPr>
          <w:b w:val="0"/>
          <w:i w:val="0"/>
          <w:sz w:val="24"/>
        </w:rPr>
        <w:t xml:space="preserve">Some birds even sleep while </w:t>
      </w:r>
      <w:r>
        <w:rPr>
          <w:b/>
          <w:i w:val="0"/>
          <w:sz w:val="24"/>
        </w:rPr>
        <w:t>airborne</w:t>
      </w:r>
      <w:r>
        <w:rPr>
          <w:b w:val="0"/>
          <w:i w:val="0"/>
          <w:sz w:val="24"/>
        </w:rPr>
        <w:t xml:space="preserve">. Great frigatebirds can fly over the ocean for up to ten days. In the air, they sleep only about 42 minutes a day, often while circling on rising air. On land, they sleep more than 12 hours a day. Common swifts are such skilled fliers that some stay in the air for about ten months. Researchers </w:t>
      </w:r>
      <w:r>
        <w:rPr>
          <w:b/>
          <w:i w:val="0"/>
          <w:sz w:val="24"/>
        </w:rPr>
        <w:t>suspect</w:t>
      </w:r>
      <w:r>
        <w:rPr>
          <w:b w:val="0"/>
          <w:i w:val="0"/>
          <w:sz w:val="24"/>
        </w:rPr>
        <w:t xml:space="preserve"> that they sleep as they </w:t>
      </w:r>
      <w:r>
        <w:rPr>
          <w:b/>
          <w:i w:val="0"/>
          <w:sz w:val="24"/>
        </w:rPr>
        <w:t>glide</w:t>
      </w:r>
      <w:r>
        <w:rPr>
          <w:b w:val="0"/>
          <w:i w:val="0"/>
          <w:sz w:val="24"/>
        </w:rPr>
        <w:t>, but nobody has proved it yet.</w:t>
      </w:r>
    </w:p>
    <w:p>
      <w:pPr>
        <w:spacing w:before="0" w:after="80" w:line="360" w:lineRule="auto"/>
      </w:pPr>
      <w:r>
        <w:rPr>
          <w:b w:val="0"/>
          <w:i w:val="0"/>
          <w:sz w:val="24"/>
        </w:rPr>
        <w:t xml:space="preserve">Chinstrap penguins guarding their nests fall asleep more than 10,000 times a day, in </w:t>
      </w:r>
      <w:r>
        <w:rPr>
          <w:b/>
          <w:i w:val="0"/>
          <w:sz w:val="24"/>
        </w:rPr>
        <w:t>bursts</w:t>
      </w:r>
      <w:r>
        <w:rPr>
          <w:b w:val="0"/>
          <w:i w:val="0"/>
          <w:sz w:val="24"/>
        </w:rPr>
        <w:t xml:space="preserve"> of about four seconds. These microsleeps </w:t>
      </w:r>
      <w:r>
        <w:rPr>
          <w:b/>
          <w:i w:val="0"/>
          <w:sz w:val="24"/>
        </w:rPr>
        <w:t>add up</w:t>
      </w:r>
      <w:r>
        <w:rPr>
          <w:b w:val="0"/>
          <w:i w:val="0"/>
          <w:sz w:val="24"/>
        </w:rPr>
        <w:t xml:space="preserve"> to more than 11 hours a day. Other animals sleep very little. Two wild African elephants in one study slept only about two hours a day. Sperm whales sleep </w:t>
      </w:r>
      <w:r>
        <w:rPr>
          <w:b/>
          <w:i w:val="0"/>
          <w:sz w:val="24"/>
        </w:rPr>
        <w:t>upright</w:t>
      </w:r>
      <w:r>
        <w:rPr>
          <w:b w:val="0"/>
          <w:i w:val="0"/>
          <w:sz w:val="24"/>
        </w:rPr>
        <w:t xml:space="preserve"> near the surface, in </w:t>
      </w:r>
      <w:r>
        <w:rPr>
          <w:b/>
          <w:i w:val="0"/>
          <w:sz w:val="24"/>
        </w:rPr>
        <w:t>stretches</w:t>
      </w:r>
      <w:r>
        <w:rPr>
          <w:b w:val="0"/>
          <w:i w:val="0"/>
          <w:sz w:val="24"/>
        </w:rPr>
        <w:t xml:space="preserve"> of about ten to fifteen minutes. For these animals, there may be a </w:t>
      </w:r>
      <w:r>
        <w:rPr>
          <w:b/>
          <w:i w:val="0"/>
          <w:sz w:val="24"/>
        </w:rPr>
        <w:t>trade-off</w:t>
      </w:r>
      <w:r>
        <w:rPr>
          <w:b w:val="0"/>
          <w:i w:val="0"/>
          <w:sz w:val="24"/>
        </w:rPr>
        <w:t xml:space="preserve"> between sleep and finding food or staying safe.</w:t>
      </w:r>
    </w:p>
    <w:p>
      <w:pPr>
        <w:spacing w:before="0" w:after="80" w:line="360" w:lineRule="auto"/>
      </w:pPr>
      <w:r>
        <w:rPr>
          <w:b w:val="0"/>
          <w:i w:val="0"/>
          <w:sz w:val="24"/>
        </w:rPr>
        <w:t xml:space="preserve">Little brown bats are the opposite. They can sleep close to 20 hours a day in their </w:t>
      </w:r>
      <w:r>
        <w:rPr>
          <w:b/>
          <w:i w:val="0"/>
          <w:sz w:val="24"/>
        </w:rPr>
        <w:t>roost</w:t>
      </w:r>
      <w:r>
        <w:rPr>
          <w:b w:val="0"/>
          <w:i w:val="0"/>
          <w:sz w:val="24"/>
        </w:rPr>
        <w:t xml:space="preserve">, which may help them </w:t>
      </w:r>
      <w:r>
        <w:rPr>
          <w:b/>
          <w:i w:val="0"/>
          <w:sz w:val="24"/>
        </w:rPr>
        <w:t>conserve</w:t>
      </w:r>
      <w:r>
        <w:rPr>
          <w:b w:val="0"/>
          <w:i w:val="0"/>
          <w:sz w:val="24"/>
        </w:rPr>
        <w:t xml:space="preserve"> energy. Even upside-down jellyfish, which have no brain, seem to sleep. When scientists kept them from resting at night, they were </w:t>
      </w:r>
      <w:r>
        <w:rPr>
          <w:b/>
          <w:i w:val="0"/>
          <w:sz w:val="24"/>
        </w:rPr>
        <w:t>sluggish</w:t>
      </w:r>
      <w:r>
        <w:rPr>
          <w:b w:val="0"/>
          <w:i w:val="0"/>
          <w:sz w:val="24"/>
        </w:rPr>
        <w:t xml:space="preserve"> the next day. Sleep may be so basic that even an animal without a brain needs it.</w:t>
      </w:r>
    </w:p>
    <w:p>
      <w:pPr>
        <w:pStyle w:val="Heading1"/>
        <w:keepNext/>
        <w:pBdr>
          <w:top w:val="single" w:sz="12" w:space="6" w:color="1F5C99"/>
        </w:pBdr>
        <w:spacing w:before="220" w:after="60"/>
      </w:pPr>
      <w:r>
        <w:rPr>
          <w:b w:val="0"/>
          <w:i w:val="0"/>
        </w:rPr>
        <w:t>Vocabulary: Fill in the Blank</w:t>
      </w:r>
    </w:p>
    <w:p>
      <w:pPr>
        <w:keepNext/>
        <w:spacing w:before="0" w:after="60"/>
      </w:pPr>
      <w:r>
        <w:rPr>
          <w:b w:val="0"/>
          <w:i/>
          <w:color w:val="444444"/>
        </w:rPr>
        <w:t>Complete each sentence with a word or phrase from the box. Use each one once.</w:t>
      </w:r>
    </w:p>
    <w:tbl>
      <w:tblPr>
        <w:tblW w:type="auto" w:w="0"/>
        <w:tblLayout w:type="fixed"/>
        <w:tblLook w:firstColumn="1" w:firstRow="1" w:lastColumn="0" w:lastRow="0" w:noHBand="0" w:noVBand="1" w:val="04A0"/>
        <w:tblCellMar>
          <w:top w:w="80" w:type="dxa"/>
          <w:bottom w:w="80" w:type="dxa"/>
          <w:left w:w="160" w:type="dxa"/>
          <w:right w:w="160" w:type="dxa"/>
        </w:tblCellMar>
      </w:tblPr>
      <w:tblGrid>
        <w:gridCol w:w="9638"/>
      </w:tblGrid>
      <w:tr>
        <w:trPr>
          <w:cantSplit/>
        </w:trPr>
        <w:tc>
          <w:tcPr>
            <w:tcW w:type="dxa" w:w="9638"/>
            <w:tcBorders>
              <w:top w:val="single" w:sz="4" w:color="BBBBBB"/>
              <w:left w:val="single" w:sz="4" w:color="BBBBBB"/>
              <w:bottom w:val="single" w:sz="4" w:color="BBBBBB"/>
              <w:right w:val="single" w:sz="4" w:color="BBBBBB"/>
            </w:tcBorders>
            <w:shd w:val="clear" w:color="auto" w:fill="EEF4FA"/>
          </w:tcPr>
          <w:p>
            <w:pPr>
              <w:spacing w:before="0" w:after="0"/>
              <w:jc w:val="center"/>
            </w:pPr>
            <w:r>
              <w:rPr>
                <w:b/>
                <w:i w:val="0"/>
              </w:rPr>
              <w:t>hemisphere     trade-off     roost     add up     glide     drift off     upright     suspect     predators     alert     bursts     stretches     airborne     sluggish</w:t>
            </w:r>
          </w:p>
        </w:tc>
      </w:tr>
    </w:tbl>
    <w:p>
      <w:pPr>
        <w:spacing w:before="0" w:after="0" w:line="60" w:lineRule="exact"/>
      </w:pPr>
    </w:p>
    <w:p>
      <w:pPr>
        <w:keepNext w:val="0"/>
        <w:spacing w:before="0" w:after="40"/>
        <w:ind w:left="400" w:hanging="400"/>
      </w:pPr>
      <w:r>
        <w:rPr>
          <w:b/>
        </w:rPr>
        <w:t xml:space="preserve">1.  </w:t>
      </w:r>
      <w:r>
        <w:rPr>
          <w:b w:val="0"/>
          <w:i w:val="0"/>
        </w:rPr>
        <w:t>After a long day, I usually ____________ in front of the television.</w:t>
      </w:r>
    </w:p>
    <w:p>
      <w:pPr>
        <w:keepNext w:val="0"/>
        <w:spacing w:before="0" w:after="40"/>
        <w:ind w:left="400" w:hanging="400"/>
      </w:pPr>
      <w:r>
        <w:rPr>
          <w:b/>
        </w:rPr>
        <w:t xml:space="preserve">2.  </w:t>
      </w:r>
      <w:r>
        <w:rPr>
          <w:b w:val="0"/>
          <w:i w:val="0"/>
        </w:rPr>
        <w:t>The left ____________ of the brain controls the right side of the body.</w:t>
      </w:r>
    </w:p>
    <w:p>
      <w:pPr>
        <w:keepNext w:val="0"/>
        <w:spacing w:before="0" w:after="40"/>
        <w:ind w:left="400" w:hanging="400"/>
      </w:pPr>
      <w:r>
        <w:rPr>
          <w:b/>
        </w:rPr>
        <w:t xml:space="preserve">3.  </w:t>
      </w:r>
      <w:r>
        <w:rPr>
          <w:b w:val="0"/>
          <w:i w:val="0"/>
        </w:rPr>
        <w:t>Drivers must stay ____________ on long journeys, so they should take regular breaks.</w:t>
      </w:r>
    </w:p>
    <w:p>
      <w:pPr>
        <w:keepNext w:val="0"/>
        <w:spacing w:before="0" w:after="40"/>
        <w:ind w:left="400" w:hanging="400"/>
      </w:pPr>
      <w:r>
        <w:rPr>
          <w:b/>
        </w:rPr>
        <w:t xml:space="preserve">4.  </w:t>
      </w:r>
      <w:r>
        <w:rPr>
          <w:b w:val="0"/>
          <w:i w:val="0"/>
        </w:rPr>
        <w:t>Lions and wolves are ____________ that hunt in groups.</w:t>
      </w:r>
    </w:p>
    <w:p>
      <w:pPr>
        <w:keepNext w:val="0"/>
        <w:spacing w:before="0" w:after="40"/>
        <w:ind w:left="400" w:hanging="400"/>
      </w:pPr>
      <w:r>
        <w:rPr>
          <w:b/>
        </w:rPr>
        <w:t xml:space="preserve">5.  </w:t>
      </w:r>
      <w:r>
        <w:rPr>
          <w:b w:val="0"/>
          <w:i w:val="0"/>
        </w:rPr>
        <w:t>The balloon stayed ____________ for three hours before it landed in a field.</w:t>
      </w:r>
    </w:p>
    <w:p>
      <w:pPr>
        <w:keepNext w:val="0"/>
        <w:spacing w:before="0" w:after="40"/>
        <w:ind w:left="400" w:hanging="400"/>
      </w:pPr>
      <w:r>
        <w:rPr>
          <w:b/>
        </w:rPr>
        <w:t xml:space="preserve">6.  </w:t>
      </w:r>
      <w:r>
        <w:rPr>
          <w:b w:val="0"/>
          <w:i w:val="0"/>
        </w:rPr>
        <w:t>I ____________ that he forgot my birthday, because he has not called me.</w:t>
      </w:r>
    </w:p>
    <w:p>
      <w:pPr>
        <w:keepNext w:val="0"/>
        <w:spacing w:before="0" w:after="40"/>
        <w:ind w:left="400" w:hanging="400"/>
      </w:pPr>
      <w:r>
        <w:rPr>
          <w:b/>
        </w:rPr>
        <w:t xml:space="preserve">7.  </w:t>
      </w:r>
      <w:r>
        <w:rPr>
          <w:b w:val="0"/>
          <w:i w:val="0"/>
        </w:rPr>
        <w:t>Large birds can ____________ for a long time without beating their wings.</w:t>
      </w:r>
    </w:p>
    <w:p>
      <w:pPr>
        <w:keepNext w:val="0"/>
        <w:spacing w:before="0" w:after="40"/>
        <w:ind w:left="400" w:hanging="400"/>
      </w:pPr>
      <w:r>
        <w:rPr>
          <w:b/>
        </w:rPr>
        <w:t xml:space="preserve">8.  </w:t>
      </w:r>
      <w:r>
        <w:rPr>
          <w:b w:val="0"/>
          <w:i w:val="0"/>
        </w:rPr>
        <w:t>The runner finished the race with short ____________ of speed.</w:t>
      </w:r>
    </w:p>
    <w:p>
      <w:pPr>
        <w:keepNext w:val="0"/>
        <w:spacing w:before="0" w:after="40"/>
        <w:ind w:left="400" w:hanging="400"/>
      </w:pPr>
      <w:r>
        <w:rPr>
          <w:b/>
        </w:rPr>
        <w:t xml:space="preserve">9.  </w:t>
      </w:r>
      <w:r>
        <w:rPr>
          <w:b w:val="0"/>
          <w:i w:val="0"/>
        </w:rPr>
        <w:t>Ten minutes of practice a day will ____________ to more than an hour a week.</w:t>
      </w:r>
    </w:p>
    <w:p>
      <w:pPr>
        <w:keepNext w:val="0"/>
        <w:spacing w:before="0" w:after="40"/>
        <w:ind w:left="400" w:hanging="400"/>
      </w:pPr>
      <w:r>
        <w:rPr>
          <w:b/>
        </w:rPr>
        <w:t xml:space="preserve">10.  </w:t>
      </w:r>
      <w:r>
        <w:rPr>
          <w:b w:val="0"/>
          <w:i w:val="0"/>
        </w:rPr>
        <w:t>The old lamp fell over, so I stood it ____________ again.</w:t>
      </w:r>
    </w:p>
    <w:p>
      <w:pPr>
        <w:keepNext w:val="0"/>
        <w:spacing w:before="0" w:after="40"/>
        <w:ind w:left="400" w:hanging="400"/>
      </w:pPr>
      <w:r>
        <w:rPr>
          <w:b/>
        </w:rPr>
        <w:t xml:space="preserve">11.  </w:t>
      </w:r>
      <w:r>
        <w:rPr>
          <w:b w:val="0"/>
          <w:i w:val="0"/>
        </w:rPr>
        <w:t>Long ____________ of the motorway have no service stations.</w:t>
      </w:r>
    </w:p>
    <w:p>
      <w:pPr>
        <w:keepNext w:val="0"/>
        <w:spacing w:before="0" w:after="40"/>
        <w:ind w:left="400" w:hanging="400"/>
      </w:pPr>
      <w:r>
        <w:rPr>
          <w:b/>
        </w:rPr>
        <w:t xml:space="preserve">12.  </w:t>
      </w:r>
      <w:r>
        <w:rPr>
          <w:b w:val="0"/>
          <w:i w:val="0"/>
        </w:rPr>
        <w:t>Working from home is a ____________: you save travel time but feel more alone.</w:t>
      </w:r>
    </w:p>
    <w:p>
      <w:pPr>
        <w:keepNext w:val="0"/>
        <w:spacing w:before="0" w:after="40"/>
        <w:ind w:left="400" w:hanging="400"/>
      </w:pPr>
      <w:r>
        <w:rPr>
          <w:b/>
        </w:rPr>
        <w:t xml:space="preserve">13.  </w:t>
      </w:r>
      <w:r>
        <w:rPr>
          <w:b w:val="0"/>
          <w:i w:val="0"/>
        </w:rPr>
        <w:t>At sunset, the birds return to their ____________ in the tall trees.</w:t>
      </w:r>
    </w:p>
    <w:p>
      <w:pPr>
        <w:keepNext w:val="0"/>
        <w:spacing w:before="0" w:after="40"/>
        <w:ind w:left="400" w:hanging="400"/>
      </w:pPr>
      <w:r>
        <w:rPr>
          <w:b/>
        </w:rPr>
        <w:t xml:space="preserve">14.  </w:t>
      </w:r>
      <w:r>
        <w:rPr>
          <w:b w:val="0"/>
          <w:i w:val="0"/>
        </w:rPr>
        <w:t>Too much screen time at night can leave you feeling ____________ in the morning.</w:t>
      </w:r>
    </w:p>
    <w:p>
      <w:pPr>
        <w:pStyle w:val="Heading1"/>
        <w:keepNext/>
        <w:pBdr>
          <w:top w:val="single" w:sz="12" w:space="6" w:color="1F5C99"/>
        </w:pBdr>
        <w:spacing w:before="220" w:after="60"/>
      </w:pPr>
      <w:r>
        <w:rPr>
          <w:b w:val="0"/>
          <w:i w:val="0"/>
        </w:rPr>
        <w:t>Word Partners: Collocations and Word Families</w:t>
      </w:r>
    </w:p>
    <w:p>
      <w:pPr>
        <w:pStyle w:val="Heading2"/>
        <w:keepNext/>
        <w:spacing w:before="100" w:after="40"/>
      </w:pPr>
      <w:r>
        <w:rPr>
          <w:b w:val="0"/>
          <w:i w:val="0"/>
        </w:rPr>
        <w:t>Part A. Collocations</w:t>
      </w:r>
    </w:p>
    <w:p>
      <w:pPr>
        <w:keepNext/>
        <w:spacing w:before="0" w:after="60"/>
      </w:pPr>
      <w:r>
        <w:rPr>
          <w:b w:val="0"/>
          <w:i/>
          <w:color w:val="444444"/>
        </w:rPr>
        <w:t>Match the two halves to make common phrases. Write the letter on the line.</w:t>
      </w:r>
    </w:p>
    <w:tbl>
      <w:tblPr>
        <w:tblW w:type="auto" w:w="0"/>
        <w:jc w:val="left"/>
        <w:tblLayout w:type="fixed"/>
        <w:tblLook w:firstColumn="1" w:firstRow="1" w:lastColumn="0" w:lastRow="0" w:noHBand="0" w:noVBand="1" w:val="04A0"/>
        <w:tblCellMar>
          <w:top w:w="20" w:type="dxa"/>
          <w:bottom w:w="20" w:type="dxa"/>
          <w:left w:w="100" w:type="dxa"/>
          <w:right w:w="100" w:type="dxa"/>
        </w:tblCellMar>
      </w:tblPr>
      <w:tblGrid>
        <w:gridCol w:w="3005"/>
        <w:gridCol w:w="1191"/>
        <w:gridCol w:w="5443"/>
      </w:tblGrid>
      <w:tr>
        <w:trPr>
          <w:cantSplit/>
        </w:trPr>
        <w:tc>
          <w:tcPr>
            <w:tcW w:type="dxa" w:w="3005"/>
            <w:tcBorders>
              <w:top w:val="nil"/>
              <w:left w:val="nil"/>
              <w:bottom w:val="nil"/>
              <w:right w:val="nil"/>
            </w:tcBorders>
          </w:tcPr>
          <w:p>
            <w:pPr>
              <w:keepNext/>
              <w:spacing w:before="0" w:after="20"/>
            </w:pPr>
            <w:r>
              <w:rPr>
                <w:b/>
                <w:i w:val="0"/>
              </w:rPr>
              <w:t>1.</w:t>
            </w:r>
            <w:r>
              <w:rPr>
                <w:b w:val="0"/>
                <w:i w:val="0"/>
              </w:rPr>
              <w:t xml:space="preserve"> drift off</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a.</w:t>
            </w:r>
            <w:r>
              <w:rPr>
                <w:b w:val="0"/>
                <w:i w:val="0"/>
              </w:rPr>
              <w:t xml:space="preserve"> upright</w:t>
            </w:r>
          </w:p>
        </w:tc>
      </w:tr>
      <w:tr>
        <w:trPr>
          <w:cantSplit/>
        </w:trPr>
        <w:tc>
          <w:tcPr>
            <w:tcW w:type="dxa" w:w="3005"/>
            <w:tcBorders>
              <w:top w:val="nil"/>
              <w:left w:val="nil"/>
              <w:bottom w:val="nil"/>
              <w:right w:val="nil"/>
            </w:tcBorders>
          </w:tcPr>
          <w:p>
            <w:pPr>
              <w:keepNext/>
              <w:spacing w:before="0" w:after="20"/>
            </w:pPr>
            <w:r>
              <w:rPr>
                <w:b/>
                <w:i w:val="0"/>
              </w:rPr>
              <w:t>2.</w:t>
            </w:r>
            <w:r>
              <w:rPr>
                <w:b w:val="0"/>
                <w:i w:val="0"/>
              </w:rPr>
              <w:t xml:space="preserve"> natural</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b.</w:t>
            </w:r>
            <w:r>
              <w:rPr>
                <w:b w:val="0"/>
                <w:i w:val="0"/>
              </w:rPr>
              <w:t xml:space="preserve"> trade-off</w:t>
            </w:r>
          </w:p>
        </w:tc>
      </w:tr>
      <w:tr>
        <w:trPr>
          <w:cantSplit/>
        </w:trPr>
        <w:tc>
          <w:tcPr>
            <w:tcW w:type="dxa" w:w="3005"/>
            <w:tcBorders>
              <w:top w:val="nil"/>
              <w:left w:val="nil"/>
              <w:bottom w:val="nil"/>
              <w:right w:val="nil"/>
            </w:tcBorders>
          </w:tcPr>
          <w:p>
            <w:pPr>
              <w:keepNext/>
              <w:spacing w:before="0" w:after="20"/>
            </w:pPr>
            <w:r>
              <w:rPr>
                <w:b/>
                <w:i w:val="0"/>
              </w:rPr>
              <w:t>3.</w:t>
            </w:r>
            <w:r>
              <w:rPr>
                <w:b w:val="0"/>
                <w:i w:val="0"/>
              </w:rPr>
              <w:t xml:space="preserve"> a sudden</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c.</w:t>
            </w:r>
            <w:r>
              <w:rPr>
                <w:b w:val="0"/>
                <w:i w:val="0"/>
              </w:rPr>
              <w:t xml:space="preserve"> stretch of road</w:t>
            </w:r>
          </w:p>
        </w:tc>
      </w:tr>
      <w:tr>
        <w:trPr>
          <w:cantSplit/>
        </w:trPr>
        <w:tc>
          <w:tcPr>
            <w:tcW w:type="dxa" w:w="3005"/>
            <w:tcBorders>
              <w:top w:val="nil"/>
              <w:left w:val="nil"/>
              <w:bottom w:val="nil"/>
              <w:right w:val="nil"/>
            </w:tcBorders>
          </w:tcPr>
          <w:p>
            <w:pPr>
              <w:keepNext/>
              <w:spacing w:before="0" w:after="20"/>
            </w:pPr>
            <w:r>
              <w:rPr>
                <w:b/>
                <w:i w:val="0"/>
              </w:rPr>
              <w:t>4.</w:t>
            </w:r>
            <w:r>
              <w:rPr>
                <w:b w:val="0"/>
                <w:i w:val="0"/>
              </w:rPr>
              <w:t xml:space="preserve"> a long</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d.</w:t>
            </w:r>
            <w:r>
              <w:rPr>
                <w:b w:val="0"/>
                <w:i w:val="0"/>
              </w:rPr>
              <w:t xml:space="preserve"> hemisphere of the brain</w:t>
            </w:r>
          </w:p>
        </w:tc>
      </w:tr>
      <w:tr>
        <w:trPr>
          <w:cantSplit/>
        </w:trPr>
        <w:tc>
          <w:tcPr>
            <w:tcW w:type="dxa" w:w="3005"/>
            <w:tcBorders>
              <w:top w:val="nil"/>
              <w:left w:val="nil"/>
              <w:bottom w:val="nil"/>
              <w:right w:val="nil"/>
            </w:tcBorders>
          </w:tcPr>
          <w:p>
            <w:pPr>
              <w:keepNext/>
              <w:spacing w:before="0" w:after="20"/>
            </w:pPr>
            <w:r>
              <w:rPr>
                <w:b/>
                <w:i w:val="0"/>
              </w:rPr>
              <w:t>5.</w:t>
            </w:r>
            <w:r>
              <w:rPr>
                <w:b w:val="0"/>
                <w:i w:val="0"/>
              </w:rPr>
              <w:t xml:space="preserve"> conserve</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e.</w:t>
            </w:r>
            <w:r>
              <w:rPr>
                <w:b w:val="0"/>
                <w:i w:val="0"/>
              </w:rPr>
              <w:t xml:space="preserve"> burst of laughter</w:t>
            </w:r>
          </w:p>
        </w:tc>
      </w:tr>
      <w:tr>
        <w:trPr>
          <w:cantSplit/>
        </w:trPr>
        <w:tc>
          <w:tcPr>
            <w:tcW w:type="dxa" w:w="3005"/>
            <w:tcBorders>
              <w:top w:val="nil"/>
              <w:left w:val="nil"/>
              <w:bottom w:val="nil"/>
              <w:right w:val="nil"/>
            </w:tcBorders>
          </w:tcPr>
          <w:p>
            <w:pPr>
              <w:keepNext/>
              <w:spacing w:before="0" w:after="20"/>
            </w:pPr>
            <w:r>
              <w:rPr>
                <w:b/>
                <w:i w:val="0"/>
              </w:rPr>
              <w:t>6.</w:t>
            </w:r>
            <w:r>
              <w:rPr>
                <w:b w:val="0"/>
                <w:i w:val="0"/>
              </w:rPr>
              <w:t xml:space="preserve"> make a difficult</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f.</w:t>
            </w:r>
            <w:r>
              <w:rPr>
                <w:b w:val="0"/>
                <w:i w:val="0"/>
              </w:rPr>
              <w:t xml:space="preserve"> predators</w:t>
            </w:r>
          </w:p>
        </w:tc>
      </w:tr>
      <w:tr>
        <w:trPr>
          <w:cantSplit/>
        </w:trPr>
        <w:tc>
          <w:tcPr>
            <w:tcW w:type="dxa" w:w="3005"/>
            <w:tcBorders>
              <w:top w:val="nil"/>
              <w:left w:val="nil"/>
              <w:bottom w:val="nil"/>
              <w:right w:val="nil"/>
            </w:tcBorders>
          </w:tcPr>
          <w:p>
            <w:pPr>
              <w:keepNext/>
              <w:spacing w:before="0" w:after="20"/>
            </w:pPr>
            <w:r>
              <w:rPr>
                <w:b/>
                <w:i w:val="0"/>
              </w:rPr>
              <w:t>7.</w:t>
            </w:r>
            <w:r>
              <w:rPr>
                <w:b w:val="0"/>
                <w:i w:val="0"/>
              </w:rPr>
              <w:t xml:space="preserve"> sit</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g.</w:t>
            </w:r>
            <w:r>
              <w:rPr>
                <w:b w:val="0"/>
                <w:i w:val="0"/>
              </w:rPr>
              <w:t xml:space="preserve"> your strength</w:t>
            </w:r>
          </w:p>
        </w:tc>
      </w:tr>
      <w:tr>
        <w:trPr>
          <w:cantSplit/>
        </w:trPr>
        <w:tc>
          <w:tcPr>
            <w:tcW w:type="dxa" w:w="3005"/>
            <w:tcBorders>
              <w:top w:val="nil"/>
              <w:left w:val="nil"/>
              <w:bottom w:val="nil"/>
              <w:right w:val="nil"/>
            </w:tcBorders>
          </w:tcPr>
          <w:p>
            <w:pPr>
              <w:keepNext w:val="0"/>
              <w:spacing w:before="0" w:after="20"/>
            </w:pPr>
            <w:r>
              <w:rPr>
                <w:b/>
                <w:i w:val="0"/>
              </w:rPr>
              <w:t>8.</w:t>
            </w:r>
            <w:r>
              <w:rPr>
                <w:b w:val="0"/>
                <w:i w:val="0"/>
              </w:rPr>
              <w:t xml:space="preserve"> the left</w:t>
            </w:r>
          </w:p>
        </w:tc>
        <w:tc>
          <w:tcPr>
            <w:tcW w:type="dxa" w:w="1191"/>
            <w:tcBorders>
              <w:top w:val="nil"/>
              <w:left w:val="nil"/>
              <w:bottom w:val="nil"/>
              <w:right w:val="nil"/>
            </w:tcBorders>
          </w:tcPr>
          <w:p>
            <w:pPr>
              <w:keepNext w:val="0"/>
              <w:spacing w:before="0" w:after="20"/>
            </w:pPr>
            <w:r>
              <w:rPr>
                <w:b w:val="0"/>
                <w:i w:val="0"/>
              </w:rPr>
              <w:t>______</w:t>
            </w:r>
          </w:p>
        </w:tc>
        <w:tc>
          <w:tcPr>
            <w:tcW w:type="dxa" w:w="5443"/>
            <w:tcBorders>
              <w:top w:val="nil"/>
              <w:left w:val="nil"/>
              <w:bottom w:val="nil"/>
              <w:right w:val="nil"/>
            </w:tcBorders>
          </w:tcPr>
          <w:p>
            <w:pPr>
              <w:keepNext w:val="0"/>
              <w:spacing w:before="0" w:after="20"/>
            </w:pPr>
            <w:r>
              <w:rPr>
                <w:b/>
                <w:i w:val="0"/>
              </w:rPr>
              <w:t>h.</w:t>
            </w:r>
            <w:r>
              <w:rPr>
                <w:b w:val="0"/>
                <w:i w:val="0"/>
              </w:rPr>
              <w:t xml:space="preserve"> to sleep</w:t>
            </w:r>
          </w:p>
        </w:tc>
      </w:tr>
    </w:tbl>
    <w:p>
      <w:pPr>
        <w:keepNext w:val="0"/>
        <w:spacing w:before="0" w:after="80"/>
      </w:pPr>
      <w:r>
        <w:rPr>
          <w:b w:val="0"/>
          <w:i/>
          <w:color w:val="444444"/>
        </w:rPr>
        <w:t>Now choose three of the phrases and write your own sentences.</w:t>
      </w:r>
    </w:p>
    <w:p>
      <w:pPr>
        <w:pStyle w:val="Heading2"/>
        <w:keepNext/>
        <w:spacing w:before="100" w:after="40"/>
      </w:pPr>
      <w:r>
        <w:rPr>
          <w:b w:val="0"/>
          <w:i w:val="0"/>
        </w:rPr>
        <w:t>Part B. Word families</w:t>
      </w:r>
    </w:p>
    <w:p>
      <w:pPr>
        <w:keepNext/>
        <w:spacing w:before="0" w:after="60"/>
      </w:pPr>
      <w:r>
        <w:rPr>
          <w:b w:val="0"/>
          <w:i/>
          <w:color w:val="444444"/>
        </w:rPr>
        <w:t>Complete each sentence with the correct form of the word in brackets.</w:t>
      </w:r>
    </w:p>
    <w:p>
      <w:pPr>
        <w:keepNext w:val="0"/>
        <w:spacing w:before="0" w:after="40"/>
        <w:ind w:left="400" w:hanging="400"/>
      </w:pPr>
      <w:r>
        <w:rPr>
          <w:b/>
        </w:rPr>
        <w:t xml:space="preserve">1.  </w:t>
      </w:r>
      <w:r>
        <w:rPr>
          <w:b w:val="0"/>
          <w:i w:val="0"/>
        </w:rPr>
        <w:t>Some ____________ birds attack penguin nests to steal eggs. (</w:t>
      </w:r>
      <w:r>
        <w:rPr>
          <w:b w:val="0"/>
          <w:i/>
        </w:rPr>
        <w:t>predators</w:t>
      </w:r>
      <w:r>
        <w:rPr>
          <w:b w:val="0"/>
          <w:i w:val="0"/>
        </w:rPr>
        <w:t>)</w:t>
      </w:r>
    </w:p>
    <w:p>
      <w:pPr>
        <w:keepNext w:val="0"/>
        <w:spacing w:before="0" w:after="40"/>
        <w:ind w:left="400" w:hanging="400"/>
      </w:pPr>
      <w:r>
        <w:rPr>
          <w:b/>
        </w:rPr>
        <w:t xml:space="preserve">2.  </w:t>
      </w:r>
      <w:r>
        <w:rPr>
          <w:b w:val="0"/>
          <w:i w:val="0"/>
        </w:rPr>
        <w:t>I have a ____________ that my cat sleeps more than I do. (</w:t>
      </w:r>
      <w:r>
        <w:rPr>
          <w:b w:val="0"/>
          <w:i/>
        </w:rPr>
        <w:t>suspect</w:t>
      </w:r>
      <w:r>
        <w:rPr>
          <w:b w:val="0"/>
          <w:i w:val="0"/>
        </w:rPr>
        <w:t>)</w:t>
      </w:r>
    </w:p>
    <w:p>
      <w:pPr>
        <w:keepNext w:val="0"/>
        <w:spacing w:before="0" w:after="40"/>
        <w:ind w:left="400" w:hanging="400"/>
      </w:pPr>
      <w:r>
        <w:rPr>
          <w:b/>
        </w:rPr>
        <w:t xml:space="preserve">3.  </w:t>
      </w:r>
      <w:r>
        <w:rPr>
          <w:b w:val="0"/>
          <w:i w:val="0"/>
        </w:rPr>
        <w:t>Coffee can increase your ____________ for a few hours. (</w:t>
      </w:r>
      <w:r>
        <w:rPr>
          <w:b w:val="0"/>
          <w:i/>
        </w:rPr>
        <w:t>alert</w:t>
      </w:r>
      <w:r>
        <w:rPr>
          <w:b w:val="0"/>
          <w:i w:val="0"/>
        </w:rPr>
        <w:t>)</w:t>
      </w:r>
    </w:p>
    <w:p>
      <w:pPr>
        <w:keepNext w:val="0"/>
        <w:spacing w:before="0" w:after="40"/>
        <w:ind w:left="400" w:hanging="400"/>
      </w:pPr>
      <w:r>
        <w:rPr>
          <w:b/>
        </w:rPr>
        <w:t xml:space="preserve">4.  </w:t>
      </w:r>
      <w:r>
        <w:rPr>
          <w:b w:val="0"/>
          <w:i w:val="0"/>
        </w:rPr>
        <w:t>Energy ____________ may be one reason why bats sleep so much. (</w:t>
      </w:r>
      <w:r>
        <w:rPr>
          <w:b w:val="0"/>
          <w:i/>
        </w:rPr>
        <w:t>conserve</w:t>
      </w:r>
      <w:r>
        <w:rPr>
          <w:b w:val="0"/>
          <w:i w:val="0"/>
        </w:rPr>
        <w:t>)</w:t>
      </w:r>
    </w:p>
    <w:p>
      <w:pPr>
        <w:keepNext w:val="0"/>
        <w:spacing w:before="0" w:after="40"/>
        <w:ind w:left="400" w:hanging="400"/>
      </w:pPr>
      <w:r>
        <w:rPr>
          <w:b/>
        </w:rPr>
        <w:t xml:space="preserve">5.  </w:t>
      </w:r>
      <w:r>
        <w:rPr>
          <w:b w:val="0"/>
          <w:i w:val="0"/>
        </w:rPr>
        <w:t>The pilot flew a ____________, a light aircraft with no engine. (</w:t>
      </w:r>
      <w:r>
        <w:rPr>
          <w:b w:val="0"/>
          <w:i/>
        </w:rPr>
        <w:t>glide</w:t>
      </w:r>
      <w:r>
        <w:rPr>
          <w:b w:val="0"/>
          <w:i w:val="0"/>
        </w:rPr>
        <w:t>)</w:t>
      </w:r>
    </w:p>
    <w:p>
      <w:pPr>
        <w:keepNext w:val="0"/>
        <w:spacing w:before="0" w:after="40"/>
        <w:ind w:left="400" w:hanging="400"/>
      </w:pPr>
      <w:r>
        <w:rPr>
          <w:b/>
        </w:rPr>
        <w:t xml:space="preserve">6.  </w:t>
      </w:r>
      <w:r>
        <w:rPr>
          <w:b w:val="0"/>
          <w:i w:val="0"/>
        </w:rPr>
        <w:t>The traffic moved ____________ through the city center. (</w:t>
      </w:r>
      <w:r>
        <w:rPr>
          <w:b w:val="0"/>
          <w:i/>
        </w:rPr>
        <w:t>sluggish</w:t>
      </w:r>
      <w:r>
        <w:rPr>
          <w:b w:val="0"/>
          <w:i w:val="0"/>
        </w:rPr>
        <w:t>)</w:t>
      </w:r>
    </w:p>
    <w:p>
      <w:pPr>
        <w:pStyle w:val="Heading1"/>
        <w:keepNext/>
        <w:pBdr>
          <w:top w:val="single" w:sz="12" w:space="6" w:color="1F5C99"/>
        </w:pBdr>
        <w:spacing w:before="220" w:after="60"/>
      </w:pPr>
      <w:r>
        <w:rPr>
          <w:b w:val="0"/>
          <w:i w:val="0"/>
        </w:rPr>
        <w:t>Comprehension Questions</w:t>
      </w:r>
    </w:p>
    <w:p>
      <w:pPr>
        <w:keepNext/>
        <w:spacing w:before="0" w:after="60"/>
      </w:pPr>
      <w:r>
        <w:rPr>
          <w:b w:val="0"/>
          <w:i/>
          <w:color w:val="444444"/>
        </w:rPr>
        <w:t>Answer in full sentences.</w:t>
      </w:r>
    </w:p>
    <w:p>
      <w:pPr>
        <w:keepNext w:val="0"/>
        <w:spacing w:before="0" w:after="40"/>
        <w:ind w:left="400" w:hanging="400"/>
      </w:pPr>
      <w:r>
        <w:rPr>
          <w:b/>
        </w:rPr>
        <w:t xml:space="preserve">1.  </w:t>
      </w:r>
      <w:r>
        <w:rPr>
          <w:b w:val="0"/>
          <w:i w:val="0"/>
        </w:rPr>
        <w:t>How long do most adults sleep at night, and what happens to the brain?</w:t>
      </w:r>
    </w:p>
    <w:p>
      <w:pPr>
        <w:keepNext w:val="0"/>
        <w:spacing w:before="0" w:after="40"/>
        <w:ind w:left="400" w:hanging="400"/>
      </w:pPr>
      <w:r>
        <w:rPr>
          <w:b/>
        </w:rPr>
        <w:t xml:space="preserve">2.  </w:t>
      </w:r>
      <w:r>
        <w:rPr>
          <w:b w:val="0"/>
          <w:i w:val="0"/>
        </w:rPr>
        <w:t>Why can dolphins not sleep the way humans do, and how do they solve the problem?</w:t>
      </w:r>
    </w:p>
    <w:p>
      <w:pPr>
        <w:keepNext w:val="0"/>
        <w:spacing w:before="0" w:after="40"/>
        <w:ind w:left="400" w:hanging="400"/>
      </w:pPr>
      <w:r>
        <w:rPr>
          <w:b/>
        </w:rPr>
        <w:t xml:space="preserve">3.  </w:t>
      </w:r>
      <w:r>
        <w:rPr>
          <w:b w:val="0"/>
          <w:i w:val="0"/>
        </w:rPr>
        <w:t>Why do ducks at the ends of a row keep one eye open?</w:t>
      </w:r>
    </w:p>
    <w:p>
      <w:pPr>
        <w:keepNext w:val="0"/>
        <w:spacing w:before="0" w:after="40"/>
        <w:ind w:left="400" w:hanging="400"/>
      </w:pPr>
      <w:r>
        <w:rPr>
          <w:b/>
        </w:rPr>
        <w:t xml:space="preserve">4.  </w:t>
      </w:r>
      <w:r>
        <w:rPr>
          <w:b w:val="0"/>
          <w:i w:val="0"/>
        </w:rPr>
        <w:t>How does frigatebird sleep in the air compare with their sleep on land?</w:t>
      </w:r>
    </w:p>
    <w:p>
      <w:pPr>
        <w:keepNext w:val="0"/>
        <w:spacing w:before="0" w:after="40"/>
        <w:ind w:left="400" w:hanging="400"/>
      </w:pPr>
      <w:r>
        <w:rPr>
          <w:b/>
        </w:rPr>
        <w:t xml:space="preserve">5.  </w:t>
      </w:r>
      <w:r>
        <w:rPr>
          <w:b w:val="0"/>
          <w:i w:val="0"/>
        </w:rPr>
        <w:t>What do researchers suspect about common swifts, and why is it not certain?</w:t>
      </w:r>
    </w:p>
    <w:p>
      <w:pPr>
        <w:keepNext w:val="0"/>
        <w:spacing w:before="0" w:after="40"/>
        <w:ind w:left="400" w:hanging="400"/>
      </w:pPr>
      <w:r>
        <w:rPr>
          <w:b/>
        </w:rPr>
        <w:t xml:space="preserve">6.  </w:t>
      </w:r>
      <w:r>
        <w:rPr>
          <w:b w:val="0"/>
          <w:i w:val="0"/>
        </w:rPr>
        <w:t>How do chinstrap penguins guarding a nest get enough sleep?</w:t>
      </w:r>
    </w:p>
    <w:p>
      <w:pPr>
        <w:keepNext w:val="0"/>
        <w:spacing w:before="0" w:after="40"/>
        <w:ind w:left="400" w:hanging="400"/>
      </w:pPr>
      <w:r>
        <w:rPr>
          <w:b/>
        </w:rPr>
        <w:t xml:space="preserve">7.  </w:t>
      </w:r>
      <w:r>
        <w:rPr>
          <w:b w:val="0"/>
          <w:i w:val="0"/>
        </w:rPr>
        <w:t>What trade-off might elephants and sperm whales face?</w:t>
      </w:r>
    </w:p>
    <w:p>
      <w:pPr>
        <w:keepNext w:val="0"/>
        <w:spacing w:before="0" w:after="40"/>
        <w:ind w:left="400" w:hanging="400"/>
      </w:pPr>
      <w:r>
        <w:rPr>
          <w:b/>
        </w:rPr>
        <w:t xml:space="preserve">8.  </w:t>
      </w:r>
      <w:r>
        <w:rPr>
          <w:b w:val="0"/>
          <w:i w:val="0"/>
        </w:rPr>
        <w:t>Why might little brown bats sleep so much?</w:t>
      </w:r>
    </w:p>
    <w:p>
      <w:pPr>
        <w:keepNext w:val="0"/>
        <w:spacing w:before="0" w:after="40"/>
        <w:ind w:left="400" w:hanging="400"/>
      </w:pPr>
      <w:r>
        <w:rPr>
          <w:b/>
        </w:rPr>
        <w:t xml:space="preserve">9.  </w:t>
      </w:r>
      <w:r>
        <w:rPr>
          <w:b w:val="0"/>
          <w:i w:val="0"/>
        </w:rPr>
        <w:t>Why is the jellyfish finding surprising, and what does it suggest about sleep?</w:t>
      </w:r>
    </w:p>
    <w:p>
      <w:pPr>
        <w:keepNext w:val="0"/>
        <w:spacing w:before="0" w:after="40"/>
        <w:ind w:left="400" w:hanging="400"/>
      </w:pPr>
      <w:r>
        <w:rPr>
          <w:b/>
        </w:rPr>
        <w:t xml:space="preserve">10.  </w:t>
      </w:r>
      <w:r>
        <w:rPr>
          <w:b/>
          <w:i w:val="0"/>
        </w:rPr>
        <w:t>True, False, or Not Given:</w:t>
      </w:r>
      <w:r>
        <w:rPr>
          <w:b w:val="0"/>
          <w:i w:val="0"/>
        </w:rPr>
        <w:t xml:space="preserve"> </w:t>
      </w:r>
      <w:r>
        <w:rPr>
          <w:b w:val="0"/>
          <w:i/>
        </w:rPr>
        <w:t>“Common swifts sleep for about 42 minutes a day while flying.”</w:t>
      </w:r>
      <w:r>
        <w:rPr>
          <w:b w:val="0"/>
          <w:i w:val="0"/>
        </w:rPr>
        <w:t xml:space="preserve"> Explain your answer using the reading.</w:t>
      </w:r>
    </w:p>
    <w:p>
      <w:pPr>
        <w:keepNext w:val="0"/>
        <w:spacing w:before="0" w:after="40"/>
        <w:ind w:left="400" w:hanging="400"/>
      </w:pPr>
      <w:r>
        <w:rPr>
          <w:b/>
        </w:rPr>
        <w:t xml:space="preserve">11.  </w:t>
      </w:r>
      <w:r>
        <w:rPr>
          <w:b/>
          <w:i w:val="0"/>
        </w:rPr>
        <w:t>Yes, No, or Not Given:</w:t>
      </w:r>
      <w:r>
        <w:rPr>
          <w:b w:val="0"/>
          <w:i w:val="0"/>
        </w:rPr>
        <w:t xml:space="preserve"> </w:t>
      </w:r>
      <w:r>
        <w:rPr>
          <w:b w:val="0"/>
          <w:i/>
        </w:rPr>
        <w:t>“The writer believes that the human way of sleeping is the safest way for every animal.”</w:t>
      </w:r>
      <w:r>
        <w:rPr>
          <w:b w:val="0"/>
          <w:i w:val="0"/>
        </w:rPr>
        <w:t xml:space="preserve"> Explain your answer using the reading.</w:t>
      </w:r>
    </w:p>
    <w:p>
      <w:pPr>
        <w:keepNext w:val="0"/>
        <w:spacing w:before="0" w:after="40"/>
        <w:ind w:left="400" w:hanging="400"/>
      </w:pPr>
      <w:r>
        <w:rPr>
          <w:b/>
        </w:rPr>
        <w:t xml:space="preserve">12.  </w:t>
      </w:r>
      <w:r>
        <w:rPr>
          <w:b/>
          <w:i w:val="0"/>
        </w:rPr>
        <w:t>Author's purpose:</w:t>
      </w:r>
      <w:r>
        <w:rPr>
          <w:b w:val="0"/>
          <w:i w:val="0"/>
        </w:rPr>
        <w:t xml:space="preserve"> Why does the writer describe the jellyfish at the end? Is it (a) to suggest that sleep may be very old and basic, (b) to show that jellyfish sleep more than bats, or (c) to explain how jellyfish find food at night?</w:t>
      </w:r>
    </w:p>
    <w:p>
      <w:pPr>
        <w:pStyle w:val="Heading1"/>
        <w:keepNext/>
        <w:pBdr>
          <w:top w:val="single" w:sz="12" w:space="6" w:color="1F5C99"/>
        </w:pBdr>
        <w:spacing w:before="220" w:after="60"/>
      </w:pPr>
      <w:r>
        <w:rPr>
          <w:b w:val="0"/>
          <w:i w:val="0"/>
        </w:rPr>
        <w:t>True or False</w:t>
      </w:r>
    </w:p>
    <w:p>
      <w:pPr>
        <w:keepNext/>
        <w:spacing w:before="0" w:after="60"/>
      </w:pPr>
      <w:r>
        <w:rPr>
          <w:b w:val="0"/>
          <w:i/>
          <w:color w:val="444444"/>
        </w:rPr>
        <w:t>Circle T (true) or F (false). Be ready to correct the false sentences.</w:t>
      </w:r>
    </w:p>
    <w:p>
      <w:pPr>
        <w:keepNext w:val="0"/>
        <w:tabs>
          <w:tab w:pos="9638" w:val="right"/>
        </w:tabs>
        <w:spacing w:before="0" w:after="30"/>
        <w:ind w:left="400" w:hanging="400"/>
      </w:pPr>
      <w:r>
        <w:rPr>
          <w:b/>
        </w:rPr>
        <w:t xml:space="preserve">1.  </w:t>
      </w:r>
      <w:r>
        <w:rPr>
          <w:b w:val="0"/>
          <w:i w:val="0"/>
        </w:rPr>
        <w:t>Dolphins sleep with one half of the brain at a time.</w:t>
      </w:r>
      <w:r>
        <w:rPr>
          <w:b/>
        </w:rPr>
        <w:tab/>
        <w:t>T   /   F</w:t>
      </w:r>
    </w:p>
    <w:p>
      <w:pPr>
        <w:keepNext w:val="0"/>
        <w:tabs>
          <w:tab w:pos="9638" w:val="right"/>
        </w:tabs>
        <w:spacing w:before="0" w:after="30"/>
        <w:ind w:left="400" w:hanging="400"/>
      </w:pPr>
      <w:r>
        <w:rPr>
          <w:b/>
        </w:rPr>
        <w:t xml:space="preserve">2.  </w:t>
      </w:r>
      <w:r>
        <w:rPr>
          <w:b w:val="0"/>
          <w:i w:val="0"/>
        </w:rPr>
        <w:t>Great frigatebirds sleep more than 12 hours a day while flying.</w:t>
      </w:r>
      <w:r>
        <w:rPr>
          <w:b/>
        </w:rPr>
        <w:tab/>
        <w:t>T   /   F</w:t>
      </w:r>
    </w:p>
    <w:p>
      <w:pPr>
        <w:keepNext w:val="0"/>
        <w:tabs>
          <w:tab w:pos="9638" w:val="right"/>
        </w:tabs>
        <w:spacing w:before="0" w:after="30"/>
        <w:ind w:left="400" w:hanging="400"/>
      </w:pPr>
      <w:r>
        <w:rPr>
          <w:b/>
        </w:rPr>
        <w:t xml:space="preserve">3.  </w:t>
      </w:r>
      <w:r>
        <w:rPr>
          <w:b w:val="0"/>
          <w:i w:val="0"/>
        </w:rPr>
        <w:t>Scientists have proved that common swifts sleep while gliding.</w:t>
      </w:r>
      <w:r>
        <w:rPr>
          <w:b/>
        </w:rPr>
        <w:tab/>
        <w:t>T   /   F</w:t>
      </w:r>
    </w:p>
    <w:p>
      <w:pPr>
        <w:keepNext w:val="0"/>
        <w:tabs>
          <w:tab w:pos="9638" w:val="right"/>
        </w:tabs>
        <w:spacing w:before="0" w:after="30"/>
        <w:ind w:left="400" w:hanging="400"/>
      </w:pPr>
      <w:r>
        <w:rPr>
          <w:b/>
        </w:rPr>
        <w:t xml:space="preserve">4.  </w:t>
      </w:r>
      <w:r>
        <w:rPr>
          <w:b w:val="0"/>
          <w:i w:val="0"/>
        </w:rPr>
        <w:t>Each penguin microsleep lasts about four seconds.</w:t>
      </w:r>
      <w:r>
        <w:rPr>
          <w:b/>
        </w:rPr>
        <w:tab/>
        <w:t>T   /   F</w:t>
      </w:r>
    </w:p>
    <w:p>
      <w:pPr>
        <w:keepNext w:val="0"/>
        <w:tabs>
          <w:tab w:pos="9638" w:val="right"/>
        </w:tabs>
        <w:spacing w:before="0" w:after="30"/>
        <w:ind w:left="400" w:hanging="400"/>
      </w:pPr>
      <w:r>
        <w:rPr>
          <w:b/>
        </w:rPr>
        <w:t xml:space="preserve">5.  </w:t>
      </w:r>
      <w:r>
        <w:rPr>
          <w:b w:val="0"/>
          <w:i w:val="0"/>
        </w:rPr>
        <w:t>Penguin microsleeps add up to less than two hours a day.</w:t>
      </w:r>
      <w:r>
        <w:rPr>
          <w:b/>
        </w:rPr>
        <w:tab/>
        <w:t>T   /   F</w:t>
      </w:r>
    </w:p>
    <w:p>
      <w:pPr>
        <w:keepNext w:val="0"/>
        <w:tabs>
          <w:tab w:pos="9638" w:val="right"/>
        </w:tabs>
        <w:spacing w:before="0" w:after="30"/>
        <w:ind w:left="400" w:hanging="400"/>
      </w:pPr>
      <w:r>
        <w:rPr>
          <w:b/>
        </w:rPr>
        <w:t xml:space="preserve">6.  </w:t>
      </w:r>
      <w:r>
        <w:rPr>
          <w:b w:val="0"/>
          <w:i w:val="0"/>
        </w:rPr>
        <w:t>The wild elephants in the study slept about two hours a day.</w:t>
      </w:r>
      <w:r>
        <w:rPr>
          <w:b/>
        </w:rPr>
        <w:tab/>
        <w:t>T   /   F</w:t>
      </w:r>
    </w:p>
    <w:p>
      <w:pPr>
        <w:keepNext w:val="0"/>
        <w:tabs>
          <w:tab w:pos="9638" w:val="right"/>
        </w:tabs>
        <w:spacing w:before="0" w:after="30"/>
        <w:ind w:left="400" w:hanging="400"/>
      </w:pPr>
      <w:r>
        <w:rPr>
          <w:b/>
        </w:rPr>
        <w:t xml:space="preserve">7.  </w:t>
      </w:r>
      <w:r>
        <w:rPr>
          <w:b w:val="0"/>
          <w:i w:val="0"/>
        </w:rPr>
        <w:t>Sperm whales sleep lying flat on the sea floor.</w:t>
      </w:r>
      <w:r>
        <w:rPr>
          <w:b/>
        </w:rPr>
        <w:tab/>
        <w:t>T   /   F</w:t>
      </w:r>
    </w:p>
    <w:p>
      <w:pPr>
        <w:keepNext w:val="0"/>
        <w:tabs>
          <w:tab w:pos="9638" w:val="right"/>
        </w:tabs>
        <w:spacing w:before="0" w:after="30"/>
        <w:ind w:left="400" w:hanging="400"/>
      </w:pPr>
      <w:r>
        <w:rPr>
          <w:b/>
        </w:rPr>
        <w:t xml:space="preserve">8.  </w:t>
      </w:r>
      <w:r>
        <w:rPr>
          <w:b w:val="0"/>
          <w:i w:val="0"/>
        </w:rPr>
        <w:t>Little brown bats can sleep close to 20 hours a day.</w:t>
      </w:r>
      <w:r>
        <w:rPr>
          <w:b/>
        </w:rPr>
        <w:tab/>
        <w:t>T   /   F</w:t>
      </w:r>
    </w:p>
    <w:p>
      <w:pPr>
        <w:keepNext w:val="0"/>
        <w:tabs>
          <w:tab w:pos="9638" w:val="right"/>
        </w:tabs>
        <w:spacing w:before="0" w:after="30"/>
        <w:ind w:left="400" w:hanging="400"/>
      </w:pPr>
      <w:r>
        <w:rPr>
          <w:b/>
        </w:rPr>
        <w:t xml:space="preserve">9.  </w:t>
      </w:r>
      <w:r>
        <w:rPr>
          <w:b w:val="0"/>
          <w:i w:val="0"/>
        </w:rPr>
        <w:t>Upside-down jellyfish have a very small brain.</w:t>
      </w:r>
      <w:r>
        <w:rPr>
          <w:b/>
        </w:rPr>
        <w:tab/>
        <w:t>T   /   F</w:t>
      </w:r>
    </w:p>
    <w:p>
      <w:pPr>
        <w:keepNext w:val="0"/>
        <w:tabs>
          <w:tab w:pos="9638" w:val="right"/>
        </w:tabs>
        <w:spacing w:before="0" w:after="30"/>
        <w:ind w:left="400" w:hanging="400"/>
      </w:pPr>
      <w:r>
        <w:rPr>
          <w:b/>
        </w:rPr>
        <w:t xml:space="preserve">10.  </w:t>
      </w:r>
      <w:r>
        <w:rPr>
          <w:b w:val="0"/>
          <w:i w:val="0"/>
        </w:rPr>
        <w:t>Jellyfish that were kept from resting were sluggish the next day.</w:t>
      </w:r>
      <w:r>
        <w:rPr>
          <w:b/>
        </w:rPr>
        <w:tab/>
        <w:t>T   /   F</w:t>
      </w:r>
    </w:p>
    <w:p>
      <w:pPr>
        <w:pStyle w:val="Heading1"/>
        <w:keepNext/>
        <w:pBdr>
          <w:top w:val="single" w:sz="12" w:space="6" w:color="1F5C99"/>
        </w:pBdr>
        <w:spacing w:before="220" w:after="60"/>
      </w:pPr>
      <w:r>
        <w:rPr>
          <w:b w:val="0"/>
          <w:i w:val="0"/>
        </w:rPr>
        <w:t>Language Focus: Result Clauses with So ... That and Such ... That</w:t>
      </w:r>
    </w:p>
    <w:tbl>
      <w:tblPr>
        <w:tblW w:type="auto" w:w="0"/>
        <w:tblLayout w:type="fixed"/>
        <w:tblLook w:firstColumn="1" w:firstRow="1" w:lastColumn="0" w:lastRow="0" w:noHBand="0" w:noVBand="1" w:val="04A0"/>
        <w:tblCellMar>
          <w:top w:w="80" w:type="dxa"/>
          <w:bottom w:w="80" w:type="dxa"/>
          <w:left w:w="160" w:type="dxa"/>
          <w:right w:w="160" w:type="dxa"/>
        </w:tblCellMar>
      </w:tblPr>
      <w:tblGrid>
        <w:gridCol w:w="9638"/>
      </w:tblGrid>
      <w:tr>
        <w:trPr>
          <w:cantSplit/>
        </w:trPr>
        <w:tc>
          <w:tcPr>
            <w:tcW w:type="dxa" w:w="9638"/>
            <w:tcBorders>
              <w:top w:val="single" w:sz="4" w:color="BBBBBB"/>
              <w:left w:val="single" w:sz="4" w:color="BBBBBB"/>
              <w:bottom w:val="single" w:sz="4" w:color="BBBBBB"/>
              <w:right w:val="single" w:sz="4" w:color="BBBBBB"/>
            </w:tcBorders>
            <w:shd w:val="clear" w:color="auto" w:fill="EEF4FA"/>
          </w:tcPr>
          <w:p>
            <w:pPr>
              <w:spacing w:before="0" w:after="40"/>
            </w:pPr>
            <w:r>
              <w:rPr>
                <w:b w:val="0"/>
                <w:i w:val="0"/>
              </w:rPr>
              <w:t xml:space="preserve">Use </w:t>
            </w:r>
            <w:r>
              <w:rPr>
                <w:b/>
                <w:i w:val="0"/>
              </w:rPr>
              <w:t>so</w:t>
            </w:r>
            <w:r>
              <w:rPr>
                <w:b w:val="0"/>
                <w:i w:val="0"/>
              </w:rPr>
              <w:t xml:space="preserve"> or </w:t>
            </w:r>
            <w:r>
              <w:rPr>
                <w:b/>
                <w:i w:val="0"/>
              </w:rPr>
              <w:t>such</w:t>
            </w:r>
            <w:r>
              <w:rPr>
                <w:b w:val="0"/>
                <w:i w:val="0"/>
              </w:rPr>
              <w:t xml:space="preserve"> with </w:t>
            </w:r>
            <w:r>
              <w:rPr>
                <w:b/>
                <w:i w:val="0"/>
              </w:rPr>
              <w:t>that</w:t>
            </w:r>
            <w:r>
              <w:rPr>
                <w:b w:val="0"/>
                <w:i w:val="0"/>
              </w:rPr>
              <w:t xml:space="preserve"> to show a strong cause and its result.</w:t>
            </w:r>
          </w:p>
          <w:p>
            <w:pPr>
              <w:spacing w:before="0" w:after="40"/>
            </w:pPr>
            <w:r>
              <w:rPr>
                <w:b/>
                <w:i w:val="0"/>
              </w:rPr>
              <w:t>so</w:t>
            </w:r>
            <w:r>
              <w:rPr>
                <w:b w:val="0"/>
                <w:i w:val="0"/>
              </w:rPr>
              <w:t xml:space="preserve"> + adjective / adverb + </w:t>
            </w:r>
            <w:r>
              <w:rPr>
                <w:b/>
                <w:i w:val="0"/>
              </w:rPr>
              <w:t>that</w:t>
            </w:r>
            <w:r>
              <w:rPr>
                <w:b w:val="0"/>
                <w:i w:val="0"/>
              </w:rPr>
              <w:t xml:space="preserve"> + result.  </w:t>
            </w:r>
            <w:r>
              <w:rPr>
                <w:b w:val="0"/>
                <w:i/>
              </w:rPr>
              <w:t>The film was so boring that I fell asleep.</w:t>
            </w:r>
          </w:p>
          <w:p>
            <w:pPr>
              <w:spacing w:before="0" w:after="40"/>
            </w:pPr>
            <w:r>
              <w:rPr>
                <w:b/>
                <w:i w:val="0"/>
              </w:rPr>
              <w:t>such</w:t>
            </w:r>
            <w:r>
              <w:rPr>
                <w:b w:val="0"/>
                <w:i w:val="0"/>
              </w:rPr>
              <w:t xml:space="preserve"> + (a/an) + adjective + noun + </w:t>
            </w:r>
            <w:r>
              <w:rPr>
                <w:b/>
                <w:i w:val="0"/>
              </w:rPr>
              <w:t>that</w:t>
            </w:r>
            <w:r>
              <w:rPr>
                <w:b w:val="0"/>
                <w:i w:val="0"/>
              </w:rPr>
              <w:t xml:space="preserve"> + result.  </w:t>
            </w:r>
            <w:r>
              <w:rPr>
                <w:b w:val="0"/>
                <w:i/>
              </w:rPr>
              <w:t>It was such a hot night that I could not sleep.</w:t>
            </w:r>
          </w:p>
          <w:p>
            <w:pPr>
              <w:spacing w:before="0" w:after="40"/>
            </w:pPr>
            <w:r>
              <w:rPr>
                <w:b/>
                <w:i w:val="0"/>
              </w:rPr>
              <w:t>From the reading:</w:t>
            </w:r>
          </w:p>
          <w:p>
            <w:pPr>
              <w:spacing w:before="0" w:after="40"/>
            </w:pPr>
            <w:r>
              <w:rPr>
                <w:b w:val="0"/>
                <w:i w:val="0"/>
              </w:rPr>
              <w:t xml:space="preserve">"It feels </w:t>
            </w:r>
            <w:r>
              <w:rPr>
                <w:b/>
                <w:i w:val="0"/>
              </w:rPr>
              <w:t>so</w:t>
            </w:r>
            <w:r>
              <w:rPr>
                <w:b w:val="0"/>
                <w:i w:val="0"/>
              </w:rPr>
              <w:t xml:space="preserve"> natural </w:t>
            </w:r>
            <w:r>
              <w:rPr>
                <w:b/>
                <w:i w:val="0"/>
              </w:rPr>
              <w:t>that</w:t>
            </w:r>
            <w:r>
              <w:rPr>
                <w:b w:val="0"/>
                <w:i w:val="0"/>
              </w:rPr>
              <w:t xml:space="preserve"> we rarely question it."</w:t>
            </w:r>
          </w:p>
          <w:p>
            <w:pPr>
              <w:spacing w:before="0" w:after="40"/>
            </w:pPr>
            <w:r>
              <w:rPr>
                <w:b w:val="0"/>
                <w:i w:val="0"/>
              </w:rPr>
              <w:t xml:space="preserve">"Common swifts are </w:t>
            </w:r>
            <w:r>
              <w:rPr>
                <w:b/>
                <w:i w:val="0"/>
              </w:rPr>
              <w:t>such</w:t>
            </w:r>
            <w:r>
              <w:rPr>
                <w:b w:val="0"/>
                <w:i w:val="0"/>
              </w:rPr>
              <w:t xml:space="preserve"> skilled fliers </w:t>
            </w:r>
            <w:r>
              <w:rPr>
                <w:b/>
                <w:i w:val="0"/>
              </w:rPr>
              <w:t>that</w:t>
            </w:r>
            <w:r>
              <w:rPr>
                <w:b w:val="0"/>
                <w:i w:val="0"/>
              </w:rPr>
              <w:t xml:space="preserve"> some stay in the air for about ten months."</w:t>
            </w:r>
          </w:p>
          <w:p>
            <w:pPr>
              <w:spacing w:before="0" w:after="0"/>
            </w:pPr>
            <w:r>
              <w:rPr>
                <w:b/>
                <w:i w:val="0"/>
              </w:rPr>
              <w:t>Tip:</w:t>
            </w:r>
            <w:r>
              <w:rPr>
                <w:b w:val="0"/>
                <w:i w:val="0"/>
              </w:rPr>
              <w:t xml:space="preserve"> Use </w:t>
            </w:r>
            <w:r>
              <w:rPr>
                <w:b/>
                <w:i w:val="0"/>
              </w:rPr>
              <w:t>so</w:t>
            </w:r>
            <w:r>
              <w:rPr>
                <w:b w:val="0"/>
                <w:i w:val="0"/>
              </w:rPr>
              <w:t xml:space="preserve"> before an adjective alone (</w:t>
            </w:r>
            <w:r>
              <w:rPr>
                <w:b w:val="0"/>
                <w:i/>
              </w:rPr>
              <w:t>so tired</w:t>
            </w:r>
            <w:r>
              <w:rPr>
                <w:b w:val="0"/>
                <w:i w:val="0"/>
              </w:rPr>
              <w:t xml:space="preserve">) and </w:t>
            </w:r>
            <w:r>
              <w:rPr>
                <w:b/>
                <w:i w:val="0"/>
              </w:rPr>
              <w:t>such</w:t>
            </w:r>
            <w:r>
              <w:rPr>
                <w:b w:val="0"/>
                <w:i w:val="0"/>
              </w:rPr>
              <w:t xml:space="preserve"> before a noun (</w:t>
            </w:r>
            <w:r>
              <w:rPr>
                <w:b w:val="0"/>
                <w:i/>
              </w:rPr>
              <w:t>such a long day</w:t>
            </w:r>
            <w:r>
              <w:rPr>
                <w:b w:val="0"/>
                <w:i w:val="0"/>
              </w:rPr>
              <w:t xml:space="preserve">). In speech, </w:t>
            </w:r>
            <w:r>
              <w:rPr>
                <w:b w:val="0"/>
                <w:i/>
              </w:rPr>
              <w:t>that</w:t>
            </w:r>
            <w:r>
              <w:rPr>
                <w:b w:val="0"/>
                <w:i w:val="0"/>
              </w:rPr>
              <w:t xml:space="preserve"> is often left out: </w:t>
            </w:r>
            <w:r>
              <w:rPr>
                <w:b w:val="0"/>
                <w:i/>
              </w:rPr>
              <w:t>I was so tired I fell asleep.</w:t>
            </w:r>
          </w:p>
        </w:tc>
      </w:tr>
    </w:tbl>
    <w:p>
      <w:pPr>
        <w:pStyle w:val="Heading2"/>
        <w:keepNext/>
        <w:spacing w:before="100" w:after="40"/>
      </w:pPr>
      <w:r>
        <w:rPr>
          <w:b w:val="0"/>
          <w:i w:val="0"/>
        </w:rPr>
        <w:t>Part A. Sentence starters</w:t>
      </w:r>
    </w:p>
    <w:p>
      <w:pPr>
        <w:keepNext/>
        <w:spacing w:before="0" w:after="60"/>
      </w:pPr>
      <w:r>
        <w:rPr>
          <w:b w:val="0"/>
          <w:i/>
          <w:color w:val="444444"/>
        </w:rPr>
        <w:t>Finish each sentence so that it is true for you.</w:t>
      </w:r>
    </w:p>
    <w:p>
      <w:pPr>
        <w:keepNext/>
        <w:spacing w:before="0" w:after="20"/>
      </w:pPr>
      <w:r>
        <w:rPr>
          <w:b/>
          <w:i w:val="0"/>
        </w:rPr>
        <w:t>so + adjective or adverb + that</w:t>
      </w:r>
    </w:p>
    <w:p>
      <w:pPr>
        <w:keepNext w:val="0"/>
        <w:spacing w:before="0" w:after="40"/>
        <w:ind w:left="400" w:hanging="400"/>
      </w:pPr>
      <w:r>
        <w:rPr>
          <w:b/>
        </w:rPr>
        <w:t xml:space="preserve">1.  </w:t>
      </w:r>
      <w:r>
        <w:rPr>
          <w:b w:val="0"/>
          <w:i w:val="0"/>
        </w:rPr>
        <w:t>Last night I was so tired that</w:t>
      </w:r>
      <w:r>
        <w:t xml:space="preserve"> ____________________________________________</w:t>
      </w:r>
    </w:p>
    <w:p>
      <w:pPr>
        <w:keepNext w:val="0"/>
        <w:spacing w:before="0" w:after="40"/>
        <w:ind w:left="400" w:hanging="400"/>
      </w:pPr>
      <w:r>
        <w:rPr>
          <w:b/>
        </w:rPr>
        <w:t xml:space="preserve">2.  </w:t>
      </w:r>
      <w:r>
        <w:rPr>
          <w:b w:val="0"/>
          <w:i w:val="0"/>
        </w:rPr>
        <w:t>My phone is so important to me that</w:t>
      </w:r>
      <w:r>
        <w:t xml:space="preserve"> ____________________________________________</w:t>
      </w:r>
    </w:p>
    <w:p>
      <w:pPr>
        <w:keepNext w:val="0"/>
        <w:spacing w:before="0" w:after="40"/>
        <w:ind w:left="400" w:hanging="400"/>
      </w:pPr>
      <w:r>
        <w:rPr>
          <w:b/>
        </w:rPr>
        <w:t xml:space="preserve">3.  </w:t>
      </w:r>
      <w:r>
        <w:rPr>
          <w:b w:val="0"/>
          <w:i w:val="0"/>
        </w:rPr>
        <w:t>Once I was so nervous that</w:t>
      </w:r>
      <w:r>
        <w:t xml:space="preserve"> ____________________________________________</w:t>
      </w:r>
    </w:p>
    <w:p>
      <w:pPr>
        <w:keepNext/>
        <w:spacing w:before="0" w:after="20"/>
      </w:pPr>
      <w:r>
        <w:rPr>
          <w:b/>
          <w:i w:val="0"/>
        </w:rPr>
        <w:t>such + (a/an) + adjective + noun + that</w:t>
      </w:r>
    </w:p>
    <w:p>
      <w:pPr>
        <w:keepNext w:val="0"/>
        <w:spacing w:before="0" w:after="40"/>
        <w:ind w:left="400" w:hanging="400"/>
      </w:pPr>
      <w:r>
        <w:rPr>
          <w:b/>
        </w:rPr>
        <w:t xml:space="preserve">4.  </w:t>
      </w:r>
      <w:r>
        <w:rPr>
          <w:b w:val="0"/>
          <w:i w:val="0"/>
        </w:rPr>
        <w:t>I once had such a busy day that</w:t>
      </w:r>
      <w:r>
        <w:t xml:space="preserve"> ____________________________________________</w:t>
      </w:r>
    </w:p>
    <w:p>
      <w:pPr>
        <w:keepNext w:val="0"/>
        <w:spacing w:before="0" w:after="40"/>
        <w:ind w:left="400" w:hanging="400"/>
      </w:pPr>
      <w:r>
        <w:rPr>
          <w:b/>
        </w:rPr>
        <w:t xml:space="preserve">5.  </w:t>
      </w:r>
      <w:r>
        <w:rPr>
          <w:b w:val="0"/>
          <w:i w:val="0"/>
        </w:rPr>
        <w:t>I once read such an interesting book that</w:t>
      </w:r>
      <w:r>
        <w:t xml:space="preserve"> ____________________________________________</w:t>
      </w:r>
    </w:p>
    <w:p>
      <w:pPr>
        <w:pStyle w:val="Heading2"/>
        <w:keepNext/>
        <w:spacing w:before="100" w:after="40"/>
      </w:pPr>
      <w:r>
        <w:rPr>
          <w:b w:val="0"/>
          <w:i w:val="0"/>
        </w:rPr>
        <w:t>Part B. Questions</w:t>
      </w:r>
    </w:p>
    <w:p>
      <w:pPr>
        <w:keepNext/>
        <w:spacing w:before="0" w:after="60"/>
      </w:pPr>
      <w:r>
        <w:rPr>
          <w:b w:val="0"/>
          <w:i/>
          <w:color w:val="444444"/>
        </w:rPr>
        <w:t xml:space="preserve">Answer each question in a full sentence. Try to answer using </w:t>
      </w:r>
      <w:r>
        <w:rPr>
          <w:b w:val="0"/>
          <w:i w:val="0"/>
          <w:color w:val="444444"/>
        </w:rPr>
        <w:t>so ... that</w:t>
      </w:r>
      <w:r>
        <w:rPr>
          <w:b w:val="0"/>
          <w:i/>
          <w:color w:val="444444"/>
        </w:rPr>
        <w:t xml:space="preserve"> or </w:t>
      </w:r>
      <w:r>
        <w:rPr>
          <w:b w:val="0"/>
          <w:i w:val="0"/>
          <w:color w:val="444444"/>
        </w:rPr>
        <w:t>such ... that</w:t>
      </w:r>
      <w:r>
        <w:rPr>
          <w:b w:val="0"/>
          <w:i/>
          <w:color w:val="444444"/>
        </w:rPr>
        <w:t>. Then ask a partner.</w:t>
      </w:r>
    </w:p>
    <w:p>
      <w:pPr>
        <w:keepNext w:val="0"/>
        <w:spacing w:before="0" w:after="40"/>
        <w:ind w:left="400" w:hanging="400"/>
      </w:pPr>
      <w:r>
        <w:rPr>
          <w:b/>
        </w:rPr>
        <w:t xml:space="preserve">6.  </w:t>
      </w:r>
      <w:r>
        <w:rPr>
          <w:b w:val="0"/>
          <w:i w:val="0"/>
        </w:rPr>
        <w:t>Have you ever been so tired that you fell asleep somewhere unusual? What happened?</w:t>
      </w:r>
    </w:p>
    <w:p>
      <w:pPr>
        <w:keepNext w:val="0"/>
        <w:spacing w:before="0" w:after="40"/>
        <w:ind w:left="400" w:hanging="400"/>
      </w:pPr>
      <w:r>
        <w:rPr>
          <w:b/>
        </w:rPr>
        <w:t xml:space="preserve">7.  </w:t>
      </w:r>
      <w:r>
        <w:rPr>
          <w:b w:val="0"/>
          <w:i w:val="0"/>
        </w:rPr>
        <w:t>What is the most boring class or meeting you remember? Why?</w:t>
      </w:r>
    </w:p>
    <w:p>
      <w:pPr>
        <w:keepNext w:val="0"/>
        <w:spacing w:before="0" w:after="40"/>
        <w:ind w:left="400" w:hanging="400"/>
      </w:pPr>
      <w:r>
        <w:rPr>
          <w:b/>
        </w:rPr>
        <w:t xml:space="preserve">8.  </w:t>
      </w:r>
      <w:r>
        <w:rPr>
          <w:b w:val="0"/>
          <w:i w:val="0"/>
        </w:rPr>
        <w:t>What is the best place you have ever visited? Why do you remember it?</w:t>
      </w:r>
    </w:p>
    <w:p>
      <w:pPr>
        <w:keepNext w:val="0"/>
        <w:spacing w:before="0" w:after="40"/>
        <w:ind w:left="400" w:hanging="400"/>
      </w:pPr>
      <w:r>
        <w:rPr>
          <w:b/>
        </w:rPr>
        <w:t xml:space="preserve">9.  </w:t>
      </w:r>
      <w:r>
        <w:rPr>
          <w:b w:val="0"/>
          <w:i w:val="0"/>
        </w:rPr>
        <w:t>Have you ever had a bad night's sleep that changed your whole next day? What happened?</w:t>
      </w:r>
    </w:p>
    <w:p>
      <w:pPr>
        <w:keepNext w:val="0"/>
        <w:spacing w:before="0" w:after="40"/>
        <w:ind w:left="400" w:hanging="400"/>
      </w:pPr>
      <w:r>
        <w:rPr>
          <w:b/>
        </w:rPr>
        <w:t xml:space="preserve">10.  </w:t>
      </w:r>
      <w:r>
        <w:rPr>
          <w:b w:val="0"/>
          <w:i w:val="0"/>
        </w:rPr>
        <w:t>Which animal would you most like to see in the wild? Why?</w:t>
      </w:r>
    </w:p>
    <w:p>
      <w:pPr>
        <w:pStyle w:val="Heading1"/>
        <w:keepNext/>
        <w:pBdr>
          <w:top w:val="single" w:sz="12" w:space="6" w:color="1F5C99"/>
        </w:pBdr>
        <w:spacing w:before="220" w:after="60"/>
      </w:pPr>
      <w:r>
        <w:rPr>
          <w:b w:val="0"/>
          <w:i w:val="0"/>
        </w:rPr>
        <w:t>Discussion Questions</w:t>
      </w:r>
    </w:p>
    <w:p>
      <w:pPr>
        <w:keepNext/>
        <w:spacing w:before="0" w:after="60"/>
      </w:pPr>
      <w:r>
        <w:rPr>
          <w:b w:val="0"/>
          <w:i/>
          <w:color w:val="444444"/>
        </w:rPr>
        <w:t>Discuss with a partner or in a small group. Give reasons and examples.</w:t>
      </w:r>
    </w:p>
    <w:p>
      <w:pPr>
        <w:keepNext w:val="0"/>
        <w:spacing w:before="0" w:after="40"/>
        <w:ind w:left="400" w:hanging="400"/>
      </w:pPr>
      <w:r>
        <w:rPr>
          <w:b/>
        </w:rPr>
        <w:t xml:space="preserve">1.  </w:t>
      </w:r>
      <w:r>
        <w:rPr>
          <w:b w:val="0"/>
          <w:i w:val="0"/>
        </w:rPr>
        <w:t>Are you a light sleeper or a heavy sleeper? What usually wakes you up?</w:t>
      </w:r>
    </w:p>
    <w:p>
      <w:pPr>
        <w:keepNext w:val="0"/>
        <w:spacing w:before="0" w:after="40"/>
        <w:ind w:left="400" w:hanging="400"/>
      </w:pPr>
      <w:r>
        <w:rPr>
          <w:b/>
        </w:rPr>
        <w:t xml:space="preserve">2.  </w:t>
      </w:r>
      <w:r>
        <w:rPr>
          <w:b w:val="0"/>
          <w:i w:val="0"/>
        </w:rPr>
        <w:t>Which animal in the reading has the most surprising sleep habit, in your opinion? Why?</w:t>
      </w:r>
    </w:p>
    <w:p>
      <w:pPr>
        <w:keepNext w:val="0"/>
        <w:spacing w:before="0" w:after="40"/>
        <w:ind w:left="400" w:hanging="400"/>
      </w:pPr>
      <w:r>
        <w:rPr>
          <w:b/>
        </w:rPr>
        <w:t xml:space="preserve">3.  </w:t>
      </w:r>
      <w:r>
        <w:rPr>
          <w:b w:val="0"/>
          <w:i w:val="0"/>
        </w:rPr>
        <w:t>Have you ever slept in a strange place, such as a bus, a plane, or a classroom? How well did you sleep?</w:t>
      </w:r>
    </w:p>
    <w:p>
      <w:pPr>
        <w:keepNext w:val="0"/>
        <w:spacing w:before="0" w:after="40"/>
        <w:ind w:left="400" w:hanging="400"/>
      </w:pPr>
      <w:r>
        <w:rPr>
          <w:b/>
        </w:rPr>
        <w:t xml:space="preserve">4.  </w:t>
      </w:r>
      <w:r>
        <w:rPr>
          <w:b w:val="0"/>
          <w:i w:val="0"/>
        </w:rPr>
        <w:t>Do you sleep differently in a new or unfamiliar place? What do you notice?</w:t>
      </w:r>
    </w:p>
    <w:p>
      <w:pPr>
        <w:keepNext w:val="0"/>
        <w:spacing w:before="0" w:after="40"/>
        <w:ind w:left="400" w:hanging="400"/>
      </w:pPr>
      <w:r>
        <w:rPr>
          <w:b/>
        </w:rPr>
        <w:t xml:space="preserve">5.  </w:t>
      </w:r>
      <w:r>
        <w:rPr>
          <w:b w:val="0"/>
          <w:i w:val="0"/>
        </w:rPr>
        <w:t>If you could sleep like one of the animals in the reading for a week, which would you choose and why?</w:t>
      </w:r>
    </w:p>
    <w:p>
      <w:pPr>
        <w:keepNext w:val="0"/>
        <w:spacing w:before="0" w:after="40"/>
        <w:ind w:left="400" w:hanging="400"/>
      </w:pPr>
      <w:r>
        <w:rPr>
          <w:b/>
        </w:rPr>
        <w:t xml:space="preserve">6.  </w:t>
      </w:r>
      <w:r>
        <w:rPr>
          <w:b w:val="0"/>
          <w:i w:val="0"/>
        </w:rPr>
        <w:t>Do you take naps? Are short bursts of sleep during the day useful for you?</w:t>
      </w:r>
    </w:p>
    <w:p>
      <w:pPr>
        <w:keepNext w:val="0"/>
        <w:spacing w:before="0" w:after="40"/>
        <w:ind w:left="400" w:hanging="400"/>
      </w:pPr>
      <w:r>
        <w:rPr>
          <w:b/>
        </w:rPr>
        <w:t xml:space="preserve">7.  </w:t>
      </w:r>
      <w:r>
        <w:rPr>
          <w:b w:val="0"/>
          <w:i w:val="0"/>
        </w:rPr>
        <w:t>What trade-offs do people make between sleep and other things, such as work, study, or social life?</w:t>
      </w:r>
    </w:p>
    <w:p>
      <w:pPr>
        <w:keepNext w:val="0"/>
        <w:spacing w:before="0" w:after="40"/>
        <w:ind w:left="400" w:hanging="400"/>
      </w:pPr>
      <w:r>
        <w:rPr>
          <w:b/>
        </w:rPr>
        <w:t xml:space="preserve">8.  </w:t>
      </w:r>
      <w:r>
        <w:rPr>
          <w:b w:val="0"/>
          <w:i w:val="0"/>
        </w:rPr>
        <w:t>Many students sleep very little before exams. Is this a sensible trade-off? Why or why not?</w:t>
      </w:r>
    </w:p>
    <w:p>
      <w:pPr>
        <w:keepNext w:val="0"/>
        <w:spacing w:before="0" w:after="40"/>
        <w:ind w:left="400" w:hanging="400"/>
      </w:pPr>
      <w:r>
        <w:rPr>
          <w:b/>
        </w:rPr>
        <w:t xml:space="preserve">9.  </w:t>
      </w:r>
      <w:r>
        <w:rPr>
          <w:b w:val="0"/>
          <w:i w:val="0"/>
        </w:rPr>
        <w:t>How do people in your country think about sleep? Is sleeping a lot seen as healthy or as lazy?</w:t>
      </w:r>
    </w:p>
    <w:p>
      <w:pPr>
        <w:keepNext w:val="0"/>
        <w:spacing w:before="0" w:after="40"/>
        <w:ind w:left="400" w:hanging="400"/>
      </w:pPr>
      <w:r>
        <w:rPr>
          <w:b/>
        </w:rPr>
        <w:t xml:space="preserve">10.  </w:t>
      </w:r>
      <w:r>
        <w:rPr>
          <w:b w:val="0"/>
          <w:i w:val="0"/>
        </w:rPr>
        <w:t>Should schools or workplaces change their hours so that people can sleep more? What might happen?</w:t>
      </w:r>
    </w:p>
    <w:p>
      <w:pPr>
        <w:keepNext w:val="0"/>
        <w:spacing w:before="0" w:after="40"/>
        <w:ind w:left="400" w:hanging="400"/>
      </w:pPr>
      <w:r>
        <w:rPr>
          <w:b/>
        </w:rPr>
        <w:t xml:space="preserve">11.  </w:t>
      </w:r>
      <w:r>
        <w:rPr>
          <w:b w:val="0"/>
          <w:i w:val="0"/>
        </w:rPr>
        <w:t>Scientists study animals with small devices attached to their bodies. Is this research fair to the animals?</w:t>
      </w:r>
    </w:p>
    <w:p>
      <w:pPr>
        <w:keepNext w:val="0"/>
        <w:spacing w:before="0" w:after="40"/>
        <w:ind w:left="400" w:hanging="400"/>
      </w:pPr>
      <w:r>
        <w:rPr>
          <w:b/>
        </w:rPr>
        <w:t xml:space="preserve">12.  </w:t>
      </w:r>
      <w:r>
        <w:rPr>
          <w:b w:val="0"/>
          <w:i w:val="0"/>
        </w:rPr>
        <w:t>Why do you think scientists still cannot fully explain why we need sleep?</w:t>
      </w:r>
    </w:p>
    <w:p>
      <w:pPr>
        <w:keepNext w:val="0"/>
        <w:spacing w:before="0" w:after="40"/>
        <w:ind w:left="400" w:hanging="400"/>
      </w:pPr>
      <w:r>
        <w:rPr>
          <w:b/>
        </w:rPr>
        <w:t xml:space="preserve">13.  </w:t>
      </w:r>
      <w:r>
        <w:rPr>
          <w:b w:val="0"/>
          <w:i w:val="0"/>
        </w:rPr>
        <w:t>Humans can use alarms, lights, and coffee to control their sleep. Has this made our lives better or worse?</w:t>
      </w:r>
    </w:p>
    <w:p>
      <w:pPr>
        <w:keepNext w:val="0"/>
        <w:spacing w:before="0" w:after="40"/>
        <w:ind w:left="400" w:hanging="400"/>
      </w:pPr>
      <w:r>
        <w:rPr>
          <w:b/>
        </w:rPr>
        <w:t xml:space="preserve">14.  </w:t>
      </w:r>
      <w:r>
        <w:rPr>
          <w:b w:val="0"/>
          <w:i w:val="0"/>
        </w:rPr>
        <w:t>If a pill could safely remove the need for sleep, would you take it? What would be gained and lost?</w:t>
      </w:r>
    </w:p>
    <w:p>
      <w:pPr>
        <w:pStyle w:val="Heading1"/>
        <w:keepNext/>
        <w:pBdr>
          <w:top w:val="single" w:sz="12" w:space="6" w:color="1F5C99"/>
        </w:pBdr>
        <w:spacing w:before="220" w:after="60"/>
      </w:pPr>
      <w:r>
        <w:rPr>
          <w:b w:val="0"/>
          <w:i w:val="0"/>
        </w:rPr>
        <w:t>Online Practice</w:t>
      </w:r>
    </w:p>
    <w:tbl>
      <w:tblPr>
        <w:tblW w:type="auto" w:w="0"/>
        <w:tblLayout w:type="fixed"/>
        <w:tblLook w:firstColumn="1" w:firstRow="1" w:lastColumn="0" w:lastRow="0" w:noHBand="0" w:noVBand="1" w:val="04A0"/>
        <w:tblCellMar>
          <w:top w:w="20" w:type="dxa"/>
          <w:bottom w:w="20" w:type="dxa"/>
          <w:left w:w="100" w:type="dxa"/>
          <w:right w:w="100" w:type="dxa"/>
        </w:tblCellMar>
      </w:tblPr>
      <w:tblGrid>
        <w:gridCol w:w="1871"/>
        <w:gridCol w:w="7767"/>
      </w:tblGrid>
      <w:tr>
        <w:tc>
          <w:tcPr>
            <w:tcW w:type="dxa" w:w="1871"/>
            <w:tcBorders>
              <w:top w:val="nil"/>
              <w:left w:val="nil"/>
              <w:bottom w:val="nil"/>
              <w:right w:val="nil"/>
            </w:tcBorders>
          </w:tcPr>
          <w:p>
            <w:r>
              <w:drawing>
                <wp:inline xmlns:a="http://schemas.openxmlformats.org/drawingml/2006/main" xmlns:pic="http://schemas.openxmlformats.org/drawingml/2006/picture">
                  <wp:extent cx="936000" cy="936000"/>
                  <wp:docPr id="1" name="Picture 1"/>
                  <wp:cNvGraphicFramePr>
                    <a:graphicFrameLocks noChangeAspect="1"/>
                  </wp:cNvGraphicFramePr>
                  <a:graphic>
                    <a:graphicData uri="http://schemas.openxmlformats.org/drawingml/2006/picture">
                      <pic:pic>
                        <pic:nvPicPr>
                          <pic:cNvPr id="0" name="animal-sleep_qr.png"/>
                          <pic:cNvPicPr/>
                        </pic:nvPicPr>
                        <pic:blipFill>
                          <a:blip r:embed="rId10"/>
                          <a:stretch>
                            <a:fillRect/>
                          </a:stretch>
                        </pic:blipFill>
                        <pic:spPr>
                          <a:xfrm>
                            <a:off x="0" y="0"/>
                            <a:ext cx="936000" cy="936000"/>
                          </a:xfrm>
                          <a:prstGeom prst="rect"/>
                        </pic:spPr>
                      </pic:pic>
                    </a:graphicData>
                  </a:graphic>
                </wp:inline>
              </w:drawing>
            </w:r>
          </w:p>
        </w:tc>
        <w:tc>
          <w:tcPr>
            <w:tcW w:type="dxa" w:w="7767"/>
            <w:tcBorders>
              <w:top w:val="nil"/>
              <w:left w:val="nil"/>
              <w:bottom w:val="nil"/>
              <w:right w:val="nil"/>
            </w:tcBorders>
          </w:tcPr>
          <w:p>
            <w:r>
              <w:rPr>
                <w:b w:val="0"/>
                <w:i w:val="0"/>
              </w:rPr>
              <w:t xml:space="preserve">Scan the code or visit </w:t>
            </w:r>
            <w:r>
              <w:rPr>
                <w:b/>
                <w:i w:val="0"/>
              </w:rPr>
              <w:t>englishbridges.com/lessons/animal-sleep</w:t>
            </w:r>
            <w:r>
              <w:rPr>
                <w:b w:val="0"/>
                <w:i w:val="0"/>
              </w:rPr>
              <w:t xml:space="preserve"> for the full reading, vocabulary activities, the Speed Challenge, typing practice, and AI conversation prompts.</w:t>
            </w:r>
          </w:p>
        </w:tc>
      </w:tr>
    </w:tbl>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88888"/>
        <w:sz w:val="16"/>
      </w:rPr>
      <w:t xml:space="preserve">How Animals Sleep   |   EnglishBridges.com   |   </w:t>
    </w:r>
    <w:r>
      <w:rPr>
        <w:color w:val="888888"/>
        <w:sz w:val="16"/>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i w:val="0"/>
      <w:color w:val="1F5C99"/>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i w:val="0"/>
      <w:color w:val="33333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