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Would You Want an AI Friend? Chatbots and Real Friendship</w:t>
      </w:r>
    </w:p>
    <w:p>
      <w:pPr>
        <w:keepNext w:val="0"/>
        <w:spacing w:before="0" w:after="120"/>
      </w:pPr>
      <w:r>
        <w:rPr>
          <w:b w:val="0"/>
          <w:i w:val="0"/>
          <w:color w:val="555555"/>
          <w:sz w:val="21"/>
        </w:rPr>
        <w:t>Level B1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Have you ever talked to a chatbot or voice assistant? What did you use it for?</w:t>
      </w:r>
    </w:p>
    <w:p>
      <w:pPr>
        <w:keepNext w:val="0"/>
        <w:spacing w:before="0" w:after="40"/>
        <w:ind w:left="400" w:hanging="400"/>
      </w:pPr>
      <w:r>
        <w:rPr>
          <w:b/>
        </w:rPr>
        <w:t xml:space="preserve">2.  </w:t>
      </w:r>
      <w:r>
        <w:rPr>
          <w:b w:val="0"/>
          <w:i w:val="0"/>
        </w:rPr>
        <w:t>Who do you talk to when you feel lonely or want to share good news?</w:t>
      </w:r>
    </w:p>
    <w:p>
      <w:pPr>
        <w:keepNext w:val="0"/>
        <w:spacing w:before="0" w:after="40"/>
        <w:ind w:left="400" w:hanging="400"/>
      </w:pPr>
      <w:r>
        <w:rPr>
          <w:b/>
        </w:rPr>
        <w:t xml:space="preserve">3.  </w:t>
      </w:r>
      <w:r>
        <w:rPr>
          <w:b w:val="0"/>
          <w:i w:val="0"/>
        </w:rPr>
        <w:t>How might people’s feelings about AI friends differ by age, country, or personality?</w:t>
      </w:r>
    </w:p>
    <w:p>
      <w:pPr>
        <w:pStyle w:val="Heading1"/>
        <w:keepNext/>
        <w:pBdr>
          <w:top w:val="single" w:sz="12" w:space="6" w:color="1F5C99"/>
        </w:pBdr>
        <w:spacing w:before="220" w:after="60"/>
      </w:pPr>
      <w:r>
        <w:rPr>
          <w:b w:val="0"/>
          <w:i w:val="0"/>
        </w:rPr>
        <w:t>Reading: Would You Want an AI Friend? Chatbots and Real Friendship</w:t>
      </w:r>
    </w:p>
    <w:p>
      <w:pPr>
        <w:spacing w:before="0" w:after="80" w:line="360" w:lineRule="auto"/>
      </w:pPr>
      <w:r>
        <w:rPr>
          <w:b w:val="0"/>
          <w:i w:val="0"/>
          <w:sz w:val="24"/>
        </w:rPr>
        <w:t xml:space="preserve">Late at night, a lonely person opens an app, and a friendly voice asks how their job interview went. It even remembers their cat's name. For many people, this is a </w:t>
      </w:r>
      <w:r>
        <w:rPr>
          <w:b/>
          <w:i w:val="0"/>
          <w:sz w:val="24"/>
        </w:rPr>
        <w:t>comforting</w:t>
      </w:r>
      <w:r>
        <w:rPr>
          <w:b w:val="0"/>
          <w:i w:val="0"/>
          <w:sz w:val="24"/>
        </w:rPr>
        <w:t xml:space="preserve"> moment. The voice belongs to an AI </w:t>
      </w:r>
      <w:r>
        <w:rPr>
          <w:b/>
          <w:i w:val="0"/>
          <w:sz w:val="24"/>
        </w:rPr>
        <w:t>companion</w:t>
      </w:r>
      <w:r>
        <w:rPr>
          <w:b w:val="0"/>
          <w:i w:val="0"/>
          <w:sz w:val="24"/>
        </w:rPr>
        <w:t>, a chatbot designed to talk like a friend.</w:t>
      </w:r>
    </w:p>
    <w:p>
      <w:pPr>
        <w:spacing w:before="0" w:after="80" w:line="360" w:lineRule="auto"/>
      </w:pPr>
      <w:r>
        <w:rPr>
          <w:b w:val="0"/>
          <w:i w:val="0"/>
          <w:sz w:val="24"/>
        </w:rPr>
        <w:t>These apps are popular in many countries. XiaoIce, which started in China, says it has had hundreds of millions of users. In a 2026 survey, about one in four American adults who use the internet said they have emotional or social conversations with AI. A 2025 survey found that 72 percent of American teenagers had tried an AI companion.</w:t>
      </w:r>
    </w:p>
    <w:p>
      <w:pPr>
        <w:spacing w:before="0" w:after="80" w:line="360" w:lineRule="auto"/>
      </w:pPr>
      <w:r>
        <w:rPr>
          <w:b w:val="0"/>
          <w:i w:val="0"/>
          <w:sz w:val="24"/>
        </w:rPr>
        <w:t xml:space="preserve">People like these apps because an AI friend is </w:t>
      </w:r>
      <w:r>
        <w:rPr>
          <w:b/>
          <w:i w:val="0"/>
          <w:sz w:val="24"/>
        </w:rPr>
        <w:t>available</w:t>
      </w:r>
      <w:r>
        <w:rPr>
          <w:b w:val="0"/>
          <w:i w:val="0"/>
          <w:sz w:val="24"/>
        </w:rPr>
        <w:t xml:space="preserve"> at any hour. It is never bored by their stories, and it does not </w:t>
      </w:r>
      <w:r>
        <w:rPr>
          <w:b/>
          <w:i w:val="0"/>
          <w:sz w:val="24"/>
        </w:rPr>
        <w:t>judge</w:t>
      </w:r>
      <w:r>
        <w:rPr>
          <w:b w:val="0"/>
          <w:i w:val="0"/>
          <w:sz w:val="24"/>
        </w:rPr>
        <w:t xml:space="preserve"> them. Some people find it easier to </w:t>
      </w:r>
      <w:r>
        <w:rPr>
          <w:b/>
          <w:i w:val="0"/>
          <w:sz w:val="24"/>
        </w:rPr>
        <w:t>confide in</w:t>
      </w:r>
      <w:r>
        <w:rPr>
          <w:b w:val="0"/>
          <w:i w:val="0"/>
          <w:sz w:val="24"/>
        </w:rPr>
        <w:t xml:space="preserve"> a machine than in a friend. But many users develop a strong </w:t>
      </w:r>
      <w:r>
        <w:rPr>
          <w:b/>
          <w:i w:val="0"/>
          <w:sz w:val="24"/>
        </w:rPr>
        <w:t>attachment</w:t>
      </w:r>
      <w:r>
        <w:rPr>
          <w:b w:val="0"/>
          <w:i w:val="0"/>
          <w:sz w:val="24"/>
        </w:rPr>
        <w:t xml:space="preserve">. In 2023, Replika changed its app, and many users said their companion suddenly felt cold. Some were </w:t>
      </w:r>
      <w:r>
        <w:rPr>
          <w:b/>
          <w:i w:val="0"/>
          <w:sz w:val="24"/>
        </w:rPr>
        <w:t>heartbroken</w:t>
      </w:r>
      <w:r>
        <w:rPr>
          <w:b w:val="0"/>
          <w:i w:val="0"/>
          <w:sz w:val="24"/>
        </w:rPr>
        <w:t xml:space="preserve">. A company can change a friend </w:t>
      </w:r>
      <w:r>
        <w:rPr>
          <w:b/>
          <w:i w:val="0"/>
          <w:sz w:val="24"/>
        </w:rPr>
        <w:t>overnight</w:t>
      </w:r>
      <w:r>
        <w:rPr>
          <w:b w:val="0"/>
          <w:i w:val="0"/>
          <w:sz w:val="24"/>
        </w:rPr>
        <w:t xml:space="preserve">. Researchers also found that people who used ChatGPT the most tended to feel lonelier and to </w:t>
      </w:r>
      <w:r>
        <w:rPr>
          <w:b/>
          <w:i w:val="0"/>
          <w:sz w:val="24"/>
        </w:rPr>
        <w:t>rely on</w:t>
      </w:r>
      <w:r>
        <w:rPr>
          <w:b w:val="0"/>
          <w:i w:val="0"/>
          <w:sz w:val="24"/>
        </w:rPr>
        <w:t xml:space="preserve"> it more. This does not prove that the chatbot caused the loneliness.</w:t>
      </w:r>
    </w:p>
    <w:p>
      <w:pPr>
        <w:spacing w:before="0" w:after="80" w:line="360" w:lineRule="auto"/>
      </w:pPr>
      <w:r>
        <w:rPr>
          <w:b/>
          <w:i w:val="0"/>
          <w:sz w:val="24"/>
        </w:rPr>
        <w:t>Privacy</w:t>
      </w:r>
      <w:r>
        <w:rPr>
          <w:b w:val="0"/>
          <w:i w:val="0"/>
          <w:sz w:val="24"/>
        </w:rPr>
        <w:t xml:space="preserve"> is another worry. Companies may </w:t>
      </w:r>
      <w:r>
        <w:rPr>
          <w:b/>
          <w:i w:val="0"/>
          <w:sz w:val="24"/>
        </w:rPr>
        <w:t>store</w:t>
      </w:r>
      <w:r>
        <w:rPr>
          <w:b w:val="0"/>
          <w:i w:val="0"/>
          <w:sz w:val="24"/>
        </w:rPr>
        <w:t xml:space="preserve"> the private things that people tell their AI friends. In 2024, the Mozilla Foundation found that ten of eleven romantic chatbots did not meet its basic security standards. In 2025, Italy </w:t>
      </w:r>
      <w:r>
        <w:rPr>
          <w:b/>
          <w:i w:val="0"/>
          <w:sz w:val="24"/>
        </w:rPr>
        <w:t>fined</w:t>
      </w:r>
      <w:r>
        <w:rPr>
          <w:b w:val="0"/>
          <w:i w:val="0"/>
          <w:sz w:val="24"/>
        </w:rPr>
        <w:t xml:space="preserve"> the company behind Replika five million euros, partly because it did not check users' ages properly. These are worrying facts. Governments are starting to act. A California law </w:t>
      </w:r>
      <w:r>
        <w:rPr>
          <w:b/>
          <w:i w:val="0"/>
          <w:sz w:val="24"/>
        </w:rPr>
        <w:t>requires</w:t>
      </w:r>
      <w:r>
        <w:rPr>
          <w:b w:val="0"/>
          <w:i w:val="0"/>
          <w:sz w:val="24"/>
        </w:rPr>
        <w:t xml:space="preserve"> companion apps to remind young users that they are talking to a machine. Rules in China say these services must not be designed to </w:t>
      </w:r>
      <w:r>
        <w:rPr>
          <w:b/>
          <w:i w:val="0"/>
          <w:sz w:val="24"/>
        </w:rPr>
        <w:t>replace</w:t>
      </w:r>
      <w:r>
        <w:rPr>
          <w:b w:val="0"/>
          <w:i w:val="0"/>
          <w:sz w:val="24"/>
        </w:rPr>
        <w:t xml:space="preserve"> real social contact.</w:t>
      </w:r>
    </w:p>
    <w:p>
      <w:pPr>
        <w:spacing w:before="0" w:after="80" w:line="360" w:lineRule="auto"/>
      </w:pPr>
      <w:r>
        <w:rPr>
          <w:b w:val="0"/>
          <w:i w:val="0"/>
          <w:sz w:val="24"/>
        </w:rPr>
        <w:t xml:space="preserve">A </w:t>
      </w:r>
      <w:r>
        <w:rPr>
          <w:b/>
          <w:i w:val="0"/>
          <w:sz w:val="24"/>
        </w:rPr>
        <w:t>genuine</w:t>
      </w:r>
      <w:r>
        <w:rPr>
          <w:b w:val="0"/>
          <w:i w:val="0"/>
          <w:sz w:val="24"/>
        </w:rPr>
        <w:t xml:space="preserve"> friend sometimes disagrees, gets tired, and needs help too. An AI companion is designed to be pleasant. The writer suggests reading the privacy settings first. It is also useful to notice whether the app adds to time with people or takes its place.</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replace     overnight     comforting     companion     judge     confide in     available     heartbroken     rely on     attachment     genuine     fined     requires     privacy</w:t>
            </w:r>
          </w:p>
        </w:tc>
      </w:tr>
    </w:tbl>
    <w:p>
      <w:pPr>
        <w:spacing w:before="0" w:after="0" w:line="60" w:lineRule="exact"/>
      </w:pPr>
    </w:p>
    <w:p>
      <w:pPr>
        <w:keepNext w:val="0"/>
        <w:spacing w:before="0" w:after="40"/>
        <w:ind w:left="400" w:hanging="400"/>
      </w:pPr>
      <w:r>
        <w:rPr>
          <w:b/>
        </w:rPr>
        <w:t xml:space="preserve">1.  </w:t>
      </w:r>
      <w:r>
        <w:rPr>
          <w:b w:val="0"/>
          <w:i w:val="0"/>
        </w:rPr>
        <w:t>Hot soup on a cold day is very ____________.</w:t>
      </w:r>
    </w:p>
    <w:p>
      <w:pPr>
        <w:keepNext w:val="0"/>
        <w:spacing w:before="0" w:after="40"/>
        <w:ind w:left="400" w:hanging="400"/>
      </w:pPr>
      <w:r>
        <w:rPr>
          <w:b/>
        </w:rPr>
        <w:t xml:space="preserve">2.  </w:t>
      </w:r>
      <w:r>
        <w:rPr>
          <w:b w:val="0"/>
          <w:i w:val="0"/>
        </w:rPr>
        <w:t>For many years, his dog was his only ____________ on long walks.</w:t>
      </w:r>
    </w:p>
    <w:p>
      <w:pPr>
        <w:keepNext w:val="0"/>
        <w:spacing w:before="0" w:after="40"/>
        <w:ind w:left="400" w:hanging="400"/>
      </w:pPr>
      <w:r>
        <w:rPr>
          <w:b/>
        </w:rPr>
        <w:t xml:space="preserve">3.  </w:t>
      </w:r>
      <w:r>
        <w:rPr>
          <w:b w:val="0"/>
          <w:i w:val="0"/>
        </w:rPr>
        <w:t>Sorry, the manager is not ____________ right now. Can you call back later?</w:t>
      </w:r>
    </w:p>
    <w:p>
      <w:pPr>
        <w:keepNext w:val="0"/>
        <w:spacing w:before="0" w:after="40"/>
        <w:ind w:left="400" w:hanging="400"/>
      </w:pPr>
      <w:r>
        <w:rPr>
          <w:b/>
        </w:rPr>
        <w:t xml:space="preserve">4.  </w:t>
      </w:r>
      <w:r>
        <w:rPr>
          <w:b w:val="0"/>
          <w:i w:val="0"/>
        </w:rPr>
        <w:t>It is unfair to ____________ people by the way they speak.</w:t>
      </w:r>
    </w:p>
    <w:p>
      <w:pPr>
        <w:keepNext w:val="0"/>
        <w:spacing w:before="0" w:after="40"/>
        <w:ind w:left="400" w:hanging="400"/>
      </w:pPr>
      <w:r>
        <w:rPr>
          <w:b/>
        </w:rPr>
        <w:t xml:space="preserve">5.  </w:t>
      </w:r>
      <w:r>
        <w:rPr>
          <w:b w:val="0"/>
          <w:i w:val="0"/>
        </w:rPr>
        <w:t>I trust my best friend, so I always ____________ her when I have a problem.</w:t>
      </w:r>
    </w:p>
    <w:p>
      <w:pPr>
        <w:keepNext w:val="0"/>
        <w:spacing w:before="0" w:after="40"/>
        <w:ind w:left="400" w:hanging="400"/>
      </w:pPr>
      <w:r>
        <w:rPr>
          <w:b/>
        </w:rPr>
        <w:t xml:space="preserve">6.  </w:t>
      </w:r>
      <w:r>
        <w:rPr>
          <w:b w:val="0"/>
          <w:i w:val="0"/>
        </w:rPr>
        <w:t>Children often feel a strong ____________ to their first teacher.</w:t>
      </w:r>
    </w:p>
    <w:p>
      <w:pPr>
        <w:keepNext w:val="0"/>
        <w:spacing w:before="0" w:after="40"/>
        <w:ind w:left="400" w:hanging="400"/>
      </w:pPr>
      <w:r>
        <w:rPr>
          <w:b/>
        </w:rPr>
        <w:t xml:space="preserve">7.  </w:t>
      </w:r>
      <w:r>
        <w:rPr>
          <w:b w:val="0"/>
          <w:i w:val="0"/>
        </w:rPr>
        <w:t>She was ____________ when her best friend moved to another country.</w:t>
      </w:r>
    </w:p>
    <w:p>
      <w:pPr>
        <w:keepNext w:val="0"/>
        <w:spacing w:before="0" w:after="40"/>
        <w:ind w:left="400" w:hanging="400"/>
      </w:pPr>
      <w:r>
        <w:rPr>
          <w:b/>
        </w:rPr>
        <w:t xml:space="preserve">8.  </w:t>
      </w:r>
      <w:r>
        <w:rPr>
          <w:b w:val="0"/>
          <w:i w:val="0"/>
        </w:rPr>
        <w:t>The small company became famous almost ____________ after one video.</w:t>
      </w:r>
    </w:p>
    <w:p>
      <w:pPr>
        <w:keepNext w:val="0"/>
        <w:spacing w:before="0" w:after="40"/>
        <w:ind w:left="400" w:hanging="400"/>
      </w:pPr>
      <w:r>
        <w:rPr>
          <w:b/>
        </w:rPr>
        <w:t xml:space="preserve">9.  </w:t>
      </w:r>
      <w:r>
        <w:rPr>
          <w:b w:val="0"/>
          <w:i w:val="0"/>
        </w:rPr>
        <w:t>Many older people ____________ their children for help with technology.</w:t>
      </w:r>
    </w:p>
    <w:p>
      <w:pPr>
        <w:keepNext w:val="0"/>
        <w:spacing w:before="0" w:after="40"/>
        <w:ind w:left="400" w:hanging="400"/>
      </w:pPr>
      <w:r>
        <w:rPr>
          <w:b/>
        </w:rPr>
        <w:t xml:space="preserve">10.  </w:t>
      </w:r>
      <w:r>
        <w:rPr>
          <w:b w:val="0"/>
          <w:i w:val="0"/>
        </w:rPr>
        <w:t>Reading someone’s messages without asking is a serious invasion of ____________.</w:t>
      </w:r>
    </w:p>
    <w:p>
      <w:pPr>
        <w:keepNext w:val="0"/>
        <w:spacing w:before="0" w:after="40"/>
        <w:ind w:left="400" w:hanging="400"/>
      </w:pPr>
      <w:r>
        <w:rPr>
          <w:b/>
        </w:rPr>
        <w:t xml:space="preserve">11.  </w:t>
      </w:r>
      <w:r>
        <w:rPr>
          <w:b w:val="0"/>
          <w:i w:val="0"/>
        </w:rPr>
        <w:t>The driver was ____________ for driving too fast near the school.</w:t>
      </w:r>
    </w:p>
    <w:p>
      <w:pPr>
        <w:keepNext w:val="0"/>
        <w:spacing w:before="0" w:after="40"/>
        <w:ind w:left="400" w:hanging="400"/>
      </w:pPr>
      <w:r>
        <w:rPr>
          <w:b/>
        </w:rPr>
        <w:t xml:space="preserve">12.  </w:t>
      </w:r>
      <w:r>
        <w:rPr>
          <w:b w:val="0"/>
          <w:i w:val="0"/>
        </w:rPr>
        <w:t>This job ____________ a driving license and two years of experience.</w:t>
      </w:r>
    </w:p>
    <w:p>
      <w:pPr>
        <w:keepNext w:val="0"/>
        <w:spacing w:before="0" w:after="40"/>
        <w:ind w:left="400" w:hanging="400"/>
      </w:pPr>
      <w:r>
        <w:rPr>
          <w:b/>
        </w:rPr>
        <w:t xml:space="preserve">13.  </w:t>
      </w:r>
      <w:r>
        <w:rPr>
          <w:b w:val="0"/>
          <w:i w:val="0"/>
        </w:rPr>
        <w:t>Nothing can ____________ a good night’s sleep.</w:t>
      </w:r>
    </w:p>
    <w:p>
      <w:pPr>
        <w:keepNext w:val="0"/>
        <w:spacing w:before="0" w:after="40"/>
        <w:ind w:left="400" w:hanging="400"/>
      </w:pPr>
      <w:r>
        <w:rPr>
          <w:b/>
        </w:rPr>
        <w:t xml:space="preserve">14.  </w:t>
      </w:r>
      <w:r>
        <w:rPr>
          <w:b w:val="0"/>
          <w:i w:val="0"/>
        </w:rPr>
        <w:t>Is this a ____________ painting or a copy?</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comforting</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smile</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a loyal</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on friends</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freely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privacy</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don't judge a book</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attachment</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a strong emotional</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companion</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protect your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by its cover</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rely heavily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words</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a genuine</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available</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Her kind words gave me a lot of ____________ after the bad news. (</w:t>
      </w:r>
      <w:r>
        <w:rPr>
          <w:b w:val="0"/>
          <w:i/>
        </w:rPr>
        <w:t>comforting</w:t>
      </w:r>
      <w:r>
        <w:rPr>
          <w:b w:val="0"/>
          <w:i w:val="0"/>
        </w:rPr>
        <w:t>)</w:t>
      </w:r>
    </w:p>
    <w:p>
      <w:pPr>
        <w:keepNext w:val="0"/>
        <w:spacing w:before="0" w:after="40"/>
        <w:ind w:left="400" w:hanging="400"/>
      </w:pPr>
      <w:r>
        <w:rPr>
          <w:b/>
        </w:rPr>
        <w:t xml:space="preserve">2.  </w:t>
      </w:r>
      <w:r>
        <w:rPr>
          <w:b w:val="0"/>
          <w:i w:val="0"/>
        </w:rPr>
        <w:t>Try not to make a quick ____________ about people you have just met. (</w:t>
      </w:r>
      <w:r>
        <w:rPr>
          <w:b w:val="0"/>
          <w:i/>
        </w:rPr>
        <w:t>judge</w:t>
      </w:r>
      <w:r>
        <w:rPr>
          <w:b w:val="0"/>
          <w:i w:val="0"/>
        </w:rPr>
        <w:t>)</w:t>
      </w:r>
    </w:p>
    <w:p>
      <w:pPr>
        <w:keepNext w:val="0"/>
        <w:spacing w:before="0" w:after="40"/>
        <w:ind w:left="400" w:hanging="400"/>
      </w:pPr>
      <w:r>
        <w:rPr>
          <w:b/>
        </w:rPr>
        <w:t xml:space="preserve">3.  </w:t>
      </w:r>
      <w:r>
        <w:rPr>
          <w:b w:val="0"/>
          <w:i w:val="0"/>
        </w:rPr>
        <w:t>The ____________ of free Wi-Fi in the cafe is a big help for students. (</w:t>
      </w:r>
      <w:r>
        <w:rPr>
          <w:b w:val="0"/>
          <w:i/>
        </w:rPr>
        <w:t>available</w:t>
      </w:r>
      <w:r>
        <w:rPr>
          <w:b w:val="0"/>
          <w:i w:val="0"/>
        </w:rPr>
        <w:t>)</w:t>
      </w:r>
    </w:p>
    <w:p>
      <w:pPr>
        <w:keepNext w:val="0"/>
        <w:spacing w:before="0" w:after="40"/>
        <w:ind w:left="400" w:hanging="400"/>
      </w:pPr>
      <w:r>
        <w:rPr>
          <w:b/>
        </w:rPr>
        <w:t xml:space="preserve">4.  </w:t>
      </w:r>
      <w:r>
        <w:rPr>
          <w:b w:val="0"/>
          <w:i w:val="0"/>
        </w:rPr>
        <w:t>Good English is one ____________ for this job. (</w:t>
      </w:r>
      <w:r>
        <w:rPr>
          <w:b w:val="0"/>
          <w:i/>
        </w:rPr>
        <w:t>requires</w:t>
      </w:r>
      <w:r>
        <w:rPr>
          <w:b w:val="0"/>
          <w:i w:val="0"/>
        </w:rPr>
        <w:t>)</w:t>
      </w:r>
    </w:p>
    <w:p>
      <w:pPr>
        <w:keepNext w:val="0"/>
        <w:spacing w:before="0" w:after="40"/>
        <w:ind w:left="400" w:hanging="400"/>
      </w:pPr>
      <w:r>
        <w:rPr>
          <w:b/>
        </w:rPr>
        <w:t xml:space="preserve">5.  </w:t>
      </w:r>
      <w:r>
        <w:rPr>
          <w:b w:val="0"/>
          <w:i w:val="0"/>
        </w:rPr>
        <w:t>My old car is not very ____________. It often breaks down. (</w:t>
      </w:r>
      <w:r>
        <w:rPr>
          <w:b w:val="0"/>
          <w:i/>
        </w:rPr>
        <w:t>rely on</w:t>
      </w:r>
      <w:r>
        <w:rPr>
          <w:b w:val="0"/>
          <w:i w:val="0"/>
        </w:rPr>
        <w:t>)</w:t>
      </w:r>
    </w:p>
    <w:p>
      <w:pPr>
        <w:keepNext w:val="0"/>
        <w:spacing w:before="0" w:after="40"/>
        <w:ind w:left="400" w:hanging="400"/>
      </w:pPr>
      <w:r>
        <w:rPr>
          <w:b/>
        </w:rPr>
        <w:t xml:space="preserve">6.  </w:t>
      </w:r>
      <w:r>
        <w:rPr>
          <w:b w:val="0"/>
          <w:i w:val="0"/>
        </w:rPr>
        <w:t>She was ____________ happy to see her old friend again. (</w:t>
      </w:r>
      <w:r>
        <w:rPr>
          <w:b w:val="0"/>
          <w:i/>
        </w:rPr>
        <w:t>genuine</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What is an AI companion?</w:t>
      </w:r>
    </w:p>
    <w:p>
      <w:pPr>
        <w:keepNext w:val="0"/>
        <w:spacing w:before="0" w:after="40"/>
        <w:ind w:left="400" w:hanging="400"/>
      </w:pPr>
      <w:r>
        <w:rPr>
          <w:b/>
        </w:rPr>
        <w:t xml:space="preserve">2.  </w:t>
      </w:r>
      <w:r>
        <w:rPr>
          <w:b w:val="0"/>
          <w:i w:val="0"/>
        </w:rPr>
        <w:t>What does the AI voice remember at the start of the reading?</w:t>
      </w:r>
    </w:p>
    <w:p>
      <w:pPr>
        <w:keepNext w:val="0"/>
        <w:spacing w:before="0" w:after="40"/>
        <w:ind w:left="400" w:hanging="400"/>
      </w:pPr>
      <w:r>
        <w:rPr>
          <w:b/>
        </w:rPr>
        <w:t xml:space="preserve">3.  </w:t>
      </w:r>
      <w:r>
        <w:rPr>
          <w:b w:val="0"/>
          <w:i w:val="0"/>
        </w:rPr>
        <w:t>In the 2026 survey, about how many American adults who use the internet said they have emotional or social conversations with AI?</w:t>
      </w:r>
    </w:p>
    <w:p>
      <w:pPr>
        <w:keepNext w:val="0"/>
        <w:spacing w:before="0" w:after="40"/>
        <w:ind w:left="400" w:hanging="400"/>
      </w:pPr>
      <w:r>
        <w:rPr>
          <w:b/>
        </w:rPr>
        <w:t xml:space="preserve">4.  </w:t>
      </w:r>
      <w:r>
        <w:rPr>
          <w:b w:val="0"/>
          <w:i w:val="0"/>
        </w:rPr>
        <w:t>Give two reasons why some people like talking to an AI friend.</w:t>
      </w:r>
    </w:p>
    <w:p>
      <w:pPr>
        <w:keepNext w:val="0"/>
        <w:spacing w:before="0" w:after="40"/>
        <w:ind w:left="400" w:hanging="400"/>
      </w:pPr>
      <w:r>
        <w:rPr>
          <w:b/>
        </w:rPr>
        <w:t xml:space="preserve">5.  </w:t>
      </w:r>
      <w:r>
        <w:rPr>
          <w:b w:val="0"/>
          <w:i w:val="0"/>
        </w:rPr>
        <w:t>What happened when Replika changed its app in 2023, and how did some users feel?</w:t>
      </w:r>
    </w:p>
    <w:p>
      <w:pPr>
        <w:keepNext w:val="0"/>
        <w:spacing w:before="0" w:after="40"/>
        <w:ind w:left="400" w:hanging="400"/>
      </w:pPr>
      <w:r>
        <w:rPr>
          <w:b/>
        </w:rPr>
        <w:t xml:space="preserve">6.  </w:t>
      </w:r>
      <w:r>
        <w:rPr>
          <w:b w:val="0"/>
          <w:i w:val="0"/>
        </w:rPr>
        <w:t>What did researchers find about people who used ChatGPT the most, and why should we be careful with this result?</w:t>
      </w:r>
    </w:p>
    <w:p>
      <w:pPr>
        <w:keepNext w:val="0"/>
        <w:spacing w:before="0" w:after="40"/>
        <w:ind w:left="400" w:hanging="400"/>
      </w:pPr>
      <w:r>
        <w:rPr>
          <w:b/>
        </w:rPr>
        <w:t xml:space="preserve">7.  </w:t>
      </w:r>
      <w:r>
        <w:rPr>
          <w:b w:val="0"/>
          <w:i w:val="0"/>
        </w:rPr>
        <w:t>Why did Italy fine the company behind Replika?</w:t>
      </w:r>
    </w:p>
    <w:p>
      <w:pPr>
        <w:keepNext w:val="0"/>
        <w:spacing w:before="0" w:after="40"/>
        <w:ind w:left="400" w:hanging="400"/>
      </w:pPr>
      <w:r>
        <w:rPr>
          <w:b/>
        </w:rPr>
        <w:t xml:space="preserve">8.  </w:t>
      </w:r>
      <w:r>
        <w:rPr>
          <w:b w:val="0"/>
          <w:i w:val="0"/>
        </w:rPr>
        <w:t>What do the new rules in California and China ask companies to do?</w:t>
      </w:r>
    </w:p>
    <w:p>
      <w:pPr>
        <w:keepNext w:val="0"/>
        <w:spacing w:before="0" w:after="40"/>
        <w:ind w:left="400" w:hanging="400"/>
      </w:pPr>
      <w:r>
        <w:rPr>
          <w:b/>
        </w:rPr>
        <w:t xml:space="preserve">9.  </w:t>
      </w:r>
      <w:r>
        <w:rPr>
          <w:b w:val="0"/>
          <w:i w:val="0"/>
        </w:rPr>
        <w:t>How is a genuine friend different from an AI companion, according to the writer? Do you agree? Give one reason.</w:t>
      </w:r>
    </w:p>
    <w:p>
      <w:pPr>
        <w:keepNext w:val="0"/>
        <w:spacing w:before="0" w:after="40"/>
        <w:ind w:left="400" w:hanging="400"/>
      </w:pPr>
      <w:r>
        <w:rPr>
          <w:b/>
        </w:rPr>
        <w:t xml:space="preserve">10.  </w:t>
      </w:r>
      <w:r>
        <w:rPr>
          <w:b/>
          <w:i w:val="0"/>
        </w:rPr>
        <w:t>True, False, or Not Given:</w:t>
      </w:r>
      <w:r>
        <w:rPr>
          <w:b w:val="0"/>
          <w:i w:val="0"/>
        </w:rPr>
        <w:t xml:space="preserve"> </w:t>
      </w:r>
      <w:r>
        <w:rPr>
          <w:b w:val="0"/>
          <w:i/>
        </w:rPr>
        <w:t>“Italy fined the company behind Replika because the app was too expensive.”</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nobody should ever use an AI companion.”</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begin with a late-night scene in which a chatbot asks about a job interview? Is it (a) to show a situation many readers can picture, (b) to give advice about job interviews, or (c) to explain how chatbots are built?</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An AI companion is a chatbot designed to talk like a friend.</w:t>
      </w:r>
      <w:r>
        <w:rPr>
          <w:b/>
        </w:rPr>
        <w:tab/>
        <w:t>T   /   F</w:t>
      </w:r>
    </w:p>
    <w:p>
      <w:pPr>
        <w:keepNext w:val="0"/>
        <w:tabs>
          <w:tab w:pos="9638" w:val="right"/>
        </w:tabs>
        <w:spacing w:before="0" w:after="30"/>
        <w:ind w:left="400" w:hanging="400"/>
      </w:pPr>
      <w:r>
        <w:rPr>
          <w:b/>
        </w:rPr>
        <w:t xml:space="preserve">2.  </w:t>
      </w:r>
      <w:r>
        <w:rPr>
          <w:b w:val="0"/>
          <w:i w:val="0"/>
        </w:rPr>
        <w:t>XiaoIce started in Japan.</w:t>
      </w:r>
      <w:r>
        <w:rPr>
          <w:b/>
        </w:rPr>
        <w:tab/>
        <w:t>T   /   F</w:t>
      </w:r>
    </w:p>
    <w:p>
      <w:pPr>
        <w:keepNext w:val="0"/>
        <w:tabs>
          <w:tab w:pos="9638" w:val="right"/>
        </w:tabs>
        <w:spacing w:before="0" w:after="30"/>
        <w:ind w:left="400" w:hanging="400"/>
      </w:pPr>
      <w:r>
        <w:rPr>
          <w:b/>
        </w:rPr>
        <w:t xml:space="preserve">3.  </w:t>
      </w:r>
      <w:r>
        <w:rPr>
          <w:b w:val="0"/>
          <w:i w:val="0"/>
        </w:rPr>
        <w:t>The 2025 survey found that most American teenagers had never tried an AI companion.</w:t>
      </w:r>
      <w:r>
        <w:rPr>
          <w:b/>
        </w:rPr>
        <w:tab/>
        <w:t>T   /   F</w:t>
      </w:r>
    </w:p>
    <w:p>
      <w:pPr>
        <w:keepNext w:val="0"/>
        <w:tabs>
          <w:tab w:pos="9638" w:val="right"/>
        </w:tabs>
        <w:spacing w:before="0" w:after="30"/>
        <w:ind w:left="400" w:hanging="400"/>
      </w:pPr>
      <w:r>
        <w:rPr>
          <w:b/>
        </w:rPr>
        <w:t xml:space="preserve">4.  </w:t>
      </w:r>
      <w:r>
        <w:rPr>
          <w:b w:val="0"/>
          <w:i w:val="0"/>
        </w:rPr>
        <w:t>An AI friend is available at any hour.</w:t>
      </w:r>
      <w:r>
        <w:rPr>
          <w:b/>
        </w:rPr>
        <w:tab/>
        <w:t>T   /   F</w:t>
      </w:r>
    </w:p>
    <w:p>
      <w:pPr>
        <w:keepNext w:val="0"/>
        <w:tabs>
          <w:tab w:pos="9638" w:val="right"/>
        </w:tabs>
        <w:spacing w:before="0" w:after="30"/>
        <w:ind w:left="400" w:hanging="400"/>
      </w:pPr>
      <w:r>
        <w:rPr>
          <w:b/>
        </w:rPr>
        <w:t xml:space="preserve">5.  </w:t>
      </w:r>
      <w:r>
        <w:rPr>
          <w:b w:val="0"/>
          <w:i w:val="0"/>
        </w:rPr>
        <w:t>After Replika changed its app in 2023, many users said their companion felt cold.</w:t>
      </w:r>
      <w:r>
        <w:rPr>
          <w:b/>
        </w:rPr>
        <w:tab/>
        <w:t>T   /   F</w:t>
      </w:r>
    </w:p>
    <w:p>
      <w:pPr>
        <w:keepNext w:val="0"/>
        <w:tabs>
          <w:tab w:pos="9638" w:val="right"/>
        </w:tabs>
        <w:spacing w:before="0" w:after="30"/>
        <w:ind w:left="400" w:hanging="400"/>
      </w:pPr>
      <w:r>
        <w:rPr>
          <w:b/>
        </w:rPr>
        <w:t xml:space="preserve">6.  </w:t>
      </w:r>
      <w:r>
        <w:rPr>
          <w:b w:val="0"/>
          <w:i w:val="0"/>
        </w:rPr>
        <w:t>The researchers proved that chatbots cause loneliness.</w:t>
      </w:r>
      <w:r>
        <w:rPr>
          <w:b/>
        </w:rPr>
        <w:tab/>
        <w:t>T   /   F</w:t>
      </w:r>
    </w:p>
    <w:p>
      <w:pPr>
        <w:keepNext w:val="0"/>
        <w:tabs>
          <w:tab w:pos="9638" w:val="right"/>
        </w:tabs>
        <w:spacing w:before="0" w:after="30"/>
        <w:ind w:left="400" w:hanging="400"/>
      </w:pPr>
      <w:r>
        <w:rPr>
          <w:b/>
        </w:rPr>
        <w:t xml:space="preserve">7.  </w:t>
      </w:r>
      <w:r>
        <w:rPr>
          <w:b w:val="0"/>
          <w:i w:val="0"/>
        </w:rPr>
        <w:t>Mozilla found that all eleven romantic chatbots met its basic security standards.</w:t>
      </w:r>
      <w:r>
        <w:rPr>
          <w:b/>
        </w:rPr>
        <w:tab/>
        <w:t>T   /   F</w:t>
      </w:r>
    </w:p>
    <w:p>
      <w:pPr>
        <w:keepNext w:val="0"/>
        <w:tabs>
          <w:tab w:pos="9638" w:val="right"/>
        </w:tabs>
        <w:spacing w:before="0" w:after="30"/>
        <w:ind w:left="400" w:hanging="400"/>
      </w:pPr>
      <w:r>
        <w:rPr>
          <w:b/>
        </w:rPr>
        <w:t xml:space="preserve">8.  </w:t>
      </w:r>
      <w:r>
        <w:rPr>
          <w:b w:val="0"/>
          <w:i w:val="0"/>
        </w:rPr>
        <w:t>Italy fined the company behind Replika.</w:t>
      </w:r>
      <w:r>
        <w:rPr>
          <w:b/>
        </w:rPr>
        <w:tab/>
        <w:t>T   /   F</w:t>
      </w:r>
    </w:p>
    <w:p>
      <w:pPr>
        <w:keepNext w:val="0"/>
        <w:tabs>
          <w:tab w:pos="9638" w:val="right"/>
        </w:tabs>
        <w:spacing w:before="0" w:after="30"/>
        <w:ind w:left="400" w:hanging="400"/>
      </w:pPr>
      <w:r>
        <w:rPr>
          <w:b/>
        </w:rPr>
        <w:t xml:space="preserve">9.  </w:t>
      </w:r>
      <w:r>
        <w:rPr>
          <w:b w:val="0"/>
          <w:i w:val="0"/>
        </w:rPr>
        <w:t>Rules in China say companion services must not be designed to replace real social contact.</w:t>
      </w:r>
      <w:r>
        <w:rPr>
          <w:b/>
        </w:rPr>
        <w:tab/>
        <w:t>T   /   F</w:t>
      </w:r>
    </w:p>
    <w:p>
      <w:pPr>
        <w:keepNext w:val="0"/>
        <w:tabs>
          <w:tab w:pos="9638" w:val="right"/>
        </w:tabs>
        <w:spacing w:before="0" w:after="30"/>
        <w:ind w:left="400" w:hanging="400"/>
      </w:pPr>
      <w:r>
        <w:rPr>
          <w:b/>
        </w:rPr>
        <w:t xml:space="preserve">10.  </w:t>
      </w:r>
      <w:r>
        <w:rPr>
          <w:b w:val="0"/>
          <w:i w:val="0"/>
        </w:rPr>
        <w:t>According to the writer, a genuine friend never disagrees with you.</w:t>
      </w:r>
      <w:r>
        <w:rPr>
          <w:b/>
        </w:rPr>
        <w:tab/>
        <w:t>T   /   F</w:t>
      </w:r>
    </w:p>
    <w:p>
      <w:pPr>
        <w:pStyle w:val="Heading1"/>
        <w:keepNext/>
        <w:pBdr>
          <w:top w:val="single" w:sz="12" w:space="6" w:color="1F5C99"/>
        </w:pBdr>
        <w:spacing w:before="220" w:after="60"/>
      </w:pPr>
      <w:r>
        <w:rPr>
          <w:b w:val="0"/>
          <w:i w:val="0"/>
        </w:rPr>
        <w:t>Language Focus: -ed and -ing Adjectives</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Many adjectives have an </w:t>
            </w:r>
            <w:r>
              <w:rPr>
                <w:b/>
                <w:i w:val="0"/>
              </w:rPr>
              <w:t>-ed</w:t>
            </w:r>
            <w:r>
              <w:rPr>
                <w:b w:val="0"/>
                <w:i w:val="0"/>
              </w:rPr>
              <w:t xml:space="preserve"> form and an </w:t>
            </w:r>
            <w:r>
              <w:rPr>
                <w:b/>
                <w:i w:val="0"/>
              </w:rPr>
              <w:t>-ing</w:t>
            </w:r>
            <w:r>
              <w:rPr>
                <w:b w:val="0"/>
                <w:i w:val="0"/>
              </w:rPr>
              <w:t xml:space="preserve"> form.</w:t>
            </w:r>
          </w:p>
          <w:p>
            <w:pPr>
              <w:spacing w:before="0" w:after="40"/>
            </w:pPr>
            <w:r>
              <w:rPr>
                <w:b/>
                <w:i w:val="0"/>
              </w:rPr>
              <w:t>-ed</w:t>
            </w:r>
            <w:r>
              <w:rPr>
                <w:b w:val="0"/>
                <w:i w:val="0"/>
              </w:rPr>
              <w:t xml:space="preserve"> adjectives describe how a person </w:t>
            </w:r>
            <w:r>
              <w:rPr>
                <w:b/>
                <w:i w:val="0"/>
              </w:rPr>
              <w:t>feels</w:t>
            </w:r>
            <w:r>
              <w:rPr>
                <w:b w:val="0"/>
                <w:i w:val="0"/>
              </w:rPr>
              <w:t xml:space="preserve">: </w:t>
            </w:r>
            <w:r>
              <w:rPr>
                <w:b w:val="0"/>
                <w:i/>
              </w:rPr>
              <w:t>I was bored. She felt worried.</w:t>
            </w:r>
          </w:p>
          <w:p>
            <w:pPr>
              <w:spacing w:before="0" w:after="40"/>
            </w:pPr>
            <w:r>
              <w:rPr>
                <w:b/>
                <w:i w:val="0"/>
              </w:rPr>
              <w:t>-ing</w:t>
            </w:r>
            <w:r>
              <w:rPr>
                <w:b w:val="0"/>
                <w:i w:val="0"/>
              </w:rPr>
              <w:t xml:space="preserve"> adjectives describe the thing or situation that </w:t>
            </w:r>
            <w:r>
              <w:rPr>
                <w:b/>
                <w:i w:val="0"/>
              </w:rPr>
              <w:t>causes</w:t>
            </w:r>
            <w:r>
              <w:rPr>
                <w:b w:val="0"/>
                <w:i w:val="0"/>
              </w:rPr>
              <w:t xml:space="preserve"> the feeling: </w:t>
            </w:r>
            <w:r>
              <w:rPr>
                <w:b w:val="0"/>
                <w:i/>
              </w:rPr>
              <w:t>The film was boring. The news was worrying.</w:t>
            </w:r>
          </w:p>
          <w:p>
            <w:pPr>
              <w:spacing w:before="0" w:after="40"/>
            </w:pPr>
            <w:r>
              <w:rPr>
                <w:b/>
                <w:i w:val="0"/>
              </w:rPr>
              <w:t>From the reading:</w:t>
            </w:r>
          </w:p>
          <w:p>
            <w:pPr>
              <w:spacing w:before="0" w:after="40"/>
            </w:pPr>
            <w:r>
              <w:rPr>
                <w:b w:val="0"/>
                <w:i w:val="0"/>
              </w:rPr>
              <w:t xml:space="preserve">"For many people, this is a </w:t>
            </w:r>
            <w:r>
              <w:rPr>
                <w:b/>
                <w:i w:val="0"/>
              </w:rPr>
              <w:t>comforting</w:t>
            </w:r>
            <w:r>
              <w:rPr>
                <w:b w:val="0"/>
                <w:i w:val="0"/>
              </w:rPr>
              <w:t xml:space="preserve"> moment."</w:t>
            </w:r>
          </w:p>
          <w:p>
            <w:pPr>
              <w:spacing w:before="0" w:after="40"/>
            </w:pPr>
            <w:r>
              <w:rPr>
                <w:b w:val="0"/>
                <w:i w:val="0"/>
              </w:rPr>
              <w:t xml:space="preserve">"It is never </w:t>
            </w:r>
            <w:r>
              <w:rPr>
                <w:b/>
                <w:i w:val="0"/>
              </w:rPr>
              <w:t>bored</w:t>
            </w:r>
            <w:r>
              <w:rPr>
                <w:b w:val="0"/>
                <w:i w:val="0"/>
              </w:rPr>
              <w:t xml:space="preserve"> by their stories, and it does not judge them."</w:t>
            </w:r>
          </w:p>
          <w:p>
            <w:pPr>
              <w:spacing w:before="0" w:after="40"/>
            </w:pPr>
            <w:r>
              <w:rPr>
                <w:b w:val="0"/>
                <w:i w:val="0"/>
              </w:rPr>
              <w:t xml:space="preserve">"These are </w:t>
            </w:r>
            <w:r>
              <w:rPr>
                <w:b/>
                <w:i w:val="0"/>
              </w:rPr>
              <w:t>worrying</w:t>
            </w:r>
            <w:r>
              <w:rPr>
                <w:b w:val="0"/>
                <w:i w:val="0"/>
              </w:rPr>
              <w:t xml:space="preserve"> facts."</w:t>
            </w:r>
          </w:p>
          <w:p>
            <w:pPr>
              <w:spacing w:before="0" w:after="0"/>
            </w:pPr>
            <w:r>
              <w:rPr>
                <w:b/>
                <w:i w:val="0"/>
              </w:rPr>
              <w:t>Tip:</w:t>
            </w:r>
            <w:r>
              <w:rPr>
                <w:b w:val="0"/>
                <w:i w:val="0"/>
              </w:rPr>
              <w:t xml:space="preserve"> Be careful with </w:t>
            </w:r>
            <w:r>
              <w:rPr>
                <w:b w:val="0"/>
                <w:i/>
              </w:rPr>
              <w:t>I am boring</w:t>
            </w:r>
            <w:r>
              <w:rPr>
                <w:b w:val="0"/>
                <w:i w:val="0"/>
              </w:rPr>
              <w:t xml:space="preserve"> and </w:t>
            </w:r>
            <w:r>
              <w:rPr>
                <w:b w:val="0"/>
                <w:i/>
              </w:rPr>
              <w:t>I am bored</w:t>
            </w:r>
            <w:r>
              <w:rPr>
                <w:b w:val="0"/>
                <w:i w:val="0"/>
              </w:rPr>
              <w:t>. The first means other people feel bored because of you.</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w:t>
      </w:r>
    </w:p>
    <w:p>
      <w:pPr>
        <w:keepNext/>
        <w:spacing w:before="0" w:after="20"/>
      </w:pPr>
      <w:r>
        <w:rPr>
          <w:b/>
          <w:i w:val="0"/>
        </w:rPr>
        <w:t>-ed adjectives (how a person feels)</w:t>
      </w:r>
    </w:p>
    <w:p>
      <w:pPr>
        <w:keepNext w:val="0"/>
        <w:spacing w:before="0" w:after="40"/>
        <w:ind w:left="400" w:hanging="400"/>
      </w:pPr>
      <w:r>
        <w:rPr>
          <w:b/>
        </w:rPr>
        <w:t xml:space="preserve">1.  </w:t>
      </w:r>
      <w:r>
        <w:rPr>
          <w:b w:val="0"/>
          <w:i w:val="0"/>
        </w:rPr>
        <w:t>I feel bored when</w:t>
      </w:r>
      <w:r>
        <w:t xml:space="preserve"> ____________________________________________</w:t>
      </w:r>
    </w:p>
    <w:p>
      <w:pPr>
        <w:keepNext w:val="0"/>
        <w:spacing w:before="0" w:after="40"/>
        <w:ind w:left="400" w:hanging="400"/>
      </w:pPr>
      <w:r>
        <w:rPr>
          <w:b/>
        </w:rPr>
        <w:t xml:space="preserve">2.  </w:t>
      </w:r>
      <w:r>
        <w:rPr>
          <w:b w:val="0"/>
          <w:i w:val="0"/>
        </w:rPr>
        <w:t>I was really surprised when</w:t>
      </w:r>
      <w:r>
        <w:t xml:space="preserve"> ____________________________________________</w:t>
      </w:r>
    </w:p>
    <w:p>
      <w:pPr>
        <w:keepNext w:val="0"/>
        <w:spacing w:before="0" w:after="40"/>
        <w:ind w:left="400" w:hanging="400"/>
      </w:pPr>
      <w:r>
        <w:rPr>
          <w:b/>
        </w:rPr>
        <w:t xml:space="preserve">3.  </w:t>
      </w:r>
      <w:r>
        <w:rPr>
          <w:b w:val="0"/>
          <w:i w:val="0"/>
        </w:rPr>
        <w:t>I get worried when</w:t>
      </w:r>
      <w:r>
        <w:t xml:space="preserve"> ____________________________________________</w:t>
      </w:r>
    </w:p>
    <w:p>
      <w:pPr>
        <w:keepNext/>
        <w:spacing w:before="0" w:after="20"/>
      </w:pPr>
      <w:r>
        <w:rPr>
          <w:b/>
          <w:i w:val="0"/>
        </w:rPr>
        <w:t>-ing adjectives (what causes the feeling)</w:t>
      </w:r>
    </w:p>
    <w:p>
      <w:pPr>
        <w:keepNext w:val="0"/>
        <w:spacing w:before="0" w:after="40"/>
        <w:ind w:left="400" w:hanging="400"/>
      </w:pPr>
      <w:r>
        <w:rPr>
          <w:b/>
        </w:rPr>
        <w:t xml:space="preserve">4.  </w:t>
      </w:r>
      <w:r>
        <w:rPr>
          <w:b w:val="0"/>
          <w:i w:val="0"/>
        </w:rPr>
        <w:t>The most interesting thing I learned this year was</w:t>
      </w:r>
      <w:r>
        <w:t xml:space="preserve"> ____________________________________________</w:t>
      </w:r>
    </w:p>
    <w:p>
      <w:pPr>
        <w:keepNext w:val="0"/>
        <w:spacing w:before="0" w:after="40"/>
        <w:ind w:left="400" w:hanging="400"/>
      </w:pPr>
      <w:r>
        <w:rPr>
          <w:b/>
        </w:rPr>
        <w:t xml:space="preserve">5.  </w:t>
      </w:r>
      <w:r>
        <w:rPr>
          <w:b w:val="0"/>
          <w:i w:val="0"/>
        </w:rPr>
        <w:t>A relaxing way to spend a Sunday is</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 xml:space="preserve">Answer each question in a full sentence. Try to answer using an </w:t>
      </w:r>
      <w:r>
        <w:rPr>
          <w:b w:val="0"/>
          <w:i w:val="0"/>
          <w:color w:val="444444"/>
        </w:rPr>
        <w:t>-ed</w:t>
      </w:r>
      <w:r>
        <w:rPr>
          <w:b w:val="0"/>
          <w:i/>
          <w:color w:val="444444"/>
        </w:rPr>
        <w:t xml:space="preserve"> or </w:t>
      </w:r>
      <w:r>
        <w:rPr>
          <w:b w:val="0"/>
          <w:i w:val="0"/>
          <w:color w:val="444444"/>
        </w:rPr>
        <w:t>-ing</w:t>
      </w:r>
      <w:r>
        <w:rPr>
          <w:b w:val="0"/>
          <w:i/>
          <w:color w:val="444444"/>
        </w:rPr>
        <w:t xml:space="preserve"> adjective. Then ask a partner.</w:t>
      </w:r>
    </w:p>
    <w:p>
      <w:pPr>
        <w:keepNext w:val="0"/>
        <w:spacing w:before="0" w:after="40"/>
        <w:ind w:left="400" w:hanging="400"/>
      </w:pPr>
      <w:r>
        <w:rPr>
          <w:b/>
        </w:rPr>
        <w:t xml:space="preserve">6.  </w:t>
      </w:r>
      <w:r>
        <w:rPr>
          <w:b w:val="0"/>
          <w:i w:val="0"/>
        </w:rPr>
        <w:t>What is the most boring job you can imagine?</w:t>
      </w:r>
    </w:p>
    <w:p>
      <w:pPr>
        <w:keepNext w:val="0"/>
        <w:spacing w:before="0" w:after="40"/>
        <w:ind w:left="400" w:hanging="400"/>
      </w:pPr>
      <w:r>
        <w:rPr>
          <w:b/>
        </w:rPr>
        <w:t xml:space="preserve">7.  </w:t>
      </w:r>
      <w:r>
        <w:rPr>
          <w:b w:val="0"/>
          <w:i w:val="0"/>
        </w:rPr>
        <w:t>What kind of movie do you find exciting?</w:t>
      </w:r>
    </w:p>
    <w:p>
      <w:pPr>
        <w:keepNext w:val="0"/>
        <w:spacing w:before="0" w:after="40"/>
        <w:ind w:left="400" w:hanging="400"/>
      </w:pPr>
      <w:r>
        <w:rPr>
          <w:b/>
        </w:rPr>
        <w:t xml:space="preserve">8.  </w:t>
      </w:r>
      <w:r>
        <w:rPr>
          <w:b w:val="0"/>
          <w:i w:val="0"/>
        </w:rPr>
        <w:t>What makes you feel relaxed after a long day?</w:t>
      </w:r>
    </w:p>
    <w:p>
      <w:pPr>
        <w:keepNext w:val="0"/>
        <w:spacing w:before="0" w:after="40"/>
        <w:ind w:left="400" w:hanging="400"/>
      </w:pPr>
      <w:r>
        <w:rPr>
          <w:b/>
        </w:rPr>
        <w:t xml:space="preserve">9.  </w:t>
      </w:r>
      <w:r>
        <w:rPr>
          <w:b w:val="0"/>
          <w:i w:val="0"/>
        </w:rPr>
        <w:t>What news have you heard recently that was surprising?</w:t>
      </w:r>
    </w:p>
    <w:p>
      <w:pPr>
        <w:keepNext w:val="0"/>
        <w:spacing w:before="0" w:after="40"/>
        <w:ind w:left="400" w:hanging="400"/>
      </w:pPr>
      <w:r>
        <w:rPr>
          <w:b/>
        </w:rPr>
        <w:t xml:space="preserve">10.  </w:t>
      </w:r>
      <w:r>
        <w:rPr>
          <w:b w:val="0"/>
          <w:i w:val="0"/>
        </w:rPr>
        <w:t>When do you feel tired during the week?</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Which apps or chatbots do you use most often? What do you use them for?</w:t>
      </w:r>
    </w:p>
    <w:p>
      <w:pPr>
        <w:keepNext w:val="0"/>
        <w:spacing w:before="0" w:after="40"/>
        <w:ind w:left="400" w:hanging="400"/>
      </w:pPr>
      <w:r>
        <w:rPr>
          <w:b/>
        </w:rPr>
        <w:t xml:space="preserve">2.  </w:t>
      </w:r>
      <w:r>
        <w:rPr>
          <w:b w:val="0"/>
          <w:i w:val="0"/>
        </w:rPr>
        <w:t>What do you usually do on a quiet evening when your friends are busy?</w:t>
      </w:r>
    </w:p>
    <w:p>
      <w:pPr>
        <w:keepNext w:val="0"/>
        <w:spacing w:before="0" w:after="40"/>
        <w:ind w:left="400" w:hanging="400"/>
      </w:pPr>
      <w:r>
        <w:rPr>
          <w:b/>
        </w:rPr>
        <w:t xml:space="preserve">3.  </w:t>
      </w:r>
      <w:r>
        <w:rPr>
          <w:b w:val="0"/>
          <w:i w:val="0"/>
        </w:rPr>
        <w:t>Would you feel comfortable telling a chatbot about a problem? Why or why not?</w:t>
      </w:r>
    </w:p>
    <w:p>
      <w:pPr>
        <w:keepNext w:val="0"/>
        <w:spacing w:before="0" w:after="40"/>
        <w:ind w:left="400" w:hanging="400"/>
      </w:pPr>
      <w:r>
        <w:rPr>
          <w:b/>
        </w:rPr>
        <w:t xml:space="preserve">4.  </w:t>
      </w:r>
      <w:r>
        <w:rPr>
          <w:b w:val="0"/>
          <w:i w:val="0"/>
        </w:rPr>
        <w:t>What makes a good friend? Make a list of three qualities.</w:t>
      </w:r>
    </w:p>
    <w:p>
      <w:pPr>
        <w:keepNext w:val="0"/>
        <w:spacing w:before="0" w:after="40"/>
        <w:ind w:left="400" w:hanging="400"/>
      </w:pPr>
      <w:r>
        <w:rPr>
          <w:b/>
        </w:rPr>
        <w:t xml:space="preserve">5.  </w:t>
      </w:r>
      <w:r>
        <w:rPr>
          <w:b w:val="0"/>
          <w:i w:val="0"/>
        </w:rPr>
        <w:t>Have you ever felt upset when an app or game you liked changed suddenly? What happened?</w:t>
      </w:r>
    </w:p>
    <w:p>
      <w:pPr>
        <w:keepNext w:val="0"/>
        <w:spacing w:before="0" w:after="40"/>
        <w:ind w:left="400" w:hanging="400"/>
      </w:pPr>
      <w:r>
        <w:rPr>
          <w:b/>
        </w:rPr>
        <w:t xml:space="preserve">6.  </w:t>
      </w:r>
      <w:r>
        <w:rPr>
          <w:b w:val="0"/>
          <w:i w:val="0"/>
        </w:rPr>
        <w:t>Is it easier to talk about feelings in a message or face to face? Why?</w:t>
      </w:r>
    </w:p>
    <w:p>
      <w:pPr>
        <w:keepNext w:val="0"/>
        <w:spacing w:before="0" w:after="40"/>
        <w:ind w:left="400" w:hanging="400"/>
      </w:pPr>
      <w:r>
        <w:rPr>
          <w:b/>
        </w:rPr>
        <w:t xml:space="preserve">7.  </w:t>
      </w:r>
      <w:r>
        <w:rPr>
          <w:b w:val="0"/>
          <w:i w:val="0"/>
        </w:rPr>
        <w:t>An AI friend never gets bored or tired. Is that a good thing or a bad thing in a friendship?</w:t>
      </w:r>
    </w:p>
    <w:p>
      <w:pPr>
        <w:keepNext w:val="0"/>
        <w:spacing w:before="0" w:after="40"/>
        <w:ind w:left="400" w:hanging="400"/>
      </w:pPr>
      <w:r>
        <w:rPr>
          <w:b/>
        </w:rPr>
        <w:t xml:space="preserve">8.  </w:t>
      </w:r>
      <w:r>
        <w:rPr>
          <w:b w:val="0"/>
          <w:i w:val="0"/>
        </w:rPr>
        <w:t>Can a person feel real love or friendship for something that is not human, such as a pet, a toy, or a chatbot?</w:t>
      </w:r>
    </w:p>
    <w:p>
      <w:pPr>
        <w:keepNext w:val="0"/>
        <w:spacing w:before="0" w:after="40"/>
        <w:ind w:left="400" w:hanging="400"/>
      </w:pPr>
      <w:r>
        <w:rPr>
          <w:b/>
        </w:rPr>
        <w:t xml:space="preserve">9.  </w:t>
      </w:r>
      <w:r>
        <w:rPr>
          <w:b w:val="0"/>
          <w:i w:val="0"/>
        </w:rPr>
        <w:t>What kinds of personal information should people never share with an app?</w:t>
      </w:r>
    </w:p>
    <w:p>
      <w:pPr>
        <w:keepNext w:val="0"/>
        <w:spacing w:before="0" w:after="40"/>
        <w:ind w:left="400" w:hanging="400"/>
      </w:pPr>
      <w:r>
        <w:rPr>
          <w:b/>
        </w:rPr>
        <w:t xml:space="preserve">10.  </w:t>
      </w:r>
      <w:r>
        <w:rPr>
          <w:b w:val="0"/>
          <w:i w:val="0"/>
        </w:rPr>
        <w:t>Should companies be allowed to use what people tell AI friends to improve their products? Why or why not?</w:t>
      </w:r>
    </w:p>
    <w:p>
      <w:pPr>
        <w:keepNext w:val="0"/>
        <w:spacing w:before="0" w:after="40"/>
        <w:ind w:left="400" w:hanging="400"/>
      </w:pPr>
      <w:r>
        <w:rPr>
          <w:b/>
        </w:rPr>
        <w:t xml:space="preserve">11.  </w:t>
      </w:r>
      <w:r>
        <w:rPr>
          <w:b w:val="0"/>
          <w:i w:val="0"/>
        </w:rPr>
        <w:t>Should there be an age limit for AI companion apps? What age would you choose?</w:t>
      </w:r>
    </w:p>
    <w:p>
      <w:pPr>
        <w:keepNext w:val="0"/>
        <w:spacing w:before="0" w:after="40"/>
        <w:ind w:left="400" w:hanging="400"/>
      </w:pPr>
      <w:r>
        <w:rPr>
          <w:b/>
        </w:rPr>
        <w:t xml:space="preserve">12.  </w:t>
      </w:r>
      <w:r>
        <w:rPr>
          <w:b w:val="0"/>
          <w:i w:val="0"/>
        </w:rPr>
        <w:t>Could AI companions help older people who live alone? What problems might there be?</w:t>
      </w:r>
    </w:p>
    <w:p>
      <w:pPr>
        <w:keepNext w:val="0"/>
        <w:spacing w:before="0" w:after="40"/>
        <w:ind w:left="400" w:hanging="400"/>
      </w:pPr>
      <w:r>
        <w:rPr>
          <w:b/>
        </w:rPr>
        <w:t xml:space="preserve">13.  </w:t>
      </w:r>
      <w:r>
        <w:rPr>
          <w:b w:val="0"/>
          <w:i w:val="0"/>
        </w:rPr>
        <w:t>Some critics say these apps are designed to keep people talking so the company makes more money. Is that different from social media?</w:t>
      </w:r>
    </w:p>
    <w:p>
      <w:pPr>
        <w:keepNext w:val="0"/>
        <w:spacing w:before="0" w:after="40"/>
        <w:ind w:left="400" w:hanging="400"/>
      </w:pPr>
      <w:r>
        <w:rPr>
          <w:b/>
        </w:rPr>
        <w:t xml:space="preserve">14.  </w:t>
      </w:r>
      <w:r>
        <w:rPr>
          <w:b w:val="0"/>
          <w:i w:val="0"/>
        </w:rPr>
        <w:t>In twenty years, do you think having an AI friend will be normal? Will that make people more or less lonely?</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ai-friend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englishbridges.com/lessons/ai-friend</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Would You Want an AI Friend? Chatbots and Real Friendship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